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Дім за зорею</w:t>
      </w:r>
    </w:p>
    <w:p>
      <w:r>
        <w:br/>
        <w:t xml:space="preserve"> Струмує гімн рослин, що кличуть про нестримність зросту,&lt;br /&gt;</w:t>
        <w:br/>
        <w:t>і серцю, мов по сьомій чарці, невисловно п'янко.&lt;br /&gt;</w:t>
        <w:br/>
        <w:t>Від'їду вже. Тут був я тільки принагідним гостем.&lt;br /&gt;</w:t>
        <w:br/>
        <w:t>До інших зір молитимусь і інших ждати ранків.</w:t>
      </w:r>
    </w:p>
    <w:p>
      <w:r>
        <w:br/>
        <w:t>Набрезклі пуп'янки бубнявіють в клеїстій піні,&lt;br /&gt;</w:t>
        <w:br/>
        <w:t>як зорі до рослин, зустрівшись в поцілунку, липнуть,&lt;br /&gt;</w:t>
        <w:br/>
        <w:t>і крізь лійки фіялок ніч фільтрує чар весінній,&lt;br /&gt;</w:t>
        <w:br/>
        <w:t>аж пригорщами пахощів у чаші квіття сипне.</w:t>
      </w:r>
    </w:p>
    <w:p>
      <w:r>
        <w:br/>
        <w:t>Зелена ніч рослин душна екстазою знемоги,&lt;br /&gt;</w:t>
        <w:br/>
        <w:t>у скорчах розкоші кущі, коріння й пальці й листя&lt;br /&gt;</w:t>
        <w:br/>
        <w:t>насіння вибухає, й місяць коле землю рогом,&lt;br /&gt;</w:t>
        <w:br/>
        <w:t>аж згасне днем закритий, що, мов змій, за ним іскриться.</w:t>
      </w:r>
    </w:p>
    <w:p>
      <w:r>
        <w:br/>
        <w:t>Коріння в черепах мерців сукате й соковите,&lt;br /&gt;</w:t>
        <w:br/>
        <w:t>життя встромляє свердли гудзуваті в кубла смерті,&lt;br /&gt;</w:t>
        <w:br/>
        <w:t>і дуб прискакує до дуба — два боги сердиті,&lt;br /&gt;</w:t>
        <w:br/>
        <w:t>ударивши з розгоном в пні, сплітаються уперті.</w:t>
      </w:r>
    </w:p>
    <w:p>
      <w:r>
        <w:br/>
        <w:t>Вирують кола світляні — невломні мотовила,&lt;br /&gt;</w:t>
        <w:br/>
        <w:t>ось благовіщення світанку — й сонце ніч розмеле.&lt;br /&gt;</w:t>
        <w:br/>
        <w:t>Пий сьому чарку радощів! Хай серцю хміль і крила!&lt;br /&gt;</w:t>
        <w:br/>
        <w:t>Поезії кипучої і мудрої, мов зелень!</w:t>
      </w:r>
    </w:p>
    <w:p>
      <w:r>
        <w:br/>
        <w:t>Живу коротку мить. Чи довше житиму, не знаю,&lt;br /&gt;</w:t>
        <w:br/>
        <w:t>тож вчусь в рослин сп'яніння, зросту і буяння соків.&lt;br /&gt;</w:t>
        <w:br/>
        <w:t>Мабуть, мій дім не тут.&lt;br /&gt;</w:t>
        <w:br/>
        <w:t>Мабуть, аж за зорею.&lt;br /&gt;</w:t>
        <w:br/>
        <w:t>Поки&lt;br /&gt;</w:t>
        <w:br/>
        <w:t>я тут, інстинктом чую це: співаю — тож існую.</w:t>
      </w:r>
    </w:p>
    <w:p>
      <w:r>
        <w:br/>
        <w:t>Під шкаралущею землі булькочуть рвійні води,&lt;br /&gt;</w:t>
        <w:br/>
        <w:t>крайнебо в млах фіялкових за ранком, мов за муром.&lt;br /&gt;</w:t>
        <w:br/>
        <w:t>Від'їду вже з долонями на лірі сонця сходу,&lt;br /&gt;</w:t>
        <w:br/>
        <w:t>співаючи хвалу надлюдським і рослинним бурям.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Дім за зорею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