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Діла не наші — діла монарші</w:t>
      </w:r>
    </w:p>
    <w:p>
      <w:r>
        <w:br/>
        <w:t xml:space="preserve"> &lt;p&gt;Крім бубнового, червового, жирового й винового королів, на світі є ще колишній югославський король Петро, колишні королі Румунії Кароль і Міхай, теперішній король і майбутній некороль Греції Павло.</w:t>
      </w:r>
    </w:p>
    <w:p>
      <w:r>
        <w:br/>
        <w:t>Існують іще деякі майбутні колишні королі.</w:t>
      </w:r>
    </w:p>
    <w:p>
      <w:r>
        <w:br/>
        <w:t>Як передавало телеграфне агентство Домей-Цусін чи Цуцумей-Досін, королі: бубновий, червовий, жировий і виновий королюють у картярських колодах, а колишній югославський король Петро прибув на постійне прожиття до Бразілії.</w:t>
      </w:r>
    </w:p>
    <w:p>
      <w:r>
        <w:br/>
        <w:t>Прибув не сам, а разом з своєю дружиною, колишньою грецькою принцесою Олексапдрою.</w:t>
      </w:r>
    </w:p>
    <w:p>
      <w:r>
        <w:br/>
        <w:t>Прибув, кажуть, благополучно, чого ми бажаємо всім колишнім королям.</w:t>
      </w:r>
    </w:p>
    <w:p>
      <w:r>
        <w:br/>
        <w:t>У Бразілії, в її столиці Ріо-де-Жанейро, вже чимало часу проживає і колишній король Румунії Кароль.</w:t>
      </w:r>
    </w:p>
    <w:p>
      <w:r>
        <w:br/>
        <w:t>От, значить, уже в Ріо-де-Жанейро не один колишній король, а цілих два колишні королі...</w:t>
      </w:r>
    </w:p>
    <w:p>
      <w:r>
        <w:br/>
        <w:t>Вже їм не так і сумно.</w:t>
      </w:r>
    </w:p>
    <w:p>
      <w:r>
        <w:br/>
        <w:t>Ясна річ, що без держави, без державних справ, без вірнопідданого населення, сказать, трохи ніби не так уже й весело, проте при деяких державно-організаторських здібностях потроху можна вже й закоролювати.</w:t>
      </w:r>
    </w:p>
    <w:p>
      <w:r>
        <w:br/>
        <w:t>На сяку-таку віллу, гадаємо, грошенята знайдуться.</w:t>
      </w:r>
    </w:p>
    <w:p>
      <w:r>
        <w:br/>
        <w:t>Треба придбати вілли поруч: отак — югославська, а отак — румунська.</w:t>
      </w:r>
    </w:p>
    <w:p>
      <w:r>
        <w:br/>
        <w:t>На югославській віллі написати: "Югославія", а на румунській — "Румунія".</w:t>
      </w:r>
    </w:p>
    <w:p>
      <w:r>
        <w:br/>
        <w:t>І вже ввечері можна буде налагоджувати державні через перелаз зносини.</w:t>
      </w:r>
    </w:p>
    <w:p>
      <w:r>
        <w:br/>
        <w:t>У добрій пригоді стануть в королівському житті ознаки монаршої влади — скіпетри.</w:t>
      </w:r>
    </w:p>
    <w:p>
      <w:r>
        <w:br/>
        <w:t>Як уткнути скіпетр на вгороді біля курника, — до чого буде великодержавне зрудію на скіпетрі королевам глечики сушити.</w:t>
      </w:r>
    </w:p>
    <w:p>
      <w:r>
        <w:br/>
        <w:t>І корона — здасться.</w:t>
      </w:r>
    </w:p>
    <w:p>
      <w:r>
        <w:br/>
        <w:t>Навесні в короні хороше квочку підсипати.</w:t>
      </w:r>
    </w:p>
    <w:p>
      <w:r>
        <w:br/>
        <w:t>Одна квочка навіть інтерв'ю в херстівські газети давала.</w:t>
      </w:r>
    </w:p>
    <w:p>
      <w:r>
        <w:br/>
        <w:t>— Ніде, — каже, — так курчата не лупляться, як у королівській короні. З вісімнадцяти яєць тільки два й розбовтки.</w:t>
      </w:r>
    </w:p>
    <w:p>
      <w:r>
        <w:br/>
        <w:t>А восени коронами добре горобців ловити.</w:t>
      </w:r>
    </w:p>
    <w:p>
      <w:r>
        <w:br/>
        <w:t>Короною горобців ловлять так, як у нас підситком...</w:t>
      </w:r>
    </w:p>
    <w:p>
      <w:r>
        <w:br/>
        <w:t>Під один край корони підставляється паличка, до палички прив'язується довгесенький мотузок, під корону насипається зерно. Король сидить на троні, держить в руці мотузок і стежить: як тільки горобці під корону наб'ються зерно клювати — король за мотузок — сіп! — корона горобців і накрила.</w:t>
      </w:r>
    </w:p>
    <w:p>
      <w:r>
        <w:br/>
        <w:t>Тоді біжить королева до корони й виловлює під короною горобців.</w:t>
      </w:r>
    </w:p>
    <w:p>
      <w:r>
        <w:br/>
        <w:t>А як королю треба кудись вийти в державних справах, тоді королева сідає на трон і за мотузок сіпає.</w:t>
      </w:r>
    </w:p>
    <w:p>
      <w:r>
        <w:br/>
        <w:t>Так можна, не сумуючи, навіть у чужій державі королювати.</w:t>
      </w:r>
    </w:p>
    <w:p>
      <w:r>
        <w:br/>
        <w:t>А там згодом під'їдуть іще монархи.</w:t>
      </w:r>
    </w:p>
    <w:p>
      <w:r>
        <w:br/>
        <w:t>А як назбирається в Бразілії чималенько монархів, тоді вже справжня монарша робота піде.</w:t>
      </w:r>
    </w:p>
    <w:p>
      <w:r>
        <w:br/>
        <w:t>З ранку до вечора можна буде п "триньки" гратиі</w:t>
      </w:r>
    </w:p>
    <w:p>
      <w:r>
        <w:br/>
        <w:t>1950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Діла не наші — діла монарші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