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Диктатор</w:t>
      </w:r>
    </w:p>
    <w:p>
      <w:r>
        <w:br/>
        <w:t xml:space="preserve"> Чуєш — крапочка маленька&lt;br /&gt;</w:t>
        <w:br/>
        <w:t>Галасує, гарячиться:&lt;br /&gt;</w:t>
        <w:br/>
        <w:t>"Я — мовляв, — найголовніша,&lt;br /&gt;</w:t>
        <w:br/>
        <w:t>Після мене світ кінчиться!"</w:t>
      </w:r>
    </w:p>
    <w:p>
      <w:r>
        <w:br/>
        <w:t>Як розсердилося слово:&lt;br /&gt;</w:t>
        <w:br/>
        <w:t>"Що це ти взяла до тями?&lt;br /&gt;</w:t>
        <w:br/>
        <w:t>Та хіба ж ти — крапка й годі,&lt;br /&gt;</w:t>
        <w:br/>
        <w:t>А не крапка між словами?"</w:t>
      </w:r>
    </w:p>
    <w:p>
      <w:r>
        <w:br/>
        <w:t>То й стирчить самотньо крапка&lt;br /&gt;</w:t>
        <w:br/>
        <w:t>На сторінці ні до чого.&lt;br /&gt;</w:t>
        <w:br/>
        <w:t>Ну, а світ же як? Кінчився?&lt;br /&gt;</w:t>
        <w:br/>
        <w:t>Ні. Почав з рядка нового.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Диктатор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