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Дикі каченята</w:t>
      </w:r>
    </w:p>
    <w:p>
      <w:r>
        <w:br/>
        <w:t xml:space="preserve"> &lt;p&gt;Любить Тетянка плавати з татом на човні, коли Десна розіллється. Бо завжди вони на щось цікаве натрапляють.</w:t>
      </w:r>
    </w:p>
    <w:p>
      <w:r>
        <w:br/>
        <w:t>Ось і зараз — пливли мимо старої верби, і раптом щось як фуркне.</w:t>
      </w:r>
    </w:p>
    <w:p>
      <w:r>
        <w:br/>
        <w:t>— Еге, це ж ми качку сполохали,— сказав тато.— Та он і дупло у вербі. Там вона, мабуть, каченят висиджує.</w:t>
      </w:r>
    </w:p>
    <w:p>
      <w:r>
        <w:br/>
        <w:t>Тато підчалив до верби, звівся у човні, заглянув у дупло.</w:t>
      </w:r>
    </w:p>
    <w:p>
      <w:r>
        <w:br/>
        <w:t>— Так і є. П'ятеро яєць у гнізді.</w:t>
      </w:r>
    </w:p>
    <w:p>
      <w:r>
        <w:br/>
        <w:t>— І я хочу подивитися! — забажала Тетянка.</w:t>
      </w:r>
    </w:p>
    <w:p>
      <w:r>
        <w:br/>
        <w:t>Тато підняв її на руках, і вона також заглянула в дупло.</w:t>
      </w:r>
    </w:p>
    <w:p>
      <w:r>
        <w:br/>
        <w:t>— Еге ж, п'ятеро. Трішки зелененькі.</w:t>
      </w:r>
    </w:p>
    <w:p>
      <w:r>
        <w:br/>
        <w:t>— А тепер поїхали звідсіля хутчіш, доню,— взявся тато за весла.— Бо качка може злякатися нас і тоді покине гніздо.</w:t>
      </w:r>
    </w:p>
    <w:p>
      <w:r>
        <w:br/>
        <w:t>Вони попливли далі.</w:t>
      </w:r>
    </w:p>
    <w:p>
      <w:r>
        <w:br/>
        <w:t>— А чи скоро каченята вилупляться? А де вони житимуть, у дуплі? — допитувалась Тетянка.</w:t>
      </w:r>
    </w:p>
    <w:p>
      <w:r>
        <w:br/>
        <w:t>— У качки-крижня каченята наприкінці квітня з'являються. Отож уже скоро. Спочатку вони плаватимуть разом з матір'ю, а потім навчаться літати,— розказував тато.</w:t>
      </w:r>
    </w:p>
    <w:p>
      <w:r>
        <w:br/>
        <w:t>— А як же вони до води доберуться зі своєї верби? Такі маленькі? — замислилась Тетянка.</w:t>
      </w:r>
    </w:p>
    <w:p>
      <w:r>
        <w:br/>
        <w:t>— Мабуть, на парашутиках,— пожартував тато.</w:t>
      </w:r>
    </w:p>
    <w:p>
      <w:r>
        <w:br/>
        <w:t>Минуло кілька днів. І знову плив їхній човен між вербами.</w:t>
      </w:r>
    </w:p>
    <w:p>
      <w:r>
        <w:br/>
        <w:t>Коли підпливали до старої верби, почули кахкання дикої качки.</w:t>
      </w:r>
    </w:p>
    <w:p>
      <w:r>
        <w:br/>
        <w:t>Тато завернув човна за кущ лози.</w:t>
      </w:r>
    </w:p>
    <w:p>
      <w:r>
        <w:br/>
        <w:t>— Подивимось, що трапилося.</w:t>
      </w:r>
    </w:p>
    <w:p>
      <w:r>
        <w:br/>
        <w:t>Качка кружеляла довкола верби і кахкала, задерши дзьоба.</w:t>
      </w:r>
    </w:p>
    <w:p>
      <w:r>
        <w:br/>
        <w:t>— Може, хто гніздо її зруйнував? — стривожився тато.</w:t>
      </w:r>
    </w:p>
    <w:p>
      <w:r>
        <w:br/>
        <w:t>І тут Тетянка закричала:</w:t>
      </w:r>
    </w:p>
    <w:p>
      <w:r>
        <w:br/>
        <w:t>— Ой, тату, дивися: парашутики летять!</w:t>
      </w:r>
    </w:p>
    <w:p>
      <w:r>
        <w:br/>
        <w:t>І справді — з верби летіли парашутики чи жовті кульбабки. Поплюхалися у воду і... запищали. Та це ж каченята!</w:t>
      </w:r>
    </w:p>
    <w:p>
      <w:r>
        <w:br/>
        <w:t>— От і приводнилися! — засміявся тато.</w:t>
      </w:r>
    </w:p>
    <w:p>
      <w:r>
        <w:br/>
        <w:t>А Тетянка заплескала в долоні.</w:t>
      </w:r>
    </w:p>
    <w:p>
      <w:r>
        <w:br/>
        <w:t>Качка радісно кахкала, повертала голову то до одного, то до другого каченяти.</w:t>
      </w:r>
    </w:p>
    <w:p>
      <w:r>
        <w:br/>
        <w:t>Каченята кульбабками плавали довкола матері. А вона щось порозмовляла з ними і тихенько попливла до ближнього очерету. А каченята за нею — рівненьким шнурочком.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Дикі каченята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