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Дідусь Петрусь</w:t>
      </w:r>
    </w:p>
    <w:p>
      <w:r>
        <w:br/>
        <w:t xml:space="preserve"> &lt;p&gt;Ви, мабуть, ніколи не були в нашому колгоспі? І Петруся нашого не знаєте? Ну, то слухайте. Саме про цього Петруся й мова. Правду кажучи, що про нього розповідати? Звичайнісінький собі восьмилітній хлопець — ясноокий, капловухий трохи, з ряботинням на носі. Петрусь та й годі. А отже й не зовсім звичайний.</w:t>
      </w:r>
    </w:p>
    <w:p>
      <w:r>
        <w:br/>
        <w:t>Помітили в колгоспі, що не схожий Петрусь на інших дітей. Оце, було, грається, борюкається, а тоді раптом згадає щось, споважніє, гляне спідлоба на товаришів та й скаже:</w:t>
      </w:r>
    </w:p>
    <w:p>
      <w:r>
        <w:br/>
        <w:t>— Отак за ґулями й робити ніколи. А вдома, мабуть, свині голодні гудуть. Та й на пасіку треба навідатись. Дід Ларивон старий, сам і рою не встереже.</w:t>
      </w:r>
    </w:p>
    <w:p>
      <w:r>
        <w:br/>
        <w:t>І піде було.</w:t>
      </w:r>
    </w:p>
    <w:p>
      <w:r>
        <w:br/>
        <w:t>По дорозі косарів зустріне й почне:</w:t>
      </w:r>
    </w:p>
    <w:p>
      <w:r>
        <w:br/>
        <w:t>— Здоровенькі були! Чи добра травиця?</w:t>
      </w:r>
    </w:p>
    <w:p>
      <w:r>
        <w:br/>
        <w:t>Я так думаю, що й отава непогана буде —</w:t>
      </w:r>
    </w:p>
    <w:p>
      <w:r>
        <w:br/>
        <w:t>літо ж дощове. Не спізнитися б тільки ко</w:t>
      </w:r>
    </w:p>
    <w:p>
      <w:r>
        <w:br/>
        <w:t>совицею, люди добрі. Бо як достигне жито,</w:t>
      </w:r>
    </w:p>
    <w:p>
      <w:r>
        <w:br/>
        <w:t>тоді вже до сіна.</w:t>
      </w:r>
    </w:p>
    <w:p>
      <w:r>
        <w:br/>
        <w:t>Сміются було косарі:</w:t>
      </w:r>
    </w:p>
    <w:p>
      <w:r>
        <w:br/>
        <w:t>— Дивись як розмовляє! Ти ж чого це такечки старуєш ?</w:t>
      </w:r>
    </w:p>
    <w:p>
      <w:r>
        <w:br/>
        <w:t>— Еге ж, старуєш. Задощить знову — пропало тоді сіно. Нас за це, по голівці не погладять.</w:t>
      </w:r>
    </w:p>
    <w:p>
      <w:r>
        <w:br/>
        <w:t>А прийде на пасіку, зараз до діда Ларивона:</w:t>
      </w:r>
    </w:p>
    <w:p>
      <w:r>
        <w:br/>
        <w:t>— Ну, як воно, діду, буде з роєм? Не вилітав? Чому ж це він забарився? Давно б пора! А може, не встерегли, діду? Ох-хо, старість, кажуть, не радість...</w:t>
      </w:r>
    </w:p>
    <w:p>
      <w:r>
        <w:br/>
        <w:t>Із пасіки — в кролівник, до дядька Оникія:</w:t>
      </w:r>
    </w:p>
    <w:p>
      <w:r>
        <w:br/>
        <w:t>— Здрастуйте вам!</w:t>
      </w:r>
    </w:p>
    <w:p>
      <w:r>
        <w:br/>
        <w:t>— Здоров був, малий!</w:t>
      </w:r>
    </w:p>
    <w:p>
      <w:r>
        <w:br/>
        <w:t>— Та воно як сказати — сьогодні сталий, а там, гляди, й виріс.</w:t>
      </w:r>
    </w:p>
    <w:p>
      <w:r>
        <w:br/>
        <w:t>Дуже не любив Петрусь, коли говорили, що він малий. Наче хотів, щоб було йому років із тридцять.</w:t>
      </w:r>
    </w:p>
    <w:p>
      <w:r>
        <w:br/>
        <w:t>— Ну, як хазяйствечко? — питає.— Слабувате, дядьку Оникію. Казав я голові колгоспу: "Прикупіть, Даниловичу, племінних ангорських кролів!"</w:t>
      </w:r>
    </w:p>
    <w:p>
      <w:r>
        <w:br/>
        <w:t>— От який ти! Справжній хазяїн!</w:t>
      </w:r>
    </w:p>
    <w:p>
      <w:r>
        <w:br/>
        <w:t>— Та не люблю непирядку. Без хазяйського ока, знаєте, й квочки до пуття не</w:t>
      </w:r>
    </w:p>
    <w:p>
      <w:r>
        <w:br/>
        <w:t>підсиплеш.</w:t>
      </w:r>
    </w:p>
    <w:p>
      <w:r>
        <w:br/>
        <w:t>Тут уже дядько Оникій не витримує, регоче, аж за боки береться:</w:t>
      </w:r>
    </w:p>
    <w:p>
      <w:r>
        <w:br/>
        <w:t>— От хазяїн! Справжнісінький дідусь</w:t>
      </w:r>
    </w:p>
    <w:p>
      <w:r>
        <w:br/>
        <w:t>Петрусь!</w:t>
      </w:r>
    </w:p>
    <w:p>
      <w:r>
        <w:br/>
        <w:t>Ну, з цього й пішло… В колгоспі тепер інакше й не звали Петруся як Дідусь Петрусь". А він, нічого, не сердиться, тільки було бубонить:</w:t>
      </w:r>
    </w:p>
    <w:p>
      <w:r>
        <w:br/>
        <w:t>— Хай і дідусь; а що буде, як пального в жнива не вистачить…</w:t>
      </w:r>
    </w:p>
    <w:p>
      <w:r>
        <w:br/>
        <w:t>До того дійшло, що з дітворою перестав гратись.</w:t>
      </w:r>
    </w:p>
    <w:p>
      <w:r>
        <w:br/>
        <w:t>— Яка вони мені компанія? — каже. Загубила якось Софійка, дочка дядька Оникія, ляльку. Гарна була лялька — довгі коси за плечима, замість очей чорні блискучі намистинки. Питає Софійка в Петруся:</w:t>
      </w:r>
    </w:p>
    <w:p>
      <w:r>
        <w:br/>
        <w:t>— Не бачив моєї ляльки? Він аж почервонів:</w:t>
      </w:r>
    </w:p>
    <w:p>
      <w:r>
        <w:br/>
        <w:t>— Чи в мене тільки й діла, що твою ляльку глядіти?</w:t>
      </w:r>
    </w:p>
    <w:p>
      <w:r>
        <w:br/>
        <w:t>Так минув тиждень чи два. Уже й забула Софійка про свою ляльку. Тільки йде одного разу дядько Оникій мимо Петрусевої хати й чує: щось мугиче в куточку за тином. Зазирнув тихенько дядько Оникій за тин і враз аж занімів від здивування. Він побачив Петруся, а на колінах у нього Софійчину ляльку з блискучими чорними намистинками. Хлопчина ніжно гойдав ляльку й тихенько наспівував:</w:t>
      </w:r>
    </w:p>
    <w:p>
      <w:r>
        <w:br/>
        <w:t>Ну-ну, котино</w:t>
      </w:r>
    </w:p>
    <w:p>
      <w:r>
        <w:br/>
        <w:t>Засни, мала дитино,</w:t>
      </w:r>
    </w:p>
    <w:p>
      <w:r>
        <w:br/>
        <w:t>Засни, задрімай</w:t>
      </w:r>
    </w:p>
    <w:p>
      <w:r>
        <w:br/>
        <w:t>Та й нічого не думай!</w:t>
      </w:r>
    </w:p>
    <w:p>
      <w:r>
        <w:br/>
        <w:t>Посміхаючись собі у вуса, дядько "Оникій навшпиньки тихесенько відійшов од тину й нікому-нікому не розповів про цей випадок.</w:t>
      </w:r>
    </w:p>
    <w:p>
      <w:r>
        <w:br/>
        <w:t>Наступного дня Петрусева мати покликала сина й каже:</w:t>
      </w:r>
    </w:p>
    <w:p>
      <w:r>
        <w:br/>
        <w:t>— Ось що, Петрусю, мені ніколи, а ти пожени на вигін чорну квочку з курчатами. Хай попасуться на травичці. Тільки гляди не дратуй квочки, вона сердита.</w:t>
      </w:r>
    </w:p>
    <w:p>
      <w:r>
        <w:br/>
        <w:t>— Не маленький,— відповів Петрусь.— Розумію, що й як. Хазяїна квочка не займе...</w:t>
      </w:r>
    </w:p>
    <w:p>
      <w:r>
        <w:br/>
        <w:t>Та й погнав.</w:t>
      </w:r>
    </w:p>
    <w:p>
      <w:r>
        <w:br/>
        <w:t>А курчата такі маленькі, жовтенькі, недавно вилупились. Як пушинки — дмухнеш, так, здається, й полетять.</w:t>
      </w:r>
    </w:p>
    <w:p>
      <w:r>
        <w:br/>
        <w:t>Ну, ніде правди діти, спокусився Петрусь і почав ловити курчатко, щоб подержати його в теплих долонях. І в цю мить трапилось лихо. Розлючена чорна квочка, мов хижий яструб, налетіла на хлопчину. Вона дзьобала Петруся у лоб, у голову, била його крилами, дряпала пазурами...</w:t>
      </w:r>
    </w:p>
    <w:p>
      <w:r>
        <w:br/>
        <w:t>Ні відчайні крики, ні безтямні помахи рук не могли зупинити цього несподіваного відважного натиску. Петрусь затулив обличчя руками, нахилив голову і щодуху побіг.</w:t>
      </w:r>
    </w:p>
    <w:p>
      <w:r>
        <w:br/>
        <w:t>На крик із хат вибігли перелякані люди. Вони побачили Петруся, який щодуху мчав вулицею, а на спині в нього сиділа чорна курка і, б'ючи крилами, раз у раз довбала хлопця дзьобом у голову.</w:t>
      </w:r>
    </w:p>
    <w:p>
      <w:r>
        <w:br/>
        <w:t>Ледве-ледве вдалося прогнати оскаженілу квочку. Юрба людей обступила Петруся, але він невтішно плакав, і ніхто не міг його заспокоїти. Тоді дядько Оникій погладив хлопчину по голові і сказав:</w:t>
      </w:r>
    </w:p>
    <w:p>
      <w:r>
        <w:br/>
        <w:t>— Годі вже, годі. Чи тобі, може, як малому, ляльку дати?</w:t>
      </w:r>
    </w:p>
    <w:p>
      <w:r>
        <w:br/>
        <w:t>Петрусь ураз перестав плакати, розмазав кулаками сльози по щоках і підозріло глянув на дядька Оникія. Але той сховав у вусах посмішку і з байдужим виглядом почав крутити цигарку.</w:t>
      </w:r>
    </w:p>
    <w:p>
      <w:r>
        <w:br/>
        <w:t>І Петрусь знову зайшовся плачем. Прибігла мати і сплеснула руками:</w:t>
      </w:r>
    </w:p>
    <w:p>
      <w:r>
        <w:br/>
        <w:t>— Ось тобі й дідусь Петрусь! Ех ти ж! "Хазяїна квочка не займе!"</w:t>
      </w:r>
    </w:p>
    <w:p>
      <w:r>
        <w:br/>
        <w:t>І тоді Петрусь крізь гарячі сльози, схлипуючи, вимовив:</w:t>
      </w:r>
    </w:p>
    <w:p>
      <w:r>
        <w:br/>
        <w:t>— Я вже не хочу бути... дідусем Петрусем. Хай... хай йому грець!..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Дідусь Петрусь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