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Дідона та Еней</w:t>
      </w:r>
    </w:p>
    <w:p>
      <w:r>
        <w:br/>
        <w:t xml:space="preserve"> Перекладач: К. Шахова</w:t>
      </w:r>
    </w:p>
    <w:p>
      <w:r>
        <w:br/>
        <w:t>Великий муж дивився у вікно,&lt;br /&gt;</w:t>
        <w:br/>
        <w:t>для неї ж цілий світ кінчався краєм&lt;br /&gt;</w:t>
        <w:br/>
        <w:t>його простої грецької туніки,&lt;br /&gt;</w:t>
        <w:br/>
        <w:t>що складками скидалася на море,&lt;br /&gt;</w:t>
        <w:br/>
        <w:t>раптово скам'яніле.&lt;br /&gt;</w:t>
        <w:br/>
        <w:t>Він же&lt;br /&gt;</w:t>
        <w:br/>
        <w:t>дивився у вікно і зір його тепер&lt;br /&gt;</w:t>
        <w:br/>
        <w:t>такий далекий був, що губи&lt;br /&gt;</w:t>
        <w:br/>
        <w:t>застигли наче мушля, де на дні&lt;br /&gt;</w:t>
        <w:br/>
        <w:t>ховається гудіння, й виднокруг в бокалі&lt;br /&gt;</w:t>
        <w:br/>
        <w:t>був нерухомий.&lt;br /&gt;</w:t>
        <w:br/>
        <w:t>А її кохання&lt;br /&gt;</w:t>
        <w:br/>
        <w:t>це тільки риба — може навіть здатна&lt;br /&gt;</w:t>
        <w:br/>
        <w:t>поплисти морем кораблю услід&lt;br /&gt;</w:t>
        <w:br/>
        <w:t>і розсікати, хвилі тілом гнучко,&lt;br /&gt;</w:t>
        <w:br/>
        <w:t>і навіть може обігнати йoго, —&lt;br /&gt;</w:t>
        <w:br/>
        <w:t>однак в думках він вже ступив на берег.&lt;br /&gt;</w:t>
        <w:br/>
        <w:t>І море обернулось морем сліз.&lt;br /&gt;</w:t>
        <w:br/>
        <w:t>Та, як відомо, саме в мить зневіри&lt;br /&gt;</w:t>
        <w:br/>
        <w:t>здіймається та дме погожий вітер.&lt;br /&gt;</w:t>
        <w:br/>
        <w:t>І славний муж&lt;br /&gt;</w:t>
        <w:br/>
        <w:t>покинув Карфаген.&lt;br /&gt;</w:t>
        <w:br/>
        <w:t>Вона стояла&lt;br /&gt;</w:t>
        <w:br/>
        <w:t>перед багаттям, що його вояки&lt;br /&gt;</w:t>
        <w:br/>
        <w:t>під мурами міськими розпалили,&lt;br /&gt;</w:t>
        <w:br/>
        <w:t>і бачила, як в мареві багаття,&lt;br /&gt;</w:t>
        <w:br/>
        <w:t>що тріпотить між полум'ям і димом,&lt;br /&gt;</w:t>
        <w:br/>
        <w:t>безгучно розпадався Карфаген&lt;br /&gt;</w:t>
        <w:br/>
        <w:t>Задовго до Катонова пророцтва.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Дідона та Еней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