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Дяк</w:t>
      </w:r>
    </w:p>
    <w:p>
      <w:r>
        <w:br/>
        <w:t xml:space="preserve"> &lt;p&gt;I</w:t>
      </w:r>
    </w:p>
    <w:p>
      <w:r>
        <w:br/>
        <w:t>Звався він Тиміш Іванович і був дяком у нашій церкві. До нас тоді його надано, як у Макухах спразнили церкву, то звідти він переведений.</w:t>
      </w:r>
    </w:p>
    <w:p>
      <w:r>
        <w:br/>
        <w:t>Не знаю от, як вам доводилось — яких бачити дяків по селах, а мені то все траплялося, що як дяк, то й приземок, і сухобразий, і посліпий: сперву загнате у тій семінарії, а там нестатки ймуть, та ще як який піп нагодиться або й попадя, що од його з церкви, а од її з хати гуляй, — то ні з чого дякові підцвітать. А сей Тиміш Іванович не такий — і трохи на їх не походив: се був чоловік зросту і сили ставень, і на вроду не згірший, і на вдачу. Дивлюся я на його, то от неначе б межи гуси сірі орел сизокрилий вивівсь. Стоїть у церкві, то за всіх головою вищий, а гласів зведе, дак і стіни церквові гудуть. Ішовши по селу, кивне кому головою — з усіх голів шапки так і поспадають; чи всміхнеться, чи заговоре — йому і мова, і сміх знімуться, як вітер, одусіль.</w:t>
      </w:r>
    </w:p>
    <w:p>
      <w:r>
        <w:br/>
        <w:t>Усі його в нас любили; балакливий був чоловік, веселий, громадський. В господі він, здається, що обідав тільки та вечеряв, а то, було, усе коло чиїхсь воріт із люлькою сидить та говорить-розказує, а коло його тичба людей — і чоловіки, і парубки, і діти, і молодиці цікаві з коромислом на плечах зостановляться та й слухають. А робочої доби, що людей нікого в селі немає, він сам собі ходить-проходжа на води, на діброви — шукав би, не знайти.</w:t>
      </w:r>
    </w:p>
    <w:p>
      <w:r>
        <w:br/>
        <w:t>Було хазяйствечко там якесь в його, та не дуже він за його дбав. Дячиха господарювала і усьому лад давала. Невсипуща з неї хазяйка була; цілісінький вона день, було, тупає-порається коло господи, її і в хаті, і надворі, її на городі і коло загороди — скрізь її повно. Жінка в його була молода і з себе гарна, прудка й моторна, як соколиця.</w:t>
      </w:r>
    </w:p>
    <w:p>
      <w:r>
        <w:br/>
        <w:t>Люди укмїчали, що якась несогласка в дяка у хаті... Що ж його зробиш! "Щастя, — примовляв сам він, — як трясця: кого схоче, того трусить. А в чуже ніхто не втручайся, бо не поможеш". Мовчали люди. Жалували дяка, дячисі низенько кланялися, стрівши.</w:t>
      </w:r>
    </w:p>
    <w:p>
      <w:r>
        <w:br/>
        <w:t>Тоді моя пасіка була у березничку, що за селом гайок, — шкода мені й досі тієї пасіки, що я її спродав! Така пасічка, що святий би не засмутивсь, живши в ній. Там я уперше з дяком познайомився. Блукаючи, та й забрів він... Вклонились та й розговорилися. Він мою пасіку похвалив. "Славний ви господар який!" — каже; а я знов його спів похвалив.</w:t>
      </w:r>
    </w:p>
    <w:p>
      <w:r>
        <w:br/>
        <w:t>— Ну, — каже мені дяк, — тепер ви мене похвалили, а я вас, — сядьмо ж, сусід своїх посудьмо-погудьмо абощо.</w:t>
      </w:r>
    </w:p>
    <w:p>
      <w:r>
        <w:br/>
        <w:t>Засміявся та й сів коло мене. З ним гомонячи, і час, було, не змигнеться. Як він глаголав, як він розказував, знав він якого, Боже мій, Боже! Я старий, а слухаю, було, як дитина.</w:t>
      </w:r>
    </w:p>
    <w:p>
      <w:r>
        <w:br/>
        <w:t>— Добре вам, вченим! — кажу йому. — Всього ви довідались, а ми темні люди — то як у лісі.</w:t>
      </w:r>
    </w:p>
    <w:p>
      <w:r>
        <w:br/>
        <w:t>— Ге! — одкаже мені. — Та й я, дружбо, як у лісі; тільки, бач, багато вже ходив, блукав, дороги хоть не знайшов, та деякі стежиночки натрапив.</w:t>
      </w:r>
    </w:p>
    <w:p>
      <w:r>
        <w:br/>
        <w:t>— Ой здорово ви усього знаєте!..</w:t>
      </w:r>
    </w:p>
    <w:p>
      <w:r>
        <w:br/>
        <w:t>— Та так — наче от аза до буки дещо й знаю.</w:t>
      </w:r>
    </w:p>
    <w:p>
      <w:r>
        <w:br/>
        <w:t>Зайшов він і вдруге, і втретє та й став до мене ходити.</w:t>
      </w:r>
    </w:p>
    <w:p>
      <w:r>
        <w:br/>
        <w:t>Було, прийде, сядемо. Вітерець листом шешелить, бджола гуде, та пурх по кущах — пташки перелітають, то воно й балакається — точиться розмова, точиться.</w:t>
      </w:r>
    </w:p>
    <w:p>
      <w:r>
        <w:br/>
        <w:t>Одного ранку, ще до сонця, по білій росі, завідав він мене у пасіці.</w:t>
      </w:r>
    </w:p>
    <w:p>
      <w:r>
        <w:br/>
        <w:t>— Еге! — кажу. — Не переспали, мабуть!</w:t>
      </w:r>
    </w:p>
    <w:p>
      <w:r>
        <w:br/>
        <w:t>— Здається! Та ще вам похвалюсь: ніхто так зарані з хати, як я, а з двору — як сусідині гуси!..</w:t>
      </w:r>
    </w:p>
    <w:p>
      <w:r>
        <w:br/>
        <w:t>— Оце! — кажу. — Ви та гуси... Чого б то так заразом?</w:t>
      </w:r>
    </w:p>
    <w:p>
      <w:r>
        <w:br/>
        <w:t>— Бо моїй дячисі дав Господь голос дзвінкий — так усіх здіймає...</w:t>
      </w:r>
    </w:p>
    <w:p>
      <w:r>
        <w:br/>
        <w:t>Що його тут казать!</w:t>
      </w:r>
    </w:p>
    <w:p>
      <w:r>
        <w:br/>
        <w:t>— Трапляється, — кажу, — усього трапляється у житті.</w:t>
      </w:r>
    </w:p>
    <w:p>
      <w:r>
        <w:br/>
        <w:t>— Таку правду кажете, що я й чував.</w:t>
      </w:r>
    </w:p>
    <w:p>
      <w:r>
        <w:br/>
        <w:t>— Усякому бува горе, усякому бува і добре.</w:t>
      </w:r>
    </w:p>
    <w:p>
      <w:r>
        <w:br/>
        <w:t>— Чув я й се, та не зрадувавсь...</w:t>
      </w:r>
    </w:p>
    <w:p>
      <w:r>
        <w:br/>
        <w:t>— Мені, — кажу на себе, — і пожилося, і пожурилося; за те спасибі і за те не змагаюсь...</w:t>
      </w:r>
    </w:p>
    <w:p>
      <w:r>
        <w:br/>
        <w:t>— Добра душа — п’є й з ковша! — сміється.</w:t>
      </w:r>
    </w:p>
    <w:p>
      <w:r>
        <w:br/>
        <w:t>І такеньки куди, на яку стежечку не набреду, він усе остючками коле...</w:t>
      </w:r>
    </w:p>
    <w:p>
      <w:r>
        <w:br/>
        <w:t>— Бодай вас! — на його. — Де ви такі родилися, де ви й хрестилися!</w:t>
      </w:r>
    </w:p>
    <w:p>
      <w:r>
        <w:br/>
        <w:t>— У Савлуківці, — каже.</w:t>
      </w:r>
    </w:p>
    <w:p>
      <w:r>
        <w:br/>
        <w:t>— Не чув я, що се таке за Савлуківка; добрі, десь, людове савлучане.</w:t>
      </w:r>
    </w:p>
    <w:p>
      <w:r>
        <w:br/>
        <w:t>— Як бачите.</w:t>
      </w:r>
    </w:p>
    <w:p>
      <w:r>
        <w:br/>
        <w:t>— Авжеж, хоч і зайшлі родителі, та духу нам іще замоглись.</w:t>
      </w:r>
    </w:p>
    <w:p>
      <w:r>
        <w:br/>
        <w:t>— І родителі не зайшлі, а таки з щирої Савлуківки. Я, — явіть, — не попович, а з козаків.</w:t>
      </w:r>
    </w:p>
    <w:p>
      <w:r>
        <w:br/>
        <w:t>— Як! Як же ви вийшли на дяки?</w:t>
      </w:r>
    </w:p>
    <w:p>
      <w:r>
        <w:br/>
        <w:t>— А самі ж кажете, що на віку усього трапляється, — трапилося й мені.</w:t>
      </w:r>
    </w:p>
    <w:p>
      <w:r>
        <w:br/>
        <w:t>— Та у дяки як би то вам попасти?..</w:t>
      </w:r>
    </w:p>
    <w:p>
      <w:r>
        <w:br/>
        <w:t>— А так: мене, бачте, поставили на дяка нишком — як жидівську контрабанду. Та вам як розказать своє житіє усе, то буде на ввесь день казки!</w:t>
      </w:r>
    </w:p>
    <w:p>
      <w:r>
        <w:br/>
        <w:t>* * *</w:t>
      </w:r>
    </w:p>
    <w:p>
      <w:r>
        <w:br/>
        <w:t>— Батька мого, — каже, — звали Іваном Савлуком. У нашому селі за Савлуками світу не видно: що хата, то й Савлук. Кажуть, що колись-то, колись, за царя Гороха, як людей було троха, та й ті урозтіч розбігалися, блукав наш предкопращур козак Савлук по горах, по долинах, по усяких українах, шукаючи, чого — я не знаю, та, може, і сам козак Савлук не знав. От той козак Савлук ходив, ходив — і набрів оцей низкоділ, де тепер село; та чи він уподобав, чи то вже ноги одходив, оселився тут. По йому і село зветься Савлуківкою, з його усі ті і Савлуки пішли по світу.</w:t>
      </w:r>
    </w:p>
    <w:p>
      <w:r>
        <w:br/>
        <w:t>Батька я не зазнаю свого: я народивсь, а він хутчій вмирати заходився; кажуть, ніби з переляку, що Бог сина дав... кажуть-то так, а на певність — не знаю. Зостався я з матір’ю на втіху, мовляла, єдину їй. З свого віку дитячого поперед усього пам’ятаю нашу хату білу та матусині сльози тихі, а ще — дзвона церковного — тонкого, жалібного.</w:t>
      </w:r>
    </w:p>
    <w:p>
      <w:r>
        <w:br/>
        <w:t>Ріс я та ріс; мати плакала та плакала надо мною, та ще й побивалася.</w:t>
      </w:r>
    </w:p>
    <w:p>
      <w:r>
        <w:br/>
        <w:t>— Ой сину, мій сину! Який же ти вдався на виріст і на вроду — та важка недоля твоя буде!</w:t>
      </w:r>
    </w:p>
    <w:p>
      <w:r>
        <w:br/>
        <w:t>І що рік мені прибуде, то мати гірш мною вбивається, а я таки гоню, мов верба лугова.</w:t>
      </w:r>
    </w:p>
    <w:p>
      <w:r>
        <w:br/>
        <w:t>— Чого, мамо, журитеся?.. — було, звідовуюсь.</w:t>
      </w:r>
    </w:p>
    <w:p>
      <w:r>
        <w:br/>
        <w:t>— Годі, дитино моя мила, годі! — одкаже. — Тобі ще рано!</w:t>
      </w:r>
    </w:p>
    <w:p>
      <w:r>
        <w:br/>
        <w:t>Да так славно пригорне, укриє тебе, що й послухаєш, втихнеш.</w:t>
      </w:r>
    </w:p>
    <w:p>
      <w:r>
        <w:br/>
        <w:t>Ну, а що бачу, того не забуваю і за теє думаю. Було, оце узимку, зимними узденьми, надворі мороз лускає, сиджу з мамою, зоря вечірня розгорілася, то й кажеш собі: що се на світі за лихо таке? Що се за журба така буває? Признакомлюватись і мені з нею, бачиться! І як мені з нею буде? Чи вже таки не розважусь я й тоді, як куплю собі коника строкатого? Ні, думка була, якось я да втечу того смутку! Та, було, й засну в матері на руках... і присниться коник строкатий. Як правду вам сказавши, то й досі строкаті коники ще сняться, — не знаю, як іншим.</w:t>
      </w:r>
    </w:p>
    <w:p>
      <w:r>
        <w:br/>
        <w:t>В нашому селі був священиком старушок древній дуже, а в його жінка в недузі лежала. Лежала вона вже кілька літ на ліжку та стогнала, а часом так їй трудно доходилось, що наймичка прийде, було, вже на неї плащмечко міряє, і усе вже давно було їй на смерть наготоване — тільки вмирать. А вона не вмирала, сохла; дак те споряджене плащмо [1] і лежить дурно. Приміряють — широке, ушиють; їй полегшає, то і знов сховають. Наймичка тая да, було, й насуравиться за се: "Оце ж! Нащо ж я з скрині дістаю та вшиваю! Скільки ниток марно іде... Лучче б лежали!"</w:t>
      </w:r>
    </w:p>
    <w:p>
      <w:r>
        <w:br/>
        <w:t>Була ся наймичка людина розсудливая: все обміркує, усе виважить; а не боялася нічого; ні корів лихих борикання, ні непогоди, ні хвороби не знала і не дивилась. Сама була висока з себе, огрядна; брови мала чорні, широкі та густі, як з сукна; очі карі — і дивилася на кожного так буцім добирала, що з його треба виробити — чи садовину, чи городину? Звали її Явдохою, а по чоловіку — удовою Павлютихою. Жила вже Павлютиха кілька років у попаді, усім заправляючи господарством: шила, і мила, і білила, ткала і пряла, пекла і варила, — хіба неділею, святним днем, до церкви піде. Як її на очі зоглядаю: вийде і йде, було, не хапаючись, а постигне саме впору у свойому червоному очіпку з чорним окрайцем, у білій намітці... Вона і до церкви йшла, як до доброго батька і господаря, бо як чого не скінчить у тиждень, що вже казала собі скінчити, то не йметься і до церкви — така! Та й сього припадало дуже порідку; а то ще, було, і одпочине суботнього вечора на неділю. Одробившися зовсім, уступить до недужої господині і на низесенькому ослінчику собі сяде.</w:t>
      </w:r>
    </w:p>
    <w:p>
      <w:r>
        <w:br/>
        <w:t>Мати моя часто, було, до попаді йдуть, аби трохи по вигоді їм випало, а в неділю і мене брали з собою.</w:t>
      </w:r>
    </w:p>
    <w:p>
      <w:r>
        <w:br/>
        <w:t>Прийдем, було, у кімнаточку, душну таку, ліками пахущу. На високій кроваті, у подушках, лежить недужа — жовта, як з воску, і тихо слабі очі дивляться; у кутку тліє свічечка перед Матір’ю Божою уквітчаною; під божничком стіл, застелений скатіркою білою. Коло ліжка сидить моя мати з журботою своєю; а подаль од ліжка Павлютиха процвітає, червоновида, ополиста, поважна. Мати моя зітхає важенько, хора тихенько стогне. Із часу до часу прочиняються двері ошатненько, вигляне ласкаве, невпокійне обличчя з білою бородою або й сам піп старий уступить; подивиться, постоїть — і як увійшов, так нечутно і вийде. Довго і довго мовчки сидимо, доки аж Павлютиха не зачне розповідати про які дива господарські, а мати їй на одказ зітхати стане, а попадя стогнать.</w:t>
      </w:r>
    </w:p>
    <w:p>
      <w:r>
        <w:br/>
        <w:t>— Чого зітхаєте раз у раз? — тоді Павлютиха запита одважно.</w:t>
      </w:r>
    </w:p>
    <w:p>
      <w:r>
        <w:br/>
        <w:t>— Боже, Боже! Як мені вже не зітхнути, не пожуритись — то й кому! — каже мати моя.</w:t>
      </w:r>
    </w:p>
    <w:p>
      <w:r>
        <w:br/>
        <w:t>— Кожному, хто веселився, треба колись посмутувати! А то ж як! Покоштував солодкого, споживляйсь гірким!</w:t>
      </w:r>
    </w:p>
    <w:p>
      <w:r>
        <w:br/>
        <w:t>— Трудно мені! — простогне попадя стиха.</w:t>
      </w:r>
    </w:p>
    <w:p>
      <w:r>
        <w:br/>
        <w:t>— Авжеж, трудно, як здоровля нема! То що вдіяти! Відома річ, що недуги не тішать. Здужали і ви колись, теперки хорієте: світове так всеє переходя живе.</w:t>
      </w:r>
    </w:p>
    <w:p>
      <w:r>
        <w:br/>
        <w:t>— Трудно мені! Бога гнівлю... смерті бажаю!</w:t>
      </w:r>
    </w:p>
    <w:p>
      <w:r>
        <w:br/>
        <w:t>— Оце! чого ж бажать! коли й так сама прийде!</w:t>
      </w:r>
    </w:p>
    <w:p>
      <w:r>
        <w:br/>
        <w:t>— Ой удово, удово! Такої уваги не має мій жаль, як ти радиш! — каже мати.</w:t>
      </w:r>
    </w:p>
    <w:p>
      <w:r>
        <w:br/>
        <w:t>— Коли терпиш — страждаєш, сльози сиплються нелічені, небого!.. — подасть мову попадя.</w:t>
      </w:r>
    </w:p>
    <w:p>
      <w:r>
        <w:br/>
        <w:t>— Хто у чім зван, у тім і пробувай! — одкаже повагом наймичка.</w:t>
      </w:r>
    </w:p>
    <w:p>
      <w:r>
        <w:br/>
        <w:t>Розказували, мовби мати Явдошина, як поховала чоловіка, сиділа увечері пізно в своїй хаті — пряла плачучи, коли у двері щось стук-стук! Одчинила — чумачило-кремез перед нею стоїть і питає: "Чи дома ваш чоловік Йосип?" — "Вмер Йосип", — ледве одмовила йому з переляку. "Вмер? Бач, і не дождав мене! Та всі там будемо!.. Ну зоставайтеся ж здорові!" — та й пішов до воза, і чуть було, як на воли загукав, начебто Йосип, його не заждавши, на весілля сам пішов абощо. Переполошилася дуже жінка, і дочка в неї уродилася схожа, — як у око впала, — на того чумака-кремеза, що ото її батька покійного питав.</w:t>
      </w:r>
    </w:p>
    <w:p>
      <w:r>
        <w:br/>
        <w:t>От як тая Павлютиха покине нас самих, то мати з попадею за плач мерщій, і добре, у смак, наплачуться собі.</w:t>
      </w:r>
    </w:p>
    <w:p>
      <w:r>
        <w:br/>
        <w:t>Тужать та тужать, мати — розважаючи попадю, а тая — жалкуючись. Розважаючи ж другого, не можна, щоб і своєї туги не оповістити. От мати їй частенько нагадують про мене та мою долю приплакують.</w:t>
      </w:r>
    </w:p>
    <w:p>
      <w:r>
        <w:br/>
        <w:t>А попадя одного разу й каже на мою матір.</w:t>
      </w:r>
    </w:p>
    <w:p>
      <w:r>
        <w:br/>
        <w:t>— Став ти його, — каже, — на дяки!</w:t>
      </w:r>
    </w:p>
    <w:p>
      <w:r>
        <w:br/>
        <w:t>— Як же його ставляти у світі Божому! Не приймуть!</w:t>
      </w:r>
    </w:p>
    <w:p>
      <w:r>
        <w:br/>
        <w:t>— Приймуть! Я старого проситиму! Завітай лишень його до мене.</w:t>
      </w:r>
    </w:p>
    <w:p>
      <w:r>
        <w:br/>
        <w:t>Зараз і старого покликали; зачинилися з ним, а зачинившися, стали прохати — попадя словами, а мати моя сльозами.</w:t>
      </w:r>
    </w:p>
    <w:p>
      <w:r>
        <w:br/>
        <w:t>Се був чоловік прибитий ще на цвіту, плохий, похилий.</w:t>
      </w:r>
    </w:p>
    <w:p>
      <w:r>
        <w:br/>
        <w:t>— Як же се мені його приймати! жадного права! — одпрохуватись став.</w:t>
      </w:r>
    </w:p>
    <w:p>
      <w:r>
        <w:br/>
        <w:t>— Прийми! Прийми!</w:t>
      </w:r>
    </w:p>
    <w:p>
      <w:r>
        <w:br/>
        <w:t>— От нахаба! Буде лихо ще мені! — одмагається, та й погодився.</w:t>
      </w:r>
    </w:p>
    <w:p>
      <w:r>
        <w:br/>
        <w:t>Він одусіль собі біди та лиха сподівавсь — і проти того вже не йшов він, а так тільки скаже: "Лихо", — як от зітхне наче. Як же я довідавсь од матері, що мені така ласка та шаноба простелена, то я, недовго думавши, зараз навтіки куди очі зирнули, а ноги понесли. Не знав я й сам, чого злякавсь, а було страшно дуже. Так якось мені здавалося, що хоч я не зв’язаний буду, а вискочити таки не вискочу з дяківської науки. Протинявсь я по пущах та по ярах таких день — не заласно щось. Чорний терен красувавсь з-під зеленого листу, а покоштував, такий-то вже кислий прийшовся! Став я обмишляти і надумався так, що лучче поспитаюся я перш того співу. Може, буде вгодніше співати, як зайцем стрибати по нетрях, а буде гірше, то я ізнов утечу. У таких добрих думках прийшов я додому. Мати, дорікавши мене, на руки схопила та, сварившись, добре нагодувала. Потім, попоплакавши обоє, узяла мене за руку та й повела за собою до пана Лукаша.</w:t>
      </w:r>
    </w:p>
    <w:p>
      <w:r>
        <w:br/>
        <w:t>Сей пан Лукаш та доводився нашому старому попу братом у других і був за дяка у нашій церкві. Чоловічок лисенький зовсім — як диня, голова була, тихий та ласкавий і співав тоненько, як у волосок. Жив тин у тин із братом у своїй хаті з однісеньким віконечком. Садочок собі зростив; в тому садкові понасаджував аґрусу та порічок на грядках, груш зо дві та яблуньок викохав і, мабуть, над усе в світі любив і жалував ті деревця і кущики свої.</w:t>
      </w:r>
    </w:p>
    <w:p>
      <w:r>
        <w:br/>
        <w:t>У тому садку я почав і гласів учитись і хоч не хутко навчивсь, а горобців одшугав: як загуду-задзеленчу, дак пополохаю так — поуз перелітають садок наш. Пан Лукаш мене улюбив і жалував. Чи, було, навчуся псалтиря, чи не навчусь, він таки все по головці мене погладить. Тільки як навчуся, то й яблучко ще дасть, а ні — то запитає: "А яблучка хоч?" — та й простягає те яблучко до мене, і дивиться на мене пильно. "Не хочу!" — було, одказую; а він потихеньку засміється і знов по головці погладить...</w:t>
      </w:r>
    </w:p>
    <w:p>
      <w:r>
        <w:br/>
        <w:t>Як згадаю, то невеселі гості Лукашеві бували і небагато: мати моя та старий піп. Цей завсігди мов терниною повитий ходив; гомоніти не гомонів — зітхав більш. Мати ж моя заспліш плакали і плакали слізьми якимись спокійними, собою не насурочуючись Богу або людям. Лукаш, було, приступить до брата, приступить до матері, постоїть, кашляне — та й одійшов: стоїть оддалеки. Наполягає, було, на мене добра нудьга, і сон якийсь змагає. Хіба нахватиться Павлютиха рум’яна, жвава — то мов розбуркає мене, і мені привиджується щось веселе десь, наче за удовою слідком поринули і коло неї шумують дерева зелені, бистрі хвилі річкові, якась юрма весела грає — жиє... Схоплюсь, було, вибіжу з садка, біжу левадами, полем, оболонням — не знать і куди, й що: весело стане!..</w:t>
      </w:r>
    </w:p>
    <w:p>
      <w:r>
        <w:br/>
        <w:t>Поки я гласів доходив тощо, вмерла попадя. В останній раз вже приміряла Павлютиха плащмо на неї і гарненько зашила; та й поховали небогу.</w:t>
      </w:r>
    </w:p>
    <w:p>
      <w:r>
        <w:br/>
        <w:t>Старий сам ховав і добре слізьми вмивався, хоч і приказував собі: "Добре, коли Господь приняв: перестала жити вона, то й терпіти перестала". А сльози ринули. Ще нижче він похилився, і як при небіжчиці на пальцях ходив та говорив шепотом, щоб її не порунтати, та вже й до смерті своєї крався і шептав.</w:t>
      </w:r>
    </w:p>
    <w:p>
      <w:r>
        <w:br/>
        <w:t>І моя мати не прожила копу літ. Скоро то дала мене у науку дяківську, та пан Лукаш, вивіривши мене, сказав, що дасть мені науку усю, як сам уміє, то й стала ладнатись на той світ. "Що ж, — каже, було, Лукашеві, — нащо я житиму два віки! Хіба я що Тимошеві придбаю? Я тільки громадський хліб святий дурно заїдатиму! Ні до чого вже я! Жалко дитину кидати; та ви його, добродію мій, не лишите, ви його на добро навчите, а мені вже пора: час вже мені спочити!"</w:t>
      </w:r>
    </w:p>
    <w:p>
      <w:r>
        <w:br/>
        <w:t>Пан Лукаш тільки морга, було, слухаючи, та яблуками, грушками шанує. А я й собі з-під материного плеча на ті плоди позираю, що які ті яблучка та грушки добрі, думаю, — і нащо тим людям старіти, і нащо їм помирати! І так у моїх думках переймається: то тихі могили поза церквою з похилими хрестами та з хустками білими на хрестах серед глухого зілля, що там буявіє на волі, то яблуко червонобоке, що так, здається, сама рука до його простягається.</w:t>
      </w:r>
    </w:p>
    <w:p>
      <w:r>
        <w:br/>
        <w:t>— Я вмирати не хочу! — скажу, було, проти Лукаша.</w:t>
      </w:r>
    </w:p>
    <w:p>
      <w:r>
        <w:br/>
        <w:t>— Нащо вмирати! Ще не пожив! Малий ще!</w:t>
      </w:r>
    </w:p>
    <w:p>
      <w:r>
        <w:br/>
        <w:t>— Я й великим вмирати не хочу!</w:t>
      </w:r>
    </w:p>
    <w:p>
      <w:r>
        <w:br/>
        <w:t>— Борони Боже! Молодому весело жити; життя миле, молоде!</w:t>
      </w:r>
    </w:p>
    <w:p>
      <w:r>
        <w:br/>
        <w:t>— Та я б, — кажу, — усе жив, усе жив і ніколи не вмирав!</w:t>
      </w:r>
    </w:p>
    <w:p>
      <w:r>
        <w:br/>
        <w:t>Він тихесенько засміється і погладить по головці, а сам візьме ходить по садку та дивитись древа, грядок, то на небо погляне і знову ходить і потиху всміхається собі...</w:t>
      </w:r>
    </w:p>
    <w:p>
      <w:r>
        <w:br/>
        <w:t>— А я вмирати не хочу! — знов згукну.</w:t>
      </w:r>
    </w:p>
    <w:p>
      <w:r>
        <w:br/>
        <w:t>— Перш поживи! — одкаже з тим-таки всміхом, тихим та добрим.</w:t>
      </w:r>
    </w:p>
    <w:p>
      <w:r>
        <w:br/>
        <w:t>Одного дня уранці, при ясному сонці, співав я у садку з Лукашем гласів, коли увійшла Павлютиха, кличе мене: "Тиміш, додому! Мати вмирає!"</w:t>
      </w:r>
    </w:p>
    <w:p>
      <w:r>
        <w:br/>
        <w:t>— Іди, іди! — каже на мене тихо Лукаш.</w:t>
      </w:r>
    </w:p>
    <w:p>
      <w:r>
        <w:br/>
        <w:t>Узяла мене за руку й повела. Бачу, од нашої хати старий піп з дарами йде; бачу, коло нашого порога тичба жінок усі заразом гомонять потиху, голови на руку посхиляли! Уходжу в хату — мати у білій сорочці додільній, білою хусткою зав’язана, лежить на лавці, а в головах жовта воскова свічечка горить жарко. Я таки зараз, як убачив, подумав: "Се вже не моя мати, а моя буде та могилка тиха десь поза церквою".</w:t>
      </w:r>
    </w:p>
    <w:p>
      <w:r>
        <w:br/>
        <w:t>— Тимоше! Тимоше! — кличе мене. — Не лякайся, дитино! Ходи попрощайся зо мною!</w:t>
      </w:r>
    </w:p>
    <w:p>
      <w:r>
        <w:br/>
        <w:t>Я приступив; а вона мене перехрестила, заплакала, обнявши цілувала та й каже:</w:t>
      </w:r>
    </w:p>
    <w:p>
      <w:r>
        <w:br/>
        <w:t>— Тиміш! Оце тобі ключ від комори. У коморі дві скрині. У маленькій — одежа там твоя, візьми з собою; а у великій усе добро моє: пошле Бог дружину тобі, то нехай зносить на здоровля. На кілку твого батька покійного кирея, і кожух, і дві шапки; у куточку чоботи його: доростеш — зносиш. Тепереньки як ти мене поховаєш, то усе позамикай, а ключ Лукашеві оддай — ще загубиш. У твоїй скриньці я усе тобі спорядила, усі сорочки поскладала і одежинку — буде з тебе на роки. Будеш ти вже у Лукаша зовсім жити: обіщавсь мені, що прийме. А ти усе до своєї хати довідуйсь, не забувай; як тепло, як сонце — ти відчиняй двері; у дворі теж опоряджай: коли вітер що обворушить або знесе, то зараз полагодить треба...</w:t>
      </w:r>
    </w:p>
    <w:p>
      <w:r>
        <w:br/>
        <w:t>Я слухаю, ключ приймаю... Тоді знов вона цілувати стала.</w:t>
      </w:r>
    </w:p>
    <w:p>
      <w:r>
        <w:br/>
        <w:t>— Не лякайсь, — вмовляє, — не лякайся, моя дитино, й не журися. Шануй Лукаша, красно слухай його… може, тобі прилучиться трудно… хоч буде горе, приймай за добре… не лякайся, сину, не сумуй!</w:t>
      </w:r>
    </w:p>
    <w:p>
      <w:r>
        <w:br/>
        <w:t>Чую — хочуть мене одвести од неї... Вона рукою ледве вже ледве придержала мене, ще раз глянула, ще раз зітхнула.</w:t>
      </w:r>
    </w:p>
    <w:p>
      <w:r>
        <w:br/>
        <w:t>Натовпилось у хату людей; гомін, голосьба... Мене вхопили двоє молодиць попід руки — тільки мигнула в очах воскова свічечка; замчали мене кудись на кінець села межи діти... Хто мені горішків, а хто бубличок... Дивляться діти на мене та доумуються, за що мені такий талан! Сей день я наче отуманів, наче неживий і сам... В силу що пам’ятаю. Чув розмову невгавующу, бачив купок дітей шумливих, бачив двох копачів з заступами, високі, у червоних поясах ішли... Чи хто мені сказав, чи то я сам догадався, тільки я знав, куди вони простують... Молодиці не давали мені обміркуватися гаразд, усе жалували, усе цокотали.</w:t>
      </w:r>
    </w:p>
    <w:p>
      <w:r>
        <w:br/>
        <w:t>Та ще після того з півроку хто з молодиць не попаде мене, зараз до себе провадить: годує, миє, чеше; доводилось, так інколи, що я раз із десять на день пообідаю і вмиюся... От згадується мені одна молодиця — з усього села була вона задирлива і зарічана. Було, ще не світ, вона до дня з хати удає, на бізі і хустку зав’язує. "Ото постигається з кимсь завестись", — було, говорять. Ся, було, аби мене зобачила — за мною! Зловить та до себе й веде-провадить улицею та під кожне вікно підбіжить — лає: "От! От люди живуть! Сирота йде, сироту не привітають! Сироті доброго слова від них нема! А щоб же ви й самі посиротіли навіки! Щоб і вам добра не було!" Як же почне мене годувати, то геть своїх дітей розжене з застілля: "В сироти радніші хліба шматок однять!" То тії голодні мусять одійти, а я, нагодований, — їсти, бо сирота!</w:t>
      </w:r>
    </w:p>
    <w:p>
      <w:r>
        <w:br/>
        <w:t>От Павлютиха то й кришки на моє сирітство не власкавилась. Правда, обпирала мене й обшивала, "бо нікому більш, — мовляла, того зробить, а я можу, то й роблю". Так, як за покійної матері, вона, було, пиріжком у неділю наділить, а надломиш у садку вишню, то за чуприну посмиче — так само.</w:t>
      </w:r>
    </w:p>
    <w:p>
      <w:r>
        <w:br/>
        <w:t>Жити мені у його, Лукаша, було добре. У неділю ми, переспівавши у церкві, ходили до моєї хати, оглядали господарство моє; а цілий тиждень, як улітку, то в саду вчимось, балакаєм чи що сієм, садимо. Взимку в хаті вчимось, а ні, перед віконцем сидимо; пашні — пшениці, ячменю — пригорщ висиплем під вікном: синиці, шпаки поназлітаються, голуб волохатий спуститься, припурхне горобчик поживиться. Було, не дишемо — дивимось, щоб не сполохать.</w:t>
      </w:r>
    </w:p>
    <w:p>
      <w:r>
        <w:br/>
        <w:t>— Дядьку, — поспитав я раз у Лукаша, — у вас хто вмирав?</w:t>
      </w:r>
    </w:p>
    <w:p>
      <w:r>
        <w:br/>
        <w:t>— Як?</w:t>
      </w:r>
    </w:p>
    <w:p>
      <w:r>
        <w:br/>
        <w:t>— Мати вмерла, батько...</w:t>
      </w:r>
    </w:p>
    <w:p>
      <w:r>
        <w:br/>
        <w:t>— Ні, я їх не пам’ятаю — малим був. А жінка в мене вмерла.</w:t>
      </w:r>
    </w:p>
    <w:p>
      <w:r>
        <w:br/>
        <w:t>— Як вмирала, що вона вам сказала?</w:t>
      </w:r>
    </w:p>
    <w:p>
      <w:r>
        <w:br/>
        <w:t>— Нічого, сину, нічого вона мені не сказала. Одвернулася од мене.</w:t>
      </w:r>
    </w:p>
    <w:p>
      <w:r>
        <w:br/>
        <w:t>— Як? Нащо?</w:t>
      </w:r>
    </w:p>
    <w:p>
      <w:r>
        <w:br/>
        <w:t>— Не любила мене, сину, от що! Тому й нічого не сказала. Що ж казати?</w:t>
      </w:r>
    </w:p>
    <w:p>
      <w:r>
        <w:br/>
        <w:t>— За що не любила?</w:t>
      </w:r>
    </w:p>
    <w:p>
      <w:r>
        <w:br/>
        <w:t>— Якби за що, а то ні за що! Тут вже нічого діяти! Руки склади та й сядь. Її зневолили за мене отець-мати, а я одружився — того не знав.</w:t>
      </w:r>
    </w:p>
    <w:p>
      <w:r>
        <w:br/>
        <w:t>— Що ж, — довідуюсь, — недобре ви жили? Сварилися з нею?</w:t>
      </w:r>
    </w:p>
    <w:p>
      <w:r>
        <w:br/>
        <w:t>— Ні, ніколи в світі. Я, було, сам собі сиджу, а вона сама собі.</w:t>
      </w:r>
    </w:p>
    <w:p>
      <w:r>
        <w:br/>
        <w:t>— Так і нудилися обійга! Чом було вам не заговорити, не приступити до неї? Я б приступив! Усе б було веселіш; або б з хати пішов...</w:t>
      </w:r>
    </w:p>
    <w:p>
      <w:r>
        <w:br/>
        <w:t>— Мене, сину, ноги не несли, — каже, — ані до неї, ані від неї.</w:t>
      </w:r>
    </w:p>
    <w:p>
      <w:r>
        <w:br/>
        <w:t>— Як же се ви жили такечки, дядьку, чудно! Дуже вона вас не любила, мабуть, що й не озивалася ніколи?</w:t>
      </w:r>
    </w:p>
    <w:p>
      <w:r>
        <w:br/>
        <w:t>— Ні, раз вона до мене з уст своїх вимовила: "Добрий ви чоловік, — каже, — а мені жадається вмерти. Ой коли б же я хутче вмерла!"</w:t>
      </w:r>
    </w:p>
    <w:p>
      <w:r>
        <w:br/>
        <w:t>— А ви що?</w:t>
      </w:r>
    </w:p>
    <w:p>
      <w:r>
        <w:br/>
        <w:t>— Я нічого — що ж я?</w:t>
      </w:r>
    </w:p>
    <w:p>
      <w:r>
        <w:br/>
        <w:t>— І вмерла?</w:t>
      </w:r>
    </w:p>
    <w:p>
      <w:r>
        <w:br/>
        <w:t>— І вмерла.</w:t>
      </w:r>
    </w:p>
    <w:p>
      <w:r>
        <w:br/>
        <w:t>— Скучали за нею?</w:t>
      </w:r>
    </w:p>
    <w:p>
      <w:r>
        <w:br/>
        <w:t>— Скучав...</w:t>
      </w:r>
    </w:p>
    <w:p>
      <w:r>
        <w:br/>
        <w:t>— Отець-мати її усе знали?</w:t>
      </w:r>
    </w:p>
    <w:p>
      <w:r>
        <w:br/>
        <w:t>— Я їх після весілля ніколи не бачив — далеко живуть.</w:t>
      </w:r>
    </w:p>
    <w:p>
      <w:r>
        <w:br/>
        <w:t>II</w:t>
      </w:r>
    </w:p>
    <w:p>
      <w:r>
        <w:br/>
        <w:t>Лукаш пристарів, садок його буяніє, а материна могила уросла густою травою зеленою, а мені вже на вісімнадцятий год пішло. Жили ми усе так, як і давно. Лукаш усе садовину ростив та кохав — та тим собі й тішився, а я... мені, грішному, вже й нудно стало. Що Лукаш знав, те я вже вивчився, роботи в мене було небагато — так я тинявся, до всього доглядаючись, до всього дослухаючись, і було мені так якось ніяково... от наче чогось я не второпав, наче щось от тут коло мене, та я його не знайду, не знаю, де воно... наче я нічого не знаю, наче дурний.</w:t>
      </w:r>
    </w:p>
    <w:p>
      <w:r>
        <w:br/>
        <w:t>— А що се ти, любий, зажурився? — питав мене Лукаш.</w:t>
      </w:r>
    </w:p>
    <w:p>
      <w:r>
        <w:br/>
        <w:t>— А так чогось нудно! — одкажу йому.</w:t>
      </w:r>
    </w:p>
    <w:p>
      <w:r>
        <w:br/>
        <w:t>— А се буває так, — скаже на те Лукаш, — се бува так і знов перейде.</w:t>
      </w:r>
    </w:p>
    <w:p>
      <w:r>
        <w:br/>
        <w:t>Якраз з наших вікон видно було дорогу, шляшок битий звивався до міста, — у місті я бував, надивився там на будинки кам’яні, на крамниці й крамарів, ходив по базару, признакомлювався із міщанами — нічого тільки я там собі не побачив такого, щоб воно мені полюбилося та розважило: там було так сливе, як і в нас у селі, тільки що в нас у селі плугом орали та ходили у свитах, у високих шапках, а тут, у місті, продавали бублики, крамарювали та у синіх чемерках і в низеньких шапочках викрашалися... Так вився ж той шляшок кудись далі за те місто... І поверзлось мені, що оце і є він, шлях мій, що аби я ним пішов, то усе б собі знайшов... удався, мабуть, я у того пращура свого, у Савлука козака.</w:t>
      </w:r>
    </w:p>
    <w:p>
      <w:r>
        <w:br/>
        <w:t>Я почав розпитувати Лукаша, чи не знав він чого об тім краї, що за містом нашим.</w:t>
      </w:r>
    </w:p>
    <w:p>
      <w:r>
        <w:br/>
        <w:t>— А се вже там чужі землі, — туди я ще ніколи не заходив, у ту сторону.</w:t>
      </w:r>
    </w:p>
    <w:p>
      <w:r>
        <w:br/>
        <w:t>Мені кожної ночі сняться шляхи, дерева, люди, ріки, звірі, будинки — і все таке красне, велике, що я зроду мого віку наяву такого не бачив.</w:t>
      </w:r>
    </w:p>
    <w:p>
      <w:r>
        <w:br/>
        <w:t>— Піти б мені у світ, — кажу якось Лукашеві, сміючись, а в самого душа і грає, і замирає.</w:t>
      </w:r>
    </w:p>
    <w:p>
      <w:r>
        <w:br/>
        <w:t>Лукаш теж всміхнувся.</w:t>
      </w:r>
    </w:p>
    <w:p>
      <w:r>
        <w:br/>
        <w:t>— Оце! — каже.</w:t>
      </w:r>
    </w:p>
    <w:p>
      <w:r>
        <w:br/>
        <w:t>— А піти б мені справді у світа, — говорю Лукашеві незабаром удруге і вже не всміхався, а такий, як на багатий похорон мене вести.</w:t>
      </w:r>
    </w:p>
    <w:p>
      <w:r>
        <w:br/>
        <w:t>— А що се тобі усе світа на думку навертаються?</w:t>
      </w:r>
    </w:p>
    <w:p>
      <w:r>
        <w:br/>
        <w:t>— Та хочу йти в світа.</w:t>
      </w:r>
    </w:p>
    <w:p>
      <w:r>
        <w:br/>
        <w:t>— По віщо ж ти підеш?</w:t>
      </w:r>
    </w:p>
    <w:p>
      <w:r>
        <w:br/>
        <w:t>— Так собі... а може, й по добру науку...</w:t>
      </w:r>
    </w:p>
    <w:p>
      <w:r>
        <w:br/>
        <w:t>— Звісно. Побачиш дечого багато. Я сам проходив аж до Чорного моря. Місця різні, а люди все однакові... і таки дивного нічого мені не траплялося...</w:t>
      </w:r>
    </w:p>
    <w:p>
      <w:r>
        <w:br/>
        <w:t>— Дарма, — кажу, — мені, може, що й трапиться... Дещо побачу на свої очі... Піду, — кажу, — піду...</w:t>
      </w:r>
    </w:p>
    <w:p>
      <w:r>
        <w:br/>
        <w:t>— Не ходи, Тимоше! — І став мене відмовляти: — Буде голодно і холодно; приймеш біди всякої або, не дай Боже, занедужаєш... і нащо молоді літа марно по світу розсіватимеш.</w:t>
      </w:r>
    </w:p>
    <w:p>
      <w:r>
        <w:br/>
        <w:t>— Піду. Добре ви усе мені сказали, добре я чув — а піду!</w:t>
      </w:r>
    </w:p>
    <w:p>
      <w:r>
        <w:br/>
        <w:t>— А, як сам знаєш! Коли вже така твоя хіть, то йди собі з Богом.</w:t>
      </w:r>
    </w:p>
    <w:p>
      <w:r>
        <w:br/>
        <w:t>Я взяв торбинку на плечі та й пішов.</w:t>
      </w:r>
    </w:p>
    <w:p>
      <w:r>
        <w:br/>
        <w:t>Задумав я йти аж у самий Київ. А з Києва аж за Чорне море, а там куди вже втраплю...</w:t>
      </w:r>
    </w:p>
    <w:p>
      <w:r>
        <w:br/>
        <w:t>Вийшов я з села ранком погожим і свіжим. Лукаш провів мене за царину.</w:t>
      </w:r>
    </w:p>
    <w:p>
      <w:r>
        <w:br/>
        <w:t>Ішов я, ішов, і не оглядався, і не втомлявся. Підвечір вже незнайомі мені місця стали виявлятись. Ішов я полями чистими та широкими, далі набрів діброву густу та красну. Двічі обійшов я ту діброву. Пам’ятаю червоні квітки.</w:t>
      </w:r>
    </w:p>
    <w:p>
      <w:r>
        <w:br/>
        <w:t>"А що далі буде, побачу!" — думаю.</w:t>
      </w:r>
    </w:p>
    <w:p>
      <w:r>
        <w:br/>
        <w:t>А далі було велике село.</w:t>
      </w:r>
    </w:p>
    <w:p>
      <w:r>
        <w:br/>
        <w:t>Вже смеркало, як я увійшов у те село, — імла і темрява літня, по хатах не світилось, а зірочок, зірочок блискотіло-горіло на небі! А дівчат, дівчат по селі співало!</w:t>
      </w:r>
    </w:p>
    <w:p>
      <w:r>
        <w:br/>
        <w:t>Я на ті дівочі голоси просто й пішов, минаючи тихі білі хати. Мене обминула купка парубків; пробігло з півкопи дівчат: "Добривечір!" — "Добривечір!"</w:t>
      </w:r>
    </w:p>
    <w:p>
      <w:r>
        <w:br/>
        <w:t>На одшибі од села було ігрище, челядь гомоніла, співала, сміялась. Спершу, як я дійшов, дівчата мене оглядають збоку; парубки наче не дивляться, а тільки шапки поправляють, а далі як я озвався, то й до мене заговорили. Звісно, дівчата зараз розпитують, звідки я.</w:t>
      </w:r>
    </w:p>
    <w:p>
      <w:r>
        <w:br/>
        <w:t>— А звідти, — кажу, — де вже мене нема!</w:t>
      </w:r>
    </w:p>
    <w:p>
      <w:r>
        <w:br/>
        <w:t>Сміху та веселості дівочої — брате мій!</w:t>
      </w:r>
    </w:p>
    <w:p>
      <w:r>
        <w:br/>
        <w:t>— А куди йдете?</w:t>
      </w:r>
    </w:p>
    <w:p>
      <w:r>
        <w:br/>
        <w:t>— А туди йду, де буду!</w:t>
      </w:r>
    </w:p>
    <w:p>
      <w:r>
        <w:br/>
        <w:t>Знов сміятись та ахкати.</w:t>
      </w:r>
    </w:p>
    <w:p>
      <w:r>
        <w:br/>
        <w:t>Що то за гуляння на тім грищі було превеселе!</w:t>
      </w:r>
    </w:p>
    <w:p>
      <w:r>
        <w:br/>
        <w:t>Слово скажеться та й сміхом перехопиться, то й не одним, а з усіх боків так і задзвонить, як у дзвоночки. А що вже мені було весело та цікаво, то й не сказати! Здається, так же само гуляють, як і в нас, да не так тую пісню співають, да інакше... І ті незнайомі люди, і хати, і дворища — усе я своїми очима так і поїдаю.</w:t>
      </w:r>
    </w:p>
    <w:p>
      <w:r>
        <w:br/>
        <w:t>Скінчилося гуляння, вже займається на день... зирк! а та дівчина, що звечора була мені чорнявою — вона зовсім стала білявенька, зовсім не та, тільки голосок той самий, свіжий та веселий; а де мені здалося у темряві, що стоять три стоги, то стоять тепер три хати; десять дівчат розказує, в якій хаті голова живе, в якій писар і яка в писаря жінка...</w:t>
      </w:r>
    </w:p>
    <w:p>
      <w:r>
        <w:br/>
        <w:t>Просили мене і кликали до себе — так мені ніяк не можна, — поспішаюся я дуже, — прощаюся та дякую.</w:t>
      </w:r>
    </w:p>
    <w:p>
      <w:r>
        <w:br/>
        <w:t>Усі по господах, а я знов у дорозі. Іду, та оглядаюся, та кланяюся усім, як братам рідним. А день біліє та біліє. От тут стежечка, що я її вчора не доглядівся, а тут купа вишеньок, тут нова хатинка славна, що я не бачив, а ось криниця, що я її не вкмітив, — додивляюся, та дослухаюся, та день славлю, що удень усе видно та ясно.</w:t>
      </w:r>
    </w:p>
    <w:p>
      <w:r>
        <w:br/>
        <w:t>Я вже завістився, що по дорозі буде село, де ярмарок зібрався хороший, гнав я туди, мов циган.</w:t>
      </w:r>
    </w:p>
    <w:p>
      <w:r>
        <w:br/>
        <w:t>Я й досі пам’ятаю, як бачу, ту улицю широку і той плац великий, де ярмарок стояв; шумить мені досі увесь той гук, гомін, розтіч і розрух. От наче ще перед моїми очима ті крамнички під наметом, що на їх вітер має червоними стрічками, хустками і поясами; бачу ті столички, де розкладені коралі, янтарі, усякі сережки, і персні, і бісери, тут раз у раз надбігають жваві та веселі дівчата, вже гроші у них у руці наготовлені платить крамарю, та очі розбіглись — що його в Бога купити... Тут уявляються і молодиці повновиді і трохи охмурі, усе вони цінують і на все кажуть, що дорого, а більш усього купчиться молодиць коло сковорід, мисок та глечиків; тим-то саме вони купують, а ще гірш стукають і дзвонять у ті глечики, миски, сковороди, чи з доброї глини, чи чугун не драглий. Часом і дівчина молоденька тут замішається, — се, певно, сирота, що сама господарює, — от же коло неї і хлопчик щиро вмитий, розчесаний, аж лощиться, і в чоботях, учепився за її юпочку, як рак клешнею, а вона таки йому раз у раз говорить: "Держися за мене, не отходь, загубишся у ярмарку!" — нібито вже з нею то огонь і воду перейти можна, така вона поважна та розсудлива, старша сестра. Скрізь і всюди никають сухі довгополі жиди із безрогими волами, з чаями, з олією, з ножами і з бочками; то беруть, то міняють, то лічать гроші; і білозубі цигани, що зовсім без грошей свою душу живлять і посвистують на всіх коней; і козаки, і високі чумаки, що, здається, повиходили і проходжають, дожидаючи, якого з них одного на гетьмана постановлять... і кріпаки з панською пшеницею. Сліпий кобзар під чиїмсь возом обідає з своїм хлопцем, а другий кобзар чутно, як грає і співає про Морозенка. І піп з попадею, що не сходили з воза, а якщо купували, то обоє до себе руками манили... Я скрізь лазив, на все очима назирав, як піп, до всього уха наставляв, як шпиг... коли разом зчинився великий грук і крик: котив якийсь возик ярмарком, а за ним услід другий. Став возик недалечко од мене, люди вже там купами, а я хутче на перве місце. Возок став, кажу, а у возку сидить наче пан товстий: голова велика, а шапочка маленька — сидить і кричить, щоб слухали люди, що він має казати. Коло сього пана сиділо два десятники — високі, великі, наче обрали їх ведмедів побивати. Вони зараз з возика зскочили і стали — стоять. У другому возику сиділи два чоловіки і парубок — усі троє зв’язані кріпко.</w:t>
      </w:r>
    </w:p>
    <w:p>
      <w:r>
        <w:br/>
        <w:t>У якомусь селі Малашевці якийсь Хведор Голубець дуже побився з головою і казав "Буду бити усіх: і писаря, і далі вгору", — а по сьому погрімку втік невідомо куди. І завістили з Малашевки сільському писареві, що, мабуть, буде Хведор Голубець у вас на ярмарку, — зловіть його неодмінне. Оце того Хведора Голубця і шукали. У першому возкові сидів писар з десятниками, у другому — якісь захожі добрі люди, що їх зловили, а може, хто з них Хведор Голубець, бо самого Хведора у сьому селі ні одна душа не знала, а у тій бумазі, що читав писар, у Хведора ніс, зуби і борода, як у інших людей, тільки очі нехороші, що має він замір оженитися з удовою і вміє колеса робить, — чи познаете такого пройдисвіта? Та ще до того славили, що в його тітка відьма!.. Так щоб його не впустить, ловили усіх — і хто має замір женитись, і хто колеса робить, і в кого очі нехороші або тітка відьма...</w:t>
      </w:r>
    </w:p>
    <w:p>
      <w:r>
        <w:br/>
        <w:t>— Чуєте? — крикнув писар. — Хто такого зобачить, зараз лови і веди до возка!</w:t>
      </w:r>
    </w:p>
    <w:p>
      <w:r>
        <w:br/>
        <w:t>— А як втече? — спитав хтось коло мого боку.</w:t>
      </w:r>
    </w:p>
    <w:p>
      <w:r>
        <w:br/>
        <w:t>— Се вже пана писаря журба, — одказали за мною.</w:t>
      </w:r>
    </w:p>
    <w:p>
      <w:r>
        <w:br/>
        <w:t>— Бач, сидить нашого Бога дурень! — додав хтось з другого боку.</w:t>
      </w:r>
    </w:p>
    <w:p>
      <w:r>
        <w:br/>
        <w:t>Писар чув, що його поминають, і чув дурня (може, не вперше) та до мене (я стояв ближче, коло самого його возка, та, може, і всміхнувсь):</w:t>
      </w:r>
    </w:p>
    <w:p>
      <w:r>
        <w:br/>
        <w:t>— Хто такий?</w:t>
      </w:r>
    </w:p>
    <w:p>
      <w:r>
        <w:br/>
        <w:t>— Одружитись з удовою не хочу, колес не роблю, — одказав я йому з веселою душею. Писар махнув десятникам. Зараз мене зв’язали і вкинули у возка, де вже були в’язні. "Бувай здоров", — вітали мене вони.</w:t>
      </w:r>
    </w:p>
    <w:p>
      <w:r>
        <w:br/>
        <w:t>* * *</w:t>
      </w:r>
    </w:p>
    <w:p>
      <w:r>
        <w:br/>
        <w:t>Писареві принесли, постановили столичок, горілку, зелену чарочку і ковбаси. Писар став полуднувати коло свого возика, сидячи на сосновому пеньку.</w:t>
      </w:r>
    </w:p>
    <w:p>
      <w:r>
        <w:br/>
        <w:t>Треба вам сказати, що як тільки прикотив возик з писарем, то усі жиди наче крізь землю пропали, а цигани, хоч видно їх було, та дуже здалека, чорніли там, як мухи, а як вже пов’язали, то й жиди знов висипали, і цигани прибігли. Жидки гомоніли між собою і підбігали до писаря, наче їх вітром підносило; цигани теж стали близько, і один усе хвалив братів своїх: "Брати! Що то цигани за славні люди!" — а брати йому зуби показували. Люди стояли оддалік — мовчали.</w:t>
      </w:r>
    </w:p>
    <w:p>
      <w:r>
        <w:br/>
        <w:t>— Жиде! — кажу я до одного жида. — Ось тобі гроші — дай мені хліб!</w:t>
      </w:r>
    </w:p>
    <w:p>
      <w:r>
        <w:br/>
        <w:t>— Ой, як можна мені таким, як ви, хліб продавати! Я хороший єврей, а ви, може... хто вас знає, що ви за чоловік... ой, що ви говорите! Як се можна! — голосно одказував мені жидок, а сам крутився коло писаря.</w:t>
      </w:r>
    </w:p>
    <w:p>
      <w:r>
        <w:br/>
        <w:t>Коли виходить з купи чоловік у чорній шапці — як він на Великдень христосувався, — єй же богу моєму, і досі я не збагну сього, такий він був високий. Яка шия! А голова невеличка. Я давно бачив сю голову поверх усіх, а як він підходив, то усе, здається, виростав. Прийшов він до нашого возика і зняв шапку — брови — як намет над карими очима, а очі — як зорі, — винув із торби хліб і подав мені: "На добре здоровля". Усі на його дивляться, дивиться і писар. А чоловік винув з кишені кривого ножа хліб краяти, а з торби достав і сала. Він ні на кого не дивився, наче тут нікого не було. Я його подякував. "Ні на чому", — одказав і пішов.</w:t>
      </w:r>
    </w:p>
    <w:p>
      <w:r>
        <w:br/>
        <w:t>— Піжди, піжди! — крикнув писар. — Що ти за чоловік? — Я Муха Яким.</w:t>
      </w:r>
    </w:p>
    <w:p>
      <w:r>
        <w:br/>
        <w:t>— Звідки ти, питаю?</w:t>
      </w:r>
    </w:p>
    <w:p>
      <w:r>
        <w:br/>
        <w:t>— З Гороховки.</w:t>
      </w:r>
    </w:p>
    <w:p>
      <w:r>
        <w:br/>
        <w:t>— Ти, мабуть, з ним приятель? — спитав писар, киваючи на мене. — Знайомі, мабуть, люди?</w:t>
      </w:r>
    </w:p>
    <w:p>
      <w:r>
        <w:br/>
        <w:t>— Я його не энаю.</w:t>
      </w:r>
    </w:p>
    <w:p>
      <w:r>
        <w:br/>
        <w:t>— Неправда твоя!</w:t>
      </w:r>
    </w:p>
    <w:p>
      <w:r>
        <w:br/>
        <w:t>— Правда моя.</w:t>
      </w:r>
    </w:p>
    <w:p>
      <w:r>
        <w:br/>
        <w:t>— А чи не хочеш до його у возок? Хочеш?</w:t>
      </w:r>
    </w:p>
    <w:p>
      <w:r>
        <w:br/>
        <w:t>— Ні, не хочу.</w:t>
      </w:r>
    </w:p>
    <w:p>
      <w:r>
        <w:br/>
        <w:t>— Чому так? — засміявся писар.</w:t>
      </w:r>
    </w:p>
    <w:p>
      <w:r>
        <w:br/>
        <w:t>— Бо мені на ярмарок треба. — І пішов.</w:t>
      </w:r>
    </w:p>
    <w:p>
      <w:r>
        <w:br/>
        <w:t>Може б, писар ще до його чіплявсь, так тут знов ізнявея такий крик, наче кого різали. Десятники вели молодицю у червоному очіпку, огрядну, невеличку, од великого гніву так вона і палала, а що вже кричала-верещала!</w:t>
      </w:r>
    </w:p>
    <w:p>
      <w:r>
        <w:br/>
        <w:t>— Що таке? — крикнув писар, а молодиця не переведе духу, верещить; "Таки ні! таки ні! таки ні! не казала! не казала! не казала!"</w:t>
      </w:r>
    </w:p>
    <w:p>
      <w:r>
        <w:br/>
        <w:t>Десятник затулив їй уста своєю шапкою і держав, а другий десятник оповістив писареві, що ся молодиця хвалилася, ніби вона знає Хведора Голубця, і ніби він у ярмарку, і ніби він кум їй і дарив її гар... ком...</w:t>
      </w:r>
    </w:p>
    <w:p>
      <w:r>
        <w:br/>
        <w:t>А молодиця пручалася і крутилася, як колесо, у десятника в руках. "Вдушиться", — загомоніли люди. Десятник шапку одняв.</w:t>
      </w:r>
    </w:p>
    <w:p>
      <w:r>
        <w:br/>
        <w:t>"Таки ні! таки ні! — заверещала молодиця, аж присідаючи до землі. — Таки ні! таки ні!"</w:t>
      </w:r>
    </w:p>
    <w:p>
      <w:r>
        <w:br/>
        <w:t>— Та пустіть її до біса, — крикнув затурканий писар.</w:t>
      </w:r>
    </w:p>
    <w:p>
      <w:r>
        <w:br/>
        <w:t>Молодицю пустили. Вона хустку двинула наліво, штовхнула десятника одного й другого, аж закачались, знов хустку поправила і до писаря тискалась з криком та писком. Писар замахав руками — її схопили, однесли далі. Іздалека ще довго чутно було нам: "Та я! та вони! та..." Ми до вечора стояли у ярмарку: писар купував собі тютюн і сережки, десятники — сині хустки і рукавиці... Привезли нас аж на край села, казали устати з воза, завели у велику пусту хату і зачинили там.</w:t>
      </w:r>
    </w:p>
    <w:p>
      <w:r>
        <w:br/>
        <w:t>* * *</w:t>
      </w:r>
    </w:p>
    <w:p>
      <w:r>
        <w:br/>
        <w:t>Чималий час сиділи ми там — більше місяця. До нас звик бігати під вікно чорний собака і приходила рябенька курочка з червоним півнем. Нас було четверо: білявий та чорнявий чоловік, парубок рябий та я. Жили собі спокійненько: білявий чоловік або огонь кресав, або люльку палив, або спав і не говорив ніколи, чорнявий чоловік старі нерети понаправляв і почав в’язати новий. Він був рибак і розказував, яку в їх селі рибу ловлять і яка в їх ріка рибна, що усяка риба ведеться, навіть морська не хоче моря, заходить до них; він хоч не бачив, та другі люди бачили. Парубок, як на Великдень, викрасився — сорочка в його була вишивана та вимережана. "Хто йому, рябому, так вишивав та мережив?" — думалось мені. У рибака він питав, чи є риба, чи є отець-мати, то він одкаже ледве чутно йому: "Ні отця-матері, ні риби!" А був у його... він по ночах охав, а удень наче дожидав та ходив усе по хаті.</w:t>
      </w:r>
    </w:p>
    <w:p>
      <w:r>
        <w:br/>
        <w:t>Сиділи ми з тиждень самі, а там привезли до нас ще чоловіка скілька. Сі не журились, один говорив: "Сіно скосив, то тепер нехай держать, я за сіно дуже боявся, а тепер... що мене кортить". Другий знов говорив: "В мене рівно дома нема чого їсти. Аби тут годували мене, то спасибі!"</w:t>
      </w:r>
    </w:p>
    <w:p>
      <w:r>
        <w:br/>
        <w:t>Приїздив справник і дивився нас — грозив, що буде нам... нехай-но вечора дождемо! Тільки нам біди ніякої не було, справнику справили обід, він смачно попоїв і поїхав. "Що з ними робить?" — питав йото десятник. "Нехай сидять — що ж з ними робить?" — та й покатав собі. Ми сиділи ще три неділі і два дні — тоді пригнали знов в’язнів нових, а нас випустили, бо не було вже місця. Та й радів же рябий парубок! обнімав усіх: "Дай, Боже, й вам улови добрі! — зичить рибаку. — А вам добре сходити у Київ і добре повернутись!" — се вже мені... аж побіг дорогою.</w:t>
      </w:r>
    </w:p>
    <w:p>
      <w:r>
        <w:br/>
        <w:t>А мені печаль і досада превелика скоїлась. Мені заказали у Київ іти, а веліли у своє село повернутись, а як я став проситись та суперечить, тоді мене вкинули у возок і одвезли два десятники додому і священикові бумагу таку прислали, щоб своїх служок не пускав блукати, і ще грозилися, що зачинять мене десь у дорозі або де й гірше...</w:t>
      </w:r>
    </w:p>
    <w:p>
      <w:r>
        <w:br/>
        <w:t>Тут люди зійшлися — усі питають: "Що таке? Що таке?" Лукаш був злякався. Я зараз ліг спати і не заснув...</w:t>
      </w:r>
    </w:p>
    <w:p>
      <w:r>
        <w:br/>
        <w:t>III</w:t>
      </w:r>
    </w:p>
    <w:p>
      <w:r>
        <w:br/>
        <w:t>Я зовсім розсердився: і в світа вже йти не хочу, і зоставатись дома не хочу, і все не до ладу, і нічого мені не треба; на все і на всіх зависний і ні до кого не озиваюсь; нічого не роблю і співати став басом горляним.</w:t>
      </w:r>
    </w:p>
    <w:p>
      <w:r>
        <w:br/>
        <w:t>Коли одного разу кличе мене піп до себе — і мене, й Лукаша. Ми до його приходимо і йому кланяємось. А піп мені каже:</w:t>
      </w:r>
    </w:p>
    <w:p>
      <w:r>
        <w:br/>
        <w:t>— Тимоше! У Макухах дяк вмер, — оженись та й просися на його місце. Я за тебе примовлюсь. — Зітхнув і тихенько додав: — Покійниця нехай царствує! Чи пам’ятаєш, як вона за тебе, було, просить? Лукаше, брате, скажи своє слово! — просить Лукаша.</w:t>
      </w:r>
    </w:p>
    <w:p>
      <w:r>
        <w:br/>
        <w:t>— Будеш женитися, — промовив мені Лукаш роздумчиво.</w:t>
      </w:r>
    </w:p>
    <w:p>
      <w:r>
        <w:br/>
        <w:t>— Їдь ти, — говорить мені піп, — їдь ти у Терни, там живе старий піп, — він вже одставлений, вбогий і не гордий, — може, він за тебе дочку віддасть. З приходом попівна за тебе не піде — бери хоч вбогу. Візьмеш попівну, то хутче на дяка постановлять.</w:t>
      </w:r>
    </w:p>
    <w:p>
      <w:r>
        <w:br/>
        <w:t>— Добре, батюшко, — одказую йому.</w:t>
      </w:r>
    </w:p>
    <w:p>
      <w:r>
        <w:br/>
        <w:t>— Щасти тебе, Боже, Тимоше, і Боже тебе благослови!</w:t>
      </w:r>
    </w:p>
    <w:p>
      <w:r>
        <w:br/>
        <w:t>— Оце прийшов час, — поможи, боже! — промовляв Лукаш, ідучи зо мною додому.</w:t>
      </w:r>
    </w:p>
    <w:p>
      <w:r>
        <w:br/>
        <w:t>А я повеселішав дуже.</w:t>
      </w:r>
    </w:p>
    <w:p>
      <w:r>
        <w:br/>
        <w:t>— Коли ж у Терни? — пита в мене Лукаш.</w:t>
      </w:r>
    </w:p>
    <w:p>
      <w:r>
        <w:br/>
        <w:t>— А коли ж, як не завтра? — говорю йому.</w:t>
      </w:r>
    </w:p>
    <w:p>
      <w:r>
        <w:br/>
        <w:t>Лукаш походив по хаті, постояв і промовив наче до когось у вікно:</w:t>
      </w:r>
    </w:p>
    <w:p>
      <w:r>
        <w:br/>
        <w:t>— Чого се так поспішатись?</w:t>
      </w:r>
    </w:p>
    <w:p>
      <w:r>
        <w:br/>
        <w:t>— А чого ж маю баритись? — питаю його.</w:t>
      </w:r>
    </w:p>
    <w:p>
      <w:r>
        <w:br/>
        <w:t>— Тимоше, друже! Не загуби свого віку веселого, а ще гірш чужого... Не вернеш... плакатимеш... Боже, борони од сього лиха — воно найважче од усіх... Гляди ж, Тимоше! Гляди ж, друже!</w:t>
      </w:r>
    </w:p>
    <w:p>
      <w:r>
        <w:br/>
        <w:t>Цілісенький вечір він був неспокійний: кружив по нашій хаті, дивився у землю, а як заходились лягать спати, він до мене зблизився і знов промовив:</w:t>
      </w:r>
    </w:p>
    <w:p>
      <w:r>
        <w:br/>
        <w:t>— Гляди ж, Тимоше! Гляди ж, друже!</w:t>
      </w:r>
    </w:p>
    <w:p>
      <w:r>
        <w:br/>
        <w:t>А мені дуже весело, що такий мені тепер клопіт великий, таке, мовляв, поле передо мною — і женитись, і на дяка стати. Туга моя уся ринула, як її й не було, і говорив я до всіх так, наче з празником поздоровляв.</w:t>
      </w:r>
    </w:p>
    <w:p>
      <w:r>
        <w:br/>
        <w:t>На другий день вранці, добре розпитавши дороги, побрався я у Терни. Коник в мене був буланенький, возок громохкий, а в шапці лист до старого отця Якова.</w:t>
      </w:r>
    </w:p>
    <w:p>
      <w:r>
        <w:br/>
        <w:t>Лукаш прощався смутний, неспокійний, обняв мене: "Гляди ж, друже!" — ізнову промовляє.</w:t>
      </w:r>
    </w:p>
    <w:p>
      <w:r>
        <w:br/>
        <w:t>Я доти не вельми на дівчат вважав і зроду нікого не кохав. Я знав, що є у нас в селі дівчата гарні; що ся чорноброва, а ся білява; ся хороша, а ся краща, та й тільки. бачу — дивлюся, а не бачу — забуду, що вони й на світі є.</w:t>
      </w:r>
    </w:p>
    <w:p>
      <w:r>
        <w:br/>
        <w:t>"Яка ж ця буде? — думаю собі, їдучи вузеньким шляшком поміж житами, просами та гречками. — Яка вона буде? І що вона? І що я?"</w:t>
      </w:r>
    </w:p>
    <w:p>
      <w:r>
        <w:br/>
        <w:t>Я привиджував, як увійде, як заговорить: вона добре, а я ще краще, і то мені весело, думаючи, то смішки. Я, бачте, ждав її, як товариша абощо, що, може, добрий — полюблю, а може, чудний — посміюся, а все-таки буде мені занятно й весело, чи так, чи сяк вийде.</w:t>
      </w:r>
    </w:p>
    <w:p>
      <w:r>
        <w:br/>
        <w:t>Їхав я день і ніч — серед степу ночував і коника попасав. Лежачи на возі та дивлячись у зоряне небо, почав знов виявляти, яка вона, та попівна, та, задивившись, роздумався о зорях... та об тім, який Київ... та хто перший корабель пустив по морі... та хто Київ будував... думав, зітхав... забув про попівну...</w:t>
      </w:r>
    </w:p>
    <w:p>
      <w:r>
        <w:br/>
        <w:t>На третій день увечері дотягнув до Тернів. Хуторець маленький, вбогенький, садки усюди густі й зелені. Люди саме з роботи верталися. Діти маненькі кричали, ворота рипіли. Я став коло чиєїсь хати і спитав, де отець Яків живе.</w:t>
      </w:r>
    </w:p>
    <w:p>
      <w:r>
        <w:br/>
        <w:t>— А ось в кінці хуторця на одшибі буде будиночок біленький і садок — там живе, — тоненько одказав мені хтось з хатнього вікна. — Ніколи мені вийти самій провести, вибачайте...</w:t>
      </w:r>
    </w:p>
    <w:p>
      <w:r>
        <w:br/>
        <w:t>Як мені сказали, так я і знайшов.</w:t>
      </w:r>
    </w:p>
    <w:p>
      <w:r>
        <w:br/>
        <w:t>Став я під ворітьми, — ворота були розчинені, — бачу дворочок чистенький, травистий і багато стежечок проходжено перехресних; у дворочку тихо, тільки шелестіла верба кучерява. З білого будиночка два віконця у дворочок і високий рундучок; за дворочком садок, і в садок одчинена хвіртка; у садку, бачу, полотно розстеляне і, чую, хтось співає — дзвінко так та вільно, а невидимі чиїсь руки стягають полотно, а далі пішла луна, наче прачом б’ють... Пісня усе чується...</w:t>
      </w:r>
    </w:p>
    <w:p>
      <w:r>
        <w:br/>
        <w:t>Я стою, слухаю, роззираюсь, а схаменувся — проти мене молодиця в рябім очіпку, рум’яна і кирпатенька, дивиться на мене, як у темний льох, та ще у чужий.</w:t>
      </w:r>
    </w:p>
    <w:p>
      <w:r>
        <w:br/>
        <w:t>— Тут отець Яків живе? — питаю.</w:t>
      </w:r>
    </w:p>
    <w:p>
      <w:r>
        <w:br/>
        <w:t>— Тут. Коли вам отця Якова треба, то просимо до хати.</w:t>
      </w:r>
    </w:p>
    <w:p>
      <w:r>
        <w:br/>
        <w:t>Я за молодицею на рундучок — рундучок де-не-де проріс м’ягенькою травичкою; дашок теж місцями зазеленівся, як нива в литвина; уступив я у сінечки біленькі, а з сінечок у біленьку кімнаточку — пахло тут васильками. Стіни білі, стульчики плетені низенькі; уквітчаний божничок, стіл під білою скатеркою і двері в другу кімнатку, — там бачив я тільки узеньке ліжечко, а над ліжечком великий хрест чорний, а перед хрестом лампадочка горяща... У першій кімнаті сидів старий у темній рясі, зморщений, наче печений. Побачивши мене, устав.</w:t>
      </w:r>
    </w:p>
    <w:p>
      <w:r>
        <w:br/>
        <w:t>— Ось до вас прийшли, — каже йому молодиця, пускаючи мене у двері.</w:t>
      </w:r>
    </w:p>
    <w:p>
      <w:r>
        <w:br/>
        <w:t>— Милості прошу — сідайте! — вітає він мене.</w:t>
      </w:r>
    </w:p>
    <w:p>
      <w:r>
        <w:br/>
        <w:t>Я подав йому лист, а він став читати. Прочитавши, зрадів і, не потаївши того, говорить:</w:t>
      </w:r>
    </w:p>
    <w:p>
      <w:r>
        <w:br/>
        <w:t>— Коли б Господь благословив мене свою дитину на хазяйстві побачити! Спасибі отцю Мирону (нашому-то старому), не забув мене — згадав. Що ж? Ви, от пише, добрий, чоловік, а в Бога та в убогого усі люди. Байдуже мені, що ви з козаків. От побачите мою Марту і якщо вподобаєте, то Боже благослови!.. Гапко! — кличе. — Де Марта?</w:t>
      </w:r>
    </w:p>
    <w:p>
      <w:r>
        <w:br/>
        <w:t>— Як-то де? Десь хазяйнує. Чи вона ж в нас не хазяйка? — одказує молодиця, знов уступаючи з-за двері з тонесенькою свічечкою, — звечоріло вже зовсім. Мабуть, вона чула розмову нашу, бо тепер дивилася на мене так, наче цінувала.</w:t>
      </w:r>
    </w:p>
    <w:p>
      <w:r>
        <w:br/>
        <w:t>— Я тим не журюся, що я вбогий, — каже мені старий, — а тим журюся, що не можу за дочкою посагу дати — немає!</w:t>
      </w:r>
    </w:p>
    <w:p>
      <w:r>
        <w:br/>
        <w:t>— Як то немає? — скрикнула молодиця з-за дверей. — Одежива уся нова-новісінька, красна, — дві скрині сповнені...</w:t>
      </w:r>
    </w:p>
    <w:p>
      <w:r>
        <w:br/>
        <w:t>— Та й уся справа! — зітхав старий.</w:t>
      </w:r>
    </w:p>
    <w:p>
      <w:r>
        <w:br/>
        <w:t>— Як то уся справа? Кунтушів два — вишневий один, а другий синій, кунтуші прехороші! Та ще жупанинка славна, — що, мовляли, в нашому роду гетьмани оджалували...</w:t>
      </w:r>
    </w:p>
    <w:p>
      <w:r>
        <w:br/>
        <w:t>— Е, Гапко! Давно, мабуть, моля поїла!</w:t>
      </w:r>
    </w:p>
    <w:p>
      <w:r>
        <w:br/>
        <w:t>— Як то моля поїла? Оце ви наче своїй дочці свекор! Авжеж, нехай подивляться, чи поїла моля? Я хоч зараз перед очі принесу!</w:t>
      </w:r>
    </w:p>
    <w:p>
      <w:r>
        <w:br/>
        <w:t>Ся Гапка кожне слово так тихенько, та любенько, та жалібненько промовляла, неначе у цілісенькому світі Божому нема такої, як вона, овечечки, коли б її не зражали ті щоки рум’яні, і той стан, жваво підперезаний поясом червоним, і ті руки, що раз у раз у боки брались, що здавалося — гарно-прегарно мусить вона танцювати і підковками вибивати, а кирпатенький носик та ще усики чорненькі доводили добре сміливому, щоб її не зачепляти.</w:t>
      </w:r>
    </w:p>
    <w:p>
      <w:r>
        <w:br/>
        <w:t>Та пісня, що я чув, увійшовши у двір, було замовкла, а тут знов почулася і дзвенить все ближче та ближче.</w:t>
      </w:r>
    </w:p>
    <w:p>
      <w:r>
        <w:br/>
        <w:t>Гапка пурхнула, як птиця, і спів разом стих.</w:t>
      </w:r>
    </w:p>
    <w:p>
      <w:r>
        <w:br/>
        <w:t>— Ось дочка іде! — каже старий. — Я піду дочку звістити, що гостя маємо. — Пішов, а я до вікна.</w:t>
      </w:r>
    </w:p>
    <w:p>
      <w:r>
        <w:br/>
        <w:t>Гапка цокотала коло садка. Коло неї стояв хтось; біліла з чохлами сорочка; на високій, гнучкій постаті мріла уквітчана голівка...</w:t>
      </w:r>
    </w:p>
    <w:p>
      <w:r>
        <w:br/>
        <w:t>— Марто! Марто! — покликав старий.</w:t>
      </w:r>
    </w:p>
    <w:p>
      <w:r>
        <w:br/>
        <w:t>— Зараз! — одкликнулась Гапка.</w:t>
      </w:r>
    </w:p>
    <w:p>
      <w:r>
        <w:br/>
        <w:t>Висока дівчина легенько перейшла двір і стала на рундуці. За нею підскочила Гапка. Старий щось стиха говорив, дівчина слухала, перед ним стоячи з похиленою голівкою, і ніби почулося мені тихе, смутне слово якесь...</w:t>
      </w:r>
    </w:p>
    <w:p>
      <w:r>
        <w:br/>
        <w:t>Старий повернувсь і був наче неспокійний трохи.</w:t>
      </w:r>
    </w:p>
    <w:p>
      <w:r>
        <w:br/>
        <w:t>— Дочка моя ще дуже молода, — почав, — ще вона людей мало видала... Вона добра, та ще дитина.</w:t>
      </w:r>
    </w:p>
    <w:p>
      <w:r>
        <w:br/>
        <w:t>Тим часом Гапка заходилась з вечерею, бряжчала мисками, стукала і щось комусь з великим опалом доводила шептом. Старий, зложивши руки, сидів передо мною і питав про наш приход, згадував свій, що колись в його був, і поглядав раз у раз на двері.</w:t>
      </w:r>
    </w:p>
    <w:p>
      <w:r>
        <w:br/>
        <w:t>Гапка, усе опорядивши, запросила до вечері. Старий заводить мене до столу і кличе:</w:t>
      </w:r>
    </w:p>
    <w:p>
      <w:r>
        <w:br/>
        <w:t>— Марто!</w:t>
      </w:r>
    </w:p>
    <w:p>
      <w:r>
        <w:br/>
        <w:t>Гапка знов вибігла і знов за дверима зашепотіла.</w:t>
      </w:r>
    </w:p>
    <w:p>
      <w:r>
        <w:br/>
        <w:t>— Марто! — кличе старий. — Марто!</w:t>
      </w:r>
    </w:p>
    <w:p>
      <w:r>
        <w:br/>
        <w:t>У дверях стала висока дівчина у свіжому вінку. Хоч стала вона оддалік, хоч стала в затінку, та мені добро бачилось, що не рада вона гостю; вклонилася мені низько, а очей на мене не скинула.</w:t>
      </w:r>
    </w:p>
    <w:p>
      <w:r>
        <w:br/>
        <w:t>— Оце ж моя дочка, се моя Марта, — показує старий.</w:t>
      </w:r>
    </w:p>
    <w:p>
      <w:r>
        <w:br/>
        <w:t>А Гапка зітхнула і широкі рукави Марті оправила. Вклонився і я.</w:t>
      </w:r>
    </w:p>
    <w:p>
      <w:r>
        <w:br/>
        <w:t>Поки ми вечеряли, Марта з Гапкою вслуговували, і усе Марта мене далеко обходить... а тут треба дослухати, що старий говорить... Так далеко вона обходить мене, що ніяк я її не розгляджу добре... Бачу тільки, що рум’яне личко, та коса довга, і білії руки... По вечері зараз вона зникла.</w:t>
      </w:r>
    </w:p>
    <w:p>
      <w:r>
        <w:br/>
        <w:t>Тоді старий пита мене:</w:t>
      </w:r>
    </w:p>
    <w:p>
      <w:r>
        <w:br/>
        <w:t>— Чи ви вподобали мою Марту, чи ні?</w:t>
      </w:r>
    </w:p>
    <w:p>
      <w:r>
        <w:br/>
        <w:t>— Вподобав, — кажу; хотів її похвалити, та наче мене хто бив залізною лопатою по голові — так в мене в голові мішалося. Бачу, старий радіє.</w:t>
      </w:r>
    </w:p>
    <w:p>
      <w:r>
        <w:br/>
        <w:t>Спати мене Гапка поклала у світлиці за сіньми. Світлиця та була з забитими вікнами: увійшов я туди, усе чорно — тільки очі свої бережу.</w:t>
      </w:r>
    </w:p>
    <w:p>
      <w:r>
        <w:br/>
        <w:t>— Не бійтесь, лягайте просто — усюди сіно і м’яко, — кричала Гапка під дверима, — а світла не можна: і самі не схаменетесь, як підпалите будинок. Я вже торік налякалася — буде з мене. Добраніч!</w:t>
      </w:r>
    </w:p>
    <w:p>
      <w:r>
        <w:br/>
        <w:t>Я подумав і ліг просто, і правда: усюди сіно і усюди м’яко.</w:t>
      </w:r>
    </w:p>
    <w:p>
      <w:r>
        <w:br/>
        <w:t>Тільки мені не спалося. Все мені бачилася висока постать, усе маяли надо мною широкі рукави з чохлами і білії руки... "Чого вона така непривітна", — думаю собі і чую, як серце в мене тукає й тукає...</w:t>
      </w:r>
    </w:p>
    <w:p>
      <w:r>
        <w:br/>
        <w:t>Заснув. Снились якісь сни чудні — пробужався, а пробудившись, не міг пригадати, що снилося... Прокинувся вранці; чую якийсь гомін... крізь забите вікно в щілинки сонце — наче золоті стрілки. Чую, пташки щебечуть, шумлять дерева... Я до щілинки око — Марта стояла якраз передо мною і дивилась кудись далеко, між дерева у садок, задумалась. Хороша вона була, молода і свіжа, як ранок. Обличчя — як у доброї дитини. О чімсь вона думала і смутувала.</w:t>
      </w:r>
    </w:p>
    <w:p>
      <w:r>
        <w:br/>
        <w:t>"Нехай же на мене гляне!" — помислив я та й стукнув. Вона сполохнулась, зирнула на моє вікно і зникла.</w:t>
      </w:r>
    </w:p>
    <w:p>
      <w:r>
        <w:br/>
        <w:t>Старий ласкаво мене вітає і вже каже мені "любий ти".</w:t>
      </w:r>
    </w:p>
    <w:p>
      <w:r>
        <w:br/>
        <w:t>— А що, заспав у нас? Втомила дорога?</w:t>
      </w:r>
    </w:p>
    <w:p>
      <w:r>
        <w:br/>
        <w:t>— Оце! — озвалась Гапка. — Та коли б хто й три роки спав, то б на четвертий заснув — так там добре спати.</w:t>
      </w:r>
    </w:p>
    <w:p>
      <w:r>
        <w:br/>
        <w:t>А я думав: "Коли б вже не мимрав він, а хутче до діла".</w:t>
      </w:r>
    </w:p>
    <w:p>
      <w:r>
        <w:br/>
        <w:t>— Що ж! — почина він. — Сподобав ти Марту і бери! Се дарма, що ти з козаків, — всі, кажу, люди в Бога та в убогого!</w:t>
      </w:r>
    </w:p>
    <w:p>
      <w:r>
        <w:br/>
        <w:t>— А дочка ваша знає, що я її сватаю?</w:t>
      </w:r>
    </w:p>
    <w:p>
      <w:r>
        <w:br/>
        <w:t>— Аякже! Знає. Я ще вчора їй сказав, зараз, як ти приїхав, і по вечері, як ти спати пішов, я знов.</w:t>
      </w:r>
    </w:p>
    <w:p>
      <w:r>
        <w:br/>
        <w:t>— Чогось вона неначе смутна? — питаю.</w:t>
      </w:r>
    </w:p>
    <w:p>
      <w:r>
        <w:br/>
        <w:t>— Ще молоде дуже, так дурненька. Ще свого щастя не розуміє, де воно. Оце й вередує: "Не хочу заміж!"</w:t>
      </w:r>
    </w:p>
    <w:p>
      <w:r>
        <w:br/>
        <w:t>— А ви питали, чому не хоче?</w:t>
      </w:r>
    </w:p>
    <w:p>
      <w:r>
        <w:br/>
        <w:t>— Та що ж там питати! Якась дурничка.</w:t>
      </w:r>
    </w:p>
    <w:p>
      <w:r>
        <w:br/>
        <w:t>— А може, у неї хто другий у мислях?</w:t>
      </w:r>
    </w:p>
    <w:p>
      <w:r>
        <w:br/>
        <w:t>— Борони Боже! Та вона ще й не бачила нікого зблизька — тебе першого. Хто поїде до вбогого одставленого попа... Се вона так... дурненька... ще не знає тебе... Познаєтесь, то й полюбить.</w:t>
      </w:r>
    </w:p>
    <w:p>
      <w:r>
        <w:br/>
        <w:t>— А як ні?</w:t>
      </w:r>
    </w:p>
    <w:p>
      <w:r>
        <w:br/>
        <w:t>— Чому ні! Вона сама бачить, що ти чоловік добрий, вона в мене розумна!</w:t>
      </w:r>
    </w:p>
    <w:p>
      <w:r>
        <w:br/>
        <w:t>А мені згадалася Лукашева жінка-покійниця, що казала йому: "Ви добрий чоловік, а я собі смерті бажаю!"</w:t>
      </w:r>
    </w:p>
    <w:p>
      <w:r>
        <w:br/>
        <w:t>"Не візьму Марти я й сам", — помишляю, та й роздумався, як би її взяти...</w:t>
      </w:r>
    </w:p>
    <w:p>
      <w:r>
        <w:br/>
        <w:t>— А що задумавсь? — пита старий. — Не роздумувай!</w:t>
      </w:r>
    </w:p>
    <w:p>
      <w:r>
        <w:br/>
        <w:t>— Добре-бо, — кажу йому.</w:t>
      </w:r>
    </w:p>
    <w:p>
      <w:r>
        <w:br/>
        <w:t>Прийшла Марта до обіду смутная, тихая і зимная; я до неї не заговорював, хотів, щоб і не дивитись, так як вже не сторожився — очі мої косяться та й косяться у той бік, де вона.</w:t>
      </w:r>
    </w:p>
    <w:p>
      <w:r>
        <w:br/>
        <w:t>Увечері ми гуляли по садку. Попереду йшов старий, а я за ним, а за нами Гапка і Марта. Гапка раз у раз кидалась то у той бік — підняти суху гіллячку, то у цей бік — сполохнути горобців; Марта йшла, опустивши головку.</w:t>
      </w:r>
    </w:p>
    <w:p>
      <w:r>
        <w:br/>
        <w:t>Минув ще день — Марта усе смутная. Я став мислити, що краще мені буде додому завертати, а сам собі кажу: "Зажди ще, Тимоше, зажди ще трошки, брате!" — і зажидаю...</w:t>
      </w:r>
    </w:p>
    <w:p>
      <w:r>
        <w:br/>
        <w:t>По обіді ліг старий спочити, а я сидів сам у кімнаті, коли увійшла Гапка хутенько.</w:t>
      </w:r>
    </w:p>
    <w:p>
      <w:r>
        <w:br/>
        <w:t>— Пішли б ви у садок прогулятись — ходімте, я вас проведу.</w:t>
      </w:r>
    </w:p>
    <w:p>
      <w:r>
        <w:br/>
        <w:t>"Чи не знаю сам дороги — чого докучає?" — думаю, йдучи за нею.</w:t>
      </w:r>
    </w:p>
    <w:p>
      <w:r>
        <w:br/>
        <w:t>— Де ви там? — крикнула Гапка.</w:t>
      </w:r>
    </w:p>
    <w:p>
      <w:r>
        <w:br/>
        <w:t>— Я тут, — одказала Марта з-за дерев.</w:t>
      </w:r>
    </w:p>
    <w:p>
      <w:r>
        <w:br/>
        <w:t>— Ходіть-бо сюди — хутенько-хутенько!</w:t>
      </w:r>
    </w:p>
    <w:p>
      <w:r>
        <w:br/>
        <w:t>Марта хутенько вийшла на стежку; побачивши мене, зчервоніла і зупинилася.</w:t>
      </w:r>
    </w:p>
    <w:p>
      <w:r>
        <w:br/>
        <w:t>— Оце гость скучав сам, — каже Гапка та й побігла, набігці говорячи: — Мені дуже ніколи.</w:t>
      </w:r>
    </w:p>
    <w:p>
      <w:r>
        <w:br/>
        <w:t>А у мене в очах усе тільки кружки, кружки червоні… здалося мені, що Марта втікати од мене хоче.</w:t>
      </w:r>
    </w:p>
    <w:p>
      <w:r>
        <w:br/>
        <w:t>— Куди ж ви втікаєте? — питаю. — Заждіть трошечки</w:t>
      </w:r>
    </w:p>
    <w:p>
      <w:r>
        <w:br/>
        <w:t>— Може, ви не знаєте, — промовила вона до мене, — що я вас не хочу. Мене не слухають.</w:t>
      </w:r>
    </w:p>
    <w:p>
      <w:r>
        <w:br/>
        <w:t>Очі в неї сповнені були слізьми.</w:t>
      </w:r>
    </w:p>
    <w:p>
      <w:r>
        <w:br/>
        <w:t>Я зовсім сторопів, та, шануючи себе, прибодривсь і одказав їй:</w:t>
      </w:r>
    </w:p>
    <w:p>
      <w:r>
        <w:br/>
        <w:t>— Я й сам такеньки думаю.</w:t>
      </w:r>
    </w:p>
    <w:p>
      <w:r>
        <w:br/>
        <w:t>Вона на мене подивилась. Очі тихі, ясні і проникливі та й каже:</w:t>
      </w:r>
    </w:p>
    <w:p>
      <w:r>
        <w:br/>
        <w:t>— Чого ви до нас приїхали? Ви мене не знаєте, а приїхали сватать. Вам усе, мабуть, рівно, яка у вас жінка буде, а я так не хочу. Я до пари собі хочу.</w:t>
      </w:r>
    </w:p>
    <w:p>
      <w:r>
        <w:br/>
        <w:t>І стоїть проти мене, і говорить, наче жалує.</w:t>
      </w:r>
    </w:p>
    <w:p>
      <w:r>
        <w:br/>
        <w:t>— Та ви, певно, когось вже обрали собі — так ви й кажіть!</w:t>
      </w:r>
    </w:p>
    <w:p>
      <w:r>
        <w:br/>
        <w:t>— Ні, ще нікого. Я ще нікого не знаю.</w:t>
      </w:r>
    </w:p>
    <w:p>
      <w:r>
        <w:br/>
        <w:t>— А чого ви шукаєте для вподоби? Кого вам треба?</w:t>
      </w:r>
    </w:p>
    <w:p>
      <w:r>
        <w:br/>
        <w:t>— Я не знаю... Когось, до кого моє серце приляже...</w:t>
      </w:r>
    </w:p>
    <w:p>
      <w:r>
        <w:br/>
        <w:t>— А чому ж до мене ваше серце не приляже? — жартую, а в самого на серці миші скребуть лапками.</w:t>
      </w:r>
    </w:p>
    <w:p>
      <w:r>
        <w:br/>
        <w:t>Вона нічого не сказала.</w:t>
      </w:r>
    </w:p>
    <w:p>
      <w:r>
        <w:br/>
        <w:t>— Я од вас поїду, — говорю їй, — а поки ви мене не жахайтеся — я чоловік смирний.</w:t>
      </w:r>
    </w:p>
    <w:p>
      <w:r>
        <w:br/>
        <w:t>Вона тоді підійшла до мене ближче і каже:</w:t>
      </w:r>
    </w:p>
    <w:p>
      <w:r>
        <w:br/>
        <w:t>— В вас нема роду?</w:t>
      </w:r>
    </w:p>
    <w:p>
      <w:r>
        <w:br/>
        <w:t>— Нема, — говорю, — нема в мене нікого!</w:t>
      </w:r>
    </w:p>
    <w:p>
      <w:r>
        <w:br/>
        <w:t>— Ви хочете в Макухи на дяка чи ви там бували? Які там люди? Чи гарно там?</w:t>
      </w:r>
    </w:p>
    <w:p>
      <w:r>
        <w:br/>
        <w:t>— Не знаю. Та мені усюди гарно: де не прийду, то женуть!</w:t>
      </w:r>
    </w:p>
    <w:p>
      <w:r>
        <w:br/>
        <w:t>Старий прийшов і радіє, що ми вкупі з Мартою.</w:t>
      </w:r>
    </w:p>
    <w:p>
      <w:r>
        <w:br/>
        <w:t>— А в нас хутко празник, — каже він, — побачиш, як наша молодь гуляє.</w:t>
      </w:r>
    </w:p>
    <w:p>
      <w:r>
        <w:br/>
        <w:t>— Не побачу — мені вже час додому їхати.</w:t>
      </w:r>
    </w:p>
    <w:p>
      <w:r>
        <w:br/>
        <w:t>— Зостанься на празник! — говорить старий.</w:t>
      </w:r>
    </w:p>
    <w:p>
      <w:r>
        <w:br/>
        <w:t>— В нас дуже весело у празник, — промовила Марта. Я на неї глянув, і вона дивиться на мене і додає:</w:t>
      </w:r>
    </w:p>
    <w:p>
      <w:r>
        <w:br/>
        <w:t>— Зостаньтесь!</w:t>
      </w:r>
    </w:p>
    <w:p>
      <w:r>
        <w:br/>
        <w:t>Зостався я. Марта од мене не втікає, сідає близенько. "Не буду я нічого казати!" — думаю і порішаю собі, та тільки що стрів її саму і говорю їй:</w:t>
      </w:r>
    </w:p>
    <w:p>
      <w:r>
        <w:br/>
        <w:t>— Підете ви за мене?</w:t>
      </w:r>
    </w:p>
    <w:p>
      <w:r>
        <w:br/>
        <w:t>— Піду! — одказала вона.</w:t>
      </w:r>
    </w:p>
    <w:p>
      <w:r>
        <w:br/>
        <w:t>Нас заручили. Весіллю бути поклали у місяць.</w:t>
      </w:r>
    </w:p>
    <w:p>
      <w:r>
        <w:br/>
        <w:t>Старий сів листи до попів писати, а Гапка почала вивішувати на сонце кожухи й кунтуші, а ми з Мартою вкупі... Небагато ми й розмовляли з нею: "Добридень!" та "Добривечір!", а славно було нам тоді! Що було говорити? Об чім питати? Було тільки подивитись у вічі одно другому. Сидимо, було, з старим і з Гапкою; старий щось давнього пригадає — з лихого або доброго, Марта на мене дивиться, наче каже: "Чуєш?", наче питає: "Знаєш?" Чи Гапка що-небудь свого розкаже, — вона любила усе про дурнів розказувати, — Марта сміється і все-таки на мене дивиться. Я пам’ятаю, що була одного разу велика буря. Гапка запалювала перед божничком свічечки, старий читав молитви голосно, ми, притихлі, сиділи рядком з нею...</w:t>
      </w:r>
    </w:p>
    <w:p>
      <w:r>
        <w:br/>
        <w:t>Давно вже пора мені додому їхати. Попрощався я. Старий мене іконою поблагословив. Гапка обвісила мені на шию торбу з книшами, як жаловану шаблю, проводила мене за ворота. Марта мені кланялася. Іду я коло свого воза попід садком, і так моє серце ниє, як у некрута молоденького, коли з високих черешень уявилася Марта. Я до неї кинувсь, схопив за руку, як зловив, а вона говорить:</w:t>
      </w:r>
    </w:p>
    <w:p>
      <w:r>
        <w:br/>
        <w:t>— Щасти вас, Боже!</w:t>
      </w:r>
    </w:p>
    <w:p>
      <w:r>
        <w:br/>
        <w:t>— Піждіть, — кажу, — потривайте!</w:t>
      </w:r>
    </w:p>
    <w:p>
      <w:r>
        <w:br/>
        <w:t>— Коли ж вернетесь? — пита мене.</w:t>
      </w:r>
    </w:p>
    <w:p>
      <w:r>
        <w:br/>
        <w:t>— У місяць вернусь.</w:t>
      </w:r>
    </w:p>
    <w:p>
      <w:r>
        <w:br/>
        <w:t>— Добре, вертайтесь у місяць.</w:t>
      </w:r>
    </w:p>
    <w:p>
      <w:r>
        <w:br/>
        <w:t>— Як ви зо мною веселенько прощаєтесь, — кажу їй, — аж і мені любо!</w:t>
      </w:r>
    </w:p>
    <w:p>
      <w:r>
        <w:br/>
        <w:t>— Се щоб ви веселі повернулись!</w:t>
      </w:r>
    </w:p>
    <w:p>
      <w:r>
        <w:br/>
        <w:t>— А як не повернусь?</w:t>
      </w:r>
    </w:p>
    <w:p>
      <w:r>
        <w:br/>
        <w:t>Вона до мене:</w:t>
      </w:r>
    </w:p>
    <w:p>
      <w:r>
        <w:br/>
        <w:t>— Чому?</w:t>
      </w:r>
    </w:p>
    <w:p>
      <w:r>
        <w:br/>
        <w:t>— А хто ж його тепер зна чому? Ви хутко мене забудете?</w:t>
      </w:r>
    </w:p>
    <w:p>
      <w:r>
        <w:br/>
        <w:t>— Як вже забувати, то треба хутко; тільки я не забуду.</w:t>
      </w:r>
    </w:p>
    <w:p>
      <w:r>
        <w:br/>
        <w:t>IV</w:t>
      </w:r>
    </w:p>
    <w:p>
      <w:r>
        <w:br/>
        <w:t>Повернувся я додому. Лукаш стрічає і в вічі дивиться, питає:</w:t>
      </w:r>
    </w:p>
    <w:p>
      <w:r>
        <w:br/>
        <w:t>— А що? А як? Бачу, — каже, — бачу, що ти веселий, — мабуть, усе гаразд?</w:t>
      </w:r>
    </w:p>
    <w:p>
      <w:r>
        <w:br/>
        <w:t>А я зітхнув: я сподіваюсь, що вже смутніш від мене і в світі немає!</w:t>
      </w:r>
    </w:p>
    <w:p>
      <w:r>
        <w:br/>
        <w:t>— Що ж не говориш? — пита Лукаш. — Діло не вийшло? Вже попівна, мабуть, віддалася?</w:t>
      </w:r>
    </w:p>
    <w:p>
      <w:r>
        <w:br/>
        <w:t>— Ні, — кажу йому.</w:t>
      </w:r>
    </w:p>
    <w:p>
      <w:r>
        <w:br/>
        <w:t>— За тебе не пішла?</w:t>
      </w:r>
    </w:p>
    <w:p>
      <w:r>
        <w:br/>
        <w:t>— Пішла. Я заручився.</w:t>
      </w:r>
    </w:p>
    <w:p>
      <w:r>
        <w:br/>
        <w:t>— Заручився! Що ж вона? Охотою йде?</w:t>
      </w:r>
    </w:p>
    <w:p>
      <w:r>
        <w:br/>
        <w:t>— Іде охотою своєю.</w:t>
      </w:r>
    </w:p>
    <w:p>
      <w:r>
        <w:br/>
        <w:t>Тоді він став питати, чи молода, чи гарна, і як мене стріла, і як мене проводила, — слухав усього пильно, радувався, а все-таки нарешті осмутнів і задумався.</w:t>
      </w:r>
    </w:p>
    <w:p>
      <w:r>
        <w:br/>
        <w:t>— Коли так, то будеш щасливий, — говорить мені, — знаєте, говорить, от як часом некрутові говорять: будеш полковником.</w:t>
      </w:r>
    </w:p>
    <w:p>
      <w:r>
        <w:br/>
        <w:t>Пішли ми з Лукашем завістили батюшку — батюшка теж радіє. Я прошу за той лист до попа у Макухи, він сів лист писати. Макухинський піп доводився нашому родичем — небожем у других. Почула Павлютиха — прийшла на мене подивитись з глечиком у руках, дещо в мене поспитала і сказала:</w:t>
      </w:r>
    </w:p>
    <w:p>
      <w:r>
        <w:br/>
        <w:t>— Дивись, який став! Як получчав! Бач, радується!</w:t>
      </w:r>
    </w:p>
    <w:p>
      <w:r>
        <w:br/>
        <w:t>Вона зараз завважила, що Лукаш трохи смутний, і спитала його:</w:t>
      </w:r>
    </w:p>
    <w:p>
      <w:r>
        <w:br/>
        <w:t>— Чого се ви сторопіли? Чи ніколи не чули, що люди женяться?</w:t>
      </w:r>
    </w:p>
    <w:p>
      <w:r>
        <w:br/>
        <w:t>— Молодий такий дуже, — одказав їй Лукаш.</w:t>
      </w:r>
    </w:p>
    <w:p>
      <w:r>
        <w:br/>
        <w:t>— То що? Ще й не такі молоді женяться — бува, такий жениться, що куди не піде, то забуде, що жонатий.</w:t>
      </w:r>
    </w:p>
    <w:p>
      <w:r>
        <w:br/>
        <w:t>Узявши лист від батюшки, я, не гублячи часу, зараз побрався у Макухи — не треба мені ні спочивку, ні одпочинку. Ішов, ішов, ішов і прийшов. Ішов я так хутко, що навіть ні об чім і не думав. Ви в Макухах ніколи не бували? Село воно превелике! Скільки улиць, скільки заулочків, сказать, без ліку. Я зараз зобачив високу дзвіницю, а довго блукав, поки до неї прийшов. Тут вже й будинок попів знайшовся: хороший був се домочок у шість віконечок; при домочку огород великий і сад хороший. Зійшовши на рундучок, я постукав у двері. Відчинила мені старая наймичка.</w:t>
      </w:r>
    </w:p>
    <w:p>
      <w:r>
        <w:br/>
        <w:t>— Батюшка дома? — питаю в неї.</w:t>
      </w:r>
    </w:p>
    <w:p>
      <w:r>
        <w:br/>
        <w:t>— Дома.</w:t>
      </w:r>
    </w:p>
    <w:p>
      <w:r>
        <w:br/>
        <w:t>— А як мені його побачить?</w:t>
      </w:r>
    </w:p>
    <w:p>
      <w:r>
        <w:br/>
        <w:t>— Ви пощо прийшли?</w:t>
      </w:r>
    </w:p>
    <w:p>
      <w:r>
        <w:br/>
        <w:t>— Я до батюшки лист маю од його родича.</w:t>
      </w:r>
    </w:p>
    <w:p>
      <w:r>
        <w:br/>
        <w:t>— Увійдіть!</w:t>
      </w:r>
    </w:p>
    <w:p>
      <w:r>
        <w:br/>
        <w:t>Увійшов я у кімнату, то мені в очах зарябіло. Стіни всі од вишки до низу розмальовані зеленими сосонками та червоними пташками; на стільцях сині скатерки з білими журавлями; усюди картинки: то якась панночка у тяжкому, мабуть, недузі, бо завела очі вгору і ухопилась за лівий бік — тільки не крикне; то ведмідь мед достає з дерева, а його бджоли кусають; то жиди на шабаш поспішаються; а то був знов турок у червоному завивалі; а то був знов — вибачайте — сам дідько з превеликими рогами — жарив грішні душі в смолі; багато на покуті ікон було розмальованих, і роблених квіточок, і херувимів; висіло на стрічках багато воскресних яєчок, фольгових і білих фарфорових з золотими словами; приліплено було свічок воскових, і горіла лампадка. Ще були у цій кімнаті часи стінні і дзеркало узьке та довге — рама на йому з позолотою. Поки я вспів усе те розгледіти, мене самого розглядали. Із-за двері то визирне чорнява, то вигляне білява. "Дочки, мабуть", — думаю і начебто нікого не бачу, ходжу і стою, сідаю і знов ходжу, як самий розумний чоловік і трошки нецікавий.</w:t>
      </w:r>
    </w:p>
    <w:p>
      <w:r>
        <w:br/>
        <w:t>Увійшов піп. Піп високий, огрядний, чорнявий, по виду своєму чоловік дуже поважний і розсудливий. Увійшов він, погладжуючи свою пишну бороду, я жду, що скаже він мені зараз таке щось розумне, що й одвіту на таке не прибрати. А він спитав мене, звідки я і пощо прийшов, од кого лист до його маю? Я усе йому розказав і лист подав. Узяв і став читати. Прочитав, став собі у бороду дивитись; подивившись добре, каже:</w:t>
      </w:r>
    </w:p>
    <w:p>
      <w:r>
        <w:br/>
        <w:t>— Я вже чув про тебе; се вже отець Мирон другий лист мені пише за тебе. У два тижні я сього року два листи од його одібрав.</w:t>
      </w:r>
    </w:p>
    <w:p>
      <w:r>
        <w:br/>
        <w:t>Сказавши, піп сів.</w:t>
      </w:r>
    </w:p>
    <w:p>
      <w:r>
        <w:br/>
        <w:t>— А що ж ви мені, батюшко, скажете? — питаю його.</w:t>
      </w:r>
    </w:p>
    <w:p>
      <w:r>
        <w:br/>
        <w:t>— Та що ж! Воно б і можна...</w:t>
      </w:r>
    </w:p>
    <w:p>
      <w:r>
        <w:br/>
        <w:t>— Можна?</w:t>
      </w:r>
    </w:p>
    <w:p>
      <w:r>
        <w:br/>
        <w:t>— Можна, да вже другий на тому місці...</w:t>
      </w:r>
    </w:p>
    <w:p>
      <w:r>
        <w:br/>
        <w:t>— Як другий? Коли? А ви ж обіщалися?..</w:t>
      </w:r>
    </w:p>
    <w:p>
      <w:r>
        <w:br/>
        <w:t>— Аякже! Обіщався — сього відрікатись не можу!</w:t>
      </w:r>
    </w:p>
    <w:p>
      <w:r>
        <w:br/>
        <w:t>— Та як же другий?</w:t>
      </w:r>
    </w:p>
    <w:p>
      <w:r>
        <w:br/>
        <w:t>— Попадин небіж трапився — у нього діти й жінка, а він п’є; жінка його приходила, попадю просила і його приводила з собою... Тобі треба заждати.</w:t>
      </w:r>
    </w:p>
    <w:p>
      <w:r>
        <w:br/>
        <w:t>— Чого ж мені, батюшко, ждати?</w:t>
      </w:r>
    </w:p>
    <w:p>
      <w:r>
        <w:br/>
        <w:t>— Та хутко старий наш дяк виходить на спокій, тоді буде тобі місце.</w:t>
      </w:r>
    </w:p>
    <w:p>
      <w:r>
        <w:br/>
        <w:t>— А як другий небіж трапиться?</w:t>
      </w:r>
    </w:p>
    <w:p>
      <w:r>
        <w:br/>
        <w:t>Він взявся за бороду і подумав.</w:t>
      </w:r>
    </w:p>
    <w:p>
      <w:r>
        <w:br/>
        <w:t>— Ні, — каже, — ні, другого небожа в неї нема.</w:t>
      </w:r>
    </w:p>
    <w:p>
      <w:r>
        <w:br/>
        <w:t>Трохи помовчали. Далі піп питає мене:</w:t>
      </w:r>
    </w:p>
    <w:p>
      <w:r>
        <w:br/>
        <w:t>— Де твій рід і який твій рід?</w:t>
      </w:r>
    </w:p>
    <w:p>
      <w:r>
        <w:br/>
        <w:t>Коли тут відчинилися двері і уступила попадя у кімнату: на плечах велика червона хустка, на голові — зелена з чорною габою, сама висока і наче з каменю — важко ступала, очі чорні, бистрі — так вона їми і впивалася в християнина.</w:t>
      </w:r>
    </w:p>
    <w:p>
      <w:r>
        <w:br/>
        <w:t>Я низенько кланяюсь. Піп поступився з свого місця далі у куток, узявся за бороду і дивився на попадю. Була ж вона здорова, та чорнява, та жвава! Говорила ж вона голосно! До того раз у раз оглядалася, придивлялася: то порошинку спахне, то скатерку осмикне, то крикне з вікна на качок або шугне горобців — превелика, мабуть, хазяйка в домі.</w:t>
      </w:r>
    </w:p>
    <w:p>
      <w:r>
        <w:br/>
        <w:t>— А вже оженився? — питає вона мене.</w:t>
      </w:r>
    </w:p>
    <w:p>
      <w:r>
        <w:br/>
        <w:t>— Ні ще, — кажу їй.</w:t>
      </w:r>
    </w:p>
    <w:p>
      <w:r>
        <w:br/>
        <w:t>— А ти звідки? Де рід твій? Який?</w:t>
      </w:r>
    </w:p>
    <w:p>
      <w:r>
        <w:br/>
        <w:t>— Я з Савлуківки.</w:t>
      </w:r>
    </w:p>
    <w:p>
      <w:r>
        <w:br/>
        <w:t>— А, знаю, знаю. Мій піп читав мені лист од отця Мирона. На дяка хочеш? Треба перш оженитись!</w:t>
      </w:r>
    </w:p>
    <w:p>
      <w:r>
        <w:br/>
        <w:t>— Та я буду хутко женитись.</w:t>
      </w:r>
    </w:p>
    <w:p>
      <w:r>
        <w:br/>
        <w:t>— А є вже на прикметі в вас?</w:t>
      </w:r>
    </w:p>
    <w:p>
      <w:r>
        <w:br/>
        <w:t>— Є, — кажу, — в мене на прикметі.</w:t>
      </w:r>
    </w:p>
    <w:p>
      <w:r>
        <w:br/>
        <w:t>— От як! А хто се така?</w:t>
      </w:r>
    </w:p>
    <w:p>
      <w:r>
        <w:br/>
        <w:t>Я кажу.</w:t>
      </w:r>
    </w:p>
    <w:p>
      <w:r>
        <w:br/>
        <w:t>— А, знаю, знаю. Я її матір-покійницю знала — молодою вмерла. Добра була людина, нехай царствує, а хазяйка негодяща: її голосу не чутно було у дворі; товар до неї не признававсь... Не знаю, яка з дочки хазяйка... коли б краща! Та не сподіваюся — се вже родом ведеться. Покійниця була теж кволенька... Оце, було, молодими та важимось на вагах — так вона була легесенька, як сухе перце... А дочка?</w:t>
      </w:r>
    </w:p>
    <w:p>
      <w:r>
        <w:br/>
        <w:t>— Дочка доброго здоров’я, — кажу.</w:t>
      </w:r>
    </w:p>
    <w:p>
      <w:r>
        <w:br/>
        <w:t>— Та й покійниця, як було на неї подивитись, то й рум’яна, і не суха, тільки бачилось, що недовговічна.</w:t>
      </w:r>
    </w:p>
    <w:p>
      <w:r>
        <w:br/>
        <w:t>Тут знов двері відчинилися і почали уходити одна по другій попівни — аж сім увійшло. Яких вже між ними не було! Були біляві, кирпатенькі і були такі чорняві, як жуки, тільки що не гудуть; були такі, що наче мальовані, тільки б, здається, на стіну у золоту раму! І маленькі, і високі, і дорослих літ, і малих. Усі вони увійшли, червоніючи, і посідали по стуличках у ряд, руки зложивши, очі опустивши. Сидять, аж уха їх горять. Піп стоїть, на всіх поглядає і всміхається, а попадя говорить мені:</w:t>
      </w:r>
    </w:p>
    <w:p>
      <w:r>
        <w:br/>
        <w:t>— Се мої дочки — маю сім, та ще дві померли. Оця в мене старша (і показує пальцем на старшу), звуть її Оленою. А се коло неї Катря — втора моя дочка; а се коло Катрі Мелася — третя моя дочка, а там вже пішла мілкота...</w:t>
      </w:r>
    </w:p>
    <w:p>
      <w:r>
        <w:br/>
        <w:t>Сама говорить, сама поглядає на мене і на своїх дочок — і так говорить, і так поглядає, якби в неї купить... Я дивлюсь, куди вона показує, і мовчу гарненько.</w:t>
      </w:r>
    </w:p>
    <w:p>
      <w:r>
        <w:br/>
        <w:t>— Ну, йдіть собі, — каже вона дочкам.</w:t>
      </w:r>
    </w:p>
    <w:p>
      <w:r>
        <w:br/>
        <w:t>Дочки піднялись, уклонились і пішли, як прийшли, одна по другій. Тільки вони зникли, попадя пита:</w:t>
      </w:r>
    </w:p>
    <w:p>
      <w:r>
        <w:br/>
        <w:t>— Чи вподобали моїх дочок?</w:t>
      </w:r>
    </w:p>
    <w:p>
      <w:r>
        <w:br/>
        <w:t>— Аякже! Дуже гарні в вас дочки!</w:t>
      </w:r>
    </w:p>
    <w:p>
      <w:r>
        <w:br/>
        <w:t>— А яку краще од усіх вподобали?</w:t>
      </w:r>
    </w:p>
    <w:p>
      <w:r>
        <w:br/>
        <w:t>— Усі, — говорю їй, — усі в вас дочки гарні.</w:t>
      </w:r>
    </w:p>
    <w:p>
      <w:r>
        <w:br/>
        <w:t>— А бодай вас! Я питаю, яка вподобалась вам найкраще?</w:t>
      </w:r>
    </w:p>
    <w:p>
      <w:r>
        <w:br/>
        <w:t>— Сама найменшичка — що то за мила дитинка, зроду я такої не бачив.</w:t>
      </w:r>
    </w:p>
    <w:p>
      <w:r>
        <w:br/>
        <w:t>Попадя на мене подивилася, начеб не знала, чи мене вже бити, чи ще вчити? А піп усе мовчав, стояв та всміхався, дивлячись на нас.</w:t>
      </w:r>
    </w:p>
    <w:p>
      <w:r>
        <w:br/>
        <w:t>— Ви хочете на дяка стати? — спитала мене попадя, узявшись у боки.</w:t>
      </w:r>
    </w:p>
    <w:p>
      <w:r>
        <w:br/>
        <w:t>— Хочу і дуже прохав об сьому вашого батюшку...</w:t>
      </w:r>
    </w:p>
    <w:p>
      <w:r>
        <w:br/>
        <w:t>— Се не батюшкове діло, — перебила.</w:t>
      </w:r>
    </w:p>
    <w:p>
      <w:r>
        <w:br/>
        <w:t>Батюшка кашлянув, — мабуть, нагадати хотів, що й він живе на світі, хоч і без діла.</w:t>
      </w:r>
    </w:p>
    <w:p>
      <w:r>
        <w:br/>
        <w:t>— В нас сім дочок на відданні, — промовила попадя. — Як же нам се місце віджалувати дарма? Хто в нас дочку візьме, той і місце візьме: беріть дочку — і місце ваше буде.</w:t>
      </w:r>
    </w:p>
    <w:p>
      <w:r>
        <w:br/>
        <w:t>— Та я вже заручений, — кажу їй, дивлячись, мабуть великими очима на неї.</w:t>
      </w:r>
    </w:p>
    <w:p>
      <w:r>
        <w:br/>
        <w:t>— Заручений! Не спитавшись броду, та суетесь у воду! А вже за те, що у вас у голові вітер, я не повинна свого дитяти обідити. Тепер і з місцем жениха ледве знайдеш... женихів зовсім нема... он у монахи йдуть, кажуть, лучче в монахи, як женитись да клопіт собі мати... Я надію усю покладаю на се місце... Де ж мені сім попів знайти, коли б хоч кращі за попів повиходили, а другі нехай за дяків... А з терновською попівною ви ніколи не добудетесь місця... Терновський піп вбогий і дурний...</w:t>
      </w:r>
    </w:p>
    <w:p>
      <w:r>
        <w:br/>
        <w:t>— То прощайте, — кажу, — дякувати вам за ласку і добрість вашу!</w:t>
      </w:r>
    </w:p>
    <w:p>
      <w:r>
        <w:br/>
        <w:t>— Щасливо! — одказує попадя. — Як роздумаєтесь, то приходьте.</w:t>
      </w:r>
    </w:p>
    <w:p>
      <w:r>
        <w:br/>
        <w:t>— Прощайте, батюшко, — говорю попу.</w:t>
      </w:r>
    </w:p>
    <w:p>
      <w:r>
        <w:br/>
        <w:t>— Бувай здоров, — прощається піп, — кланяйся дуже отцю Мирону од мене і скажи, що я йому добра усякого зичу і блага.</w:t>
      </w:r>
    </w:p>
    <w:p>
      <w:r>
        <w:br/>
        <w:t>Я уклонився і вийшов з їх будинку. Який же я вийшов звідти сердитий! І не сказати! Ішов дорогою, пташок шугав, з придорожніх будяків квітки оббивав, а далі сів та й плакати став.</w:t>
      </w:r>
    </w:p>
    <w:p>
      <w:r>
        <w:br/>
        <w:t>На дорозі серед степу мене ніч спостигла, а вночі дощ ливний, вітер рвачкий... Я лежу у траві й не повернусь. "А, — думаю, — коли я не дяк, так нехай же на мене і дощ, ї вітер, і буря!" Буря втихла ік світанню — тоді я заснув.</w:t>
      </w:r>
    </w:p>
    <w:p>
      <w:r>
        <w:br/>
        <w:t>А прокинувся — голови не можу зняти: болить, і ввесь я, наче, з вишку падаючи, розбився. Степ у росі зеленіє; сонце на небі ясне й блискуче, пахне квітками, пахне зіллям і травою, степові пташки щебечуть... Я устав і побрів дорогою, та брів я недовго — сів спочивати. Знов трохи поплакав, спочиваючи.</w:t>
      </w:r>
    </w:p>
    <w:p>
      <w:r>
        <w:br/>
        <w:t>Ледве добрався додому, а дома Лукаша налякав — далі вже не пам’ятаю, що було, — кажуть, два тижні я лежав без пам’яті і бредив усе дяками та попівнами. А як я очуняв, то я лежав у світлиці, вікно було завішене темною завіссю, і ледве я розгледів Лукаша коло себе.</w:t>
      </w:r>
    </w:p>
    <w:p>
      <w:r>
        <w:br/>
        <w:t>— А що? — спитав я в Лукаша.</w:t>
      </w:r>
    </w:p>
    <w:p>
      <w:r>
        <w:br/>
        <w:t>— Та, слава Богу, — одказує він мені, — видужаєш тепер хутко.</w:t>
      </w:r>
    </w:p>
    <w:p>
      <w:r>
        <w:br/>
        <w:t>Яких вже мені ліків не завдавали! Лукаш мене напував листом од чорних порічок; Павлютиха напувала гіркою полинню і трилисником; ходили ще дві баби-лікарки; ті баби знов напували водою з трьома вуглями і вмивали мене з ікони. Годували мене перцем до схід сонця, обкурювали мене якимись зіллями... та чи згадати усе?</w:t>
      </w:r>
    </w:p>
    <w:p>
      <w:r>
        <w:br/>
        <w:t>А я нездужав та й нездужав. Вже на сьомий тиждень пішло, я все лежав. Боже, як докучило. Вже перестав думати, що на дяка не поставили, думав, якби то видужати та піти, поїхати... На восьмий тиждень я устав з ліжка. Тоді вже почав жваво у силу вбиратись.</w:t>
      </w:r>
    </w:p>
    <w:p>
      <w:r>
        <w:br/>
        <w:t>Держали ми знов раду з Лукашем і з батюшкою, що мені робить і що починати; нічого не порадили поки і, розіходячись, сказали: "Ще порадимось".</w:t>
      </w:r>
    </w:p>
    <w:p>
      <w:r>
        <w:br/>
        <w:t>Я таки не дуже тоді дбав за ті ради, — мені хотілось якнайхутче у Терни — там ради пошукать...</w:t>
      </w:r>
    </w:p>
    <w:p>
      <w:r>
        <w:br/>
        <w:t>На дев’ятий тиждень ранком я поїхав туди.</w:t>
      </w:r>
    </w:p>
    <w:p>
      <w:r>
        <w:br/>
        <w:t>Одного разу, як ми сиділи з Лукашем та розмовляли, у двір увійшов чоловік у високій сивій шапці, от як у Тернах носять парубки.</w:t>
      </w:r>
    </w:p>
    <w:p>
      <w:r>
        <w:br/>
        <w:t>— Здорові були!</w:t>
      </w:r>
    </w:p>
    <w:p>
      <w:r>
        <w:br/>
        <w:t>— Звідки Господь приніс, милості просимо! — говорить йому Лукаш, а той на мене дивиться.</w:t>
      </w:r>
    </w:p>
    <w:p>
      <w:r>
        <w:br/>
        <w:t>— Я, — каже, — з Тернів. Батюшка кланяється і до себе запрошує вас. Смерть приходить; хоче попрощатись, мовляв.</w:t>
      </w:r>
    </w:p>
    <w:p>
      <w:r>
        <w:br/>
        <w:t>— Що се сталося? — питаю. — Що там таке?</w:t>
      </w:r>
    </w:p>
    <w:p>
      <w:r>
        <w:br/>
        <w:t>— Та нічого, сімдесят літ його прикрушають.</w:t>
      </w:r>
    </w:p>
    <w:p>
      <w:r>
        <w:br/>
        <w:t>— І дуже слабий?</w:t>
      </w:r>
    </w:p>
    <w:p>
      <w:r>
        <w:br/>
        <w:t>— Та не знаю, чи застанете. Я їхав (я ще того тижня з Тернів, на ярмарку був), то ледве він дихав.</w:t>
      </w:r>
    </w:p>
    <w:p>
      <w:r>
        <w:br/>
        <w:t>— Та чому ж не звістили мене хутко! Чому ви, коли вже взялися, не подали вістку?</w:t>
      </w:r>
    </w:p>
    <w:p>
      <w:r>
        <w:br/>
        <w:t>— А се ж я затим і прийшов до вас.</w:t>
      </w:r>
    </w:p>
    <w:p>
      <w:r>
        <w:br/>
        <w:t>— Еге, коли здумали! Може, давно вмер старий.</w:t>
      </w:r>
    </w:p>
    <w:p>
      <w:r>
        <w:br/>
        <w:t>— Вмер, то й вмер. Усі вмирають, — се вже відома річ, — чого ж метушиться?</w:t>
      </w:r>
    </w:p>
    <w:p>
      <w:r>
        <w:br/>
        <w:t>Я свитку на себе, палицю у руки, поклонився йому і дядькові та й зараз і побрався у Терни. Ішов, не спочиваючи, до самого їх дому і ніч і день. Як прийшов до двору, сонце заходило. Бачу, на рундучку сидить Гапка, зав’язана по брови чорною хусткою, очі заплакані, сама журливая.</w:t>
      </w:r>
    </w:p>
    <w:p>
      <w:r>
        <w:br/>
        <w:t>Побачила мене, схопилася була, крикнула, та разом змовкла і озирнулася.</w:t>
      </w:r>
    </w:p>
    <w:p>
      <w:r>
        <w:br/>
        <w:t>— А що, Гапко, — питаю, — чи живий ще?</w:t>
      </w:r>
    </w:p>
    <w:p>
      <w:r>
        <w:br/>
        <w:t>— Де там, голубе мій, — одказує плачучи. — Ще того самого дня, як переказали до вас, він скончився.</w:t>
      </w:r>
    </w:p>
    <w:p>
      <w:r>
        <w:br/>
        <w:t>— А Марта?</w:t>
      </w:r>
    </w:p>
    <w:p>
      <w:r>
        <w:br/>
        <w:t>— Та зараз прибіжить, певно. В нас лихо, в нас горе теперки. Ще не знаєте ви, що вселилася родичка до нас.</w:t>
      </w:r>
    </w:p>
    <w:p>
      <w:r>
        <w:br/>
        <w:t>— Яка? Звідки?</w:t>
      </w:r>
    </w:p>
    <w:p>
      <w:r>
        <w:br/>
        <w:t>— Та родичка покійної матусі Мартиної. Двоюрідна сестра її якась. Господи! Як вже ми її зживемо — не знаю. Може, ви поможете. Така вже неприятна та морочлива — крий Боже!</w:t>
      </w:r>
    </w:p>
    <w:p>
      <w:r>
        <w:br/>
        <w:t>— Та хто її сюди покликав?</w:t>
      </w:r>
    </w:p>
    <w:p>
      <w:r>
        <w:br/>
        <w:t>— Покійний сам зазвав, і якось вона його наче чарувала, що, й не вивіряючи її, усе на неї покинув і дитину рідну: живіть, поки моя Марта віддасться, з нею вкупі і нагледжуйте, і порядкуйте усього.</w:t>
      </w:r>
    </w:p>
    <w:p>
      <w:r>
        <w:br/>
        <w:t>— А що Марта?</w:t>
      </w:r>
    </w:p>
    <w:p>
      <w:r>
        <w:br/>
        <w:t>— Та що ж Марта? Мовчить та вас дожидає.</w:t>
      </w:r>
    </w:p>
    <w:p>
      <w:r>
        <w:br/>
        <w:t>— Ходім же до родички несподіваної. Де вона?</w:t>
      </w:r>
    </w:p>
    <w:p>
      <w:r>
        <w:br/>
        <w:t>— Та у покої. Ідіть просто, як знаєте.</w:t>
      </w:r>
    </w:p>
    <w:p>
      <w:r>
        <w:br/>
        <w:t>Уходжу у знайомі кімнаточки. Усе, як і було. Тільки замість ряси висить на кілку чиясь червона хустка. Уступаю у другу світлицю — за столом сидить молодиця огрядна, червона, витрішкувата, носик маленький, а уста — як ворота. Сидить за столом, а перед нею повна миса червоних порічок. І порічки їсть, і сорочку шиє. Глянула на мене, ураз, мабуть, догадалась, хто такий, ще більше почервоніла і питає:</w:t>
      </w:r>
    </w:p>
    <w:p>
      <w:r>
        <w:br/>
        <w:t>— Чого треба? Звідки? Пощо?</w:t>
      </w:r>
    </w:p>
    <w:p>
      <w:r>
        <w:br/>
        <w:t>— Та прийшов, — кажу, — свою Марту одвідати.</w:t>
      </w:r>
    </w:p>
    <w:p>
      <w:r>
        <w:br/>
        <w:t>Вона як вискокне з-за стола:</w:t>
      </w:r>
    </w:p>
    <w:p>
      <w:r>
        <w:br/>
        <w:t>— Яку Марту? Що таке? Не кажіть гоп, поки не вискочили. Марта ще молода; ще Марту треба розуму вчить.</w:t>
      </w:r>
    </w:p>
    <w:p>
      <w:r>
        <w:br/>
        <w:t>— Як за жінку візьму, то й навчу.</w:t>
      </w:r>
    </w:p>
    <w:p>
      <w:r>
        <w:br/>
        <w:t>— За жінку візьмете? Які ж скорі! Може, ще й вступите з шляху, красний паничу! Я знаю, вам добре Марту взяти за себе, та Марті не велика честь буде.</w:t>
      </w:r>
    </w:p>
    <w:p>
      <w:r>
        <w:br/>
        <w:t>— Нехай нам буде, що буде, а вам дай Боже великої честі собі вишукать.</w:t>
      </w:r>
    </w:p>
    <w:p>
      <w:r>
        <w:br/>
        <w:t>— Покійник мене благав, щоб я Марти доглядала, я й додержу свого: я Марти не віддам.</w:t>
      </w:r>
    </w:p>
    <w:p>
      <w:r>
        <w:br/>
        <w:t>А Марта на цім слові у світлицю входить. Як теперки спогадаю — яка була вона бліда і яка радісна мені!</w:t>
      </w:r>
    </w:p>
    <w:p>
      <w:r>
        <w:br/>
        <w:t>— Марто! — кажу їй. — Кого мені слухать — скажи? У вас нові люди, нові норови.</w:t>
      </w:r>
    </w:p>
    <w:p>
      <w:r>
        <w:br/>
        <w:t>— Яка була я, — одказує, — така й тепер.</w:t>
      </w:r>
    </w:p>
    <w:p>
      <w:r>
        <w:br/>
        <w:t>— Підеш ти за мене?</w:t>
      </w:r>
    </w:p>
    <w:p>
      <w:r>
        <w:br/>
        <w:t>— Піду.</w:t>
      </w:r>
    </w:p>
    <w:p>
      <w:r>
        <w:br/>
        <w:t>— Ох, нещаслива дитина! — заголосить родичка. — Та він її з ума зводить. Йому треба посагу її, йому треба дякування, а ти й віри йому ймеш, що тебе любить! Та ти за ним погинеш, та ти пропадеш!.. Чи не лучче ж тобі, чи не краще ж тобі, як ти підеш за поповича, матимеш достатки, родину чесну, шанобну од усіх...</w:t>
      </w:r>
    </w:p>
    <w:p>
      <w:r>
        <w:br/>
        <w:t>А Марта стоїть коло мене, мовчить.</w:t>
      </w:r>
    </w:p>
    <w:p>
      <w:r>
        <w:br/>
        <w:t>— От попович Кряжевський тебе вподобав — він тебе посватає.</w:t>
      </w:r>
    </w:p>
    <w:p>
      <w:r>
        <w:br/>
        <w:t>— А, — кажу, — як вже маєте кого, то, Боже, щасти!</w:t>
      </w:r>
    </w:p>
    <w:p>
      <w:r>
        <w:br/>
        <w:t>Тай до дверей. Марта, наче не розуміючи, на мене дивиться.</w:t>
      </w:r>
    </w:p>
    <w:p>
      <w:r>
        <w:br/>
        <w:t>— Бувайте здорові! — кажу; тоді вона за мною, а родичка за нею — ловить.</w:t>
      </w:r>
    </w:p>
    <w:p>
      <w:r>
        <w:br/>
        <w:t>— Що се? Ти покидаєш мене? Куди ти йдеш? — промовляє Марта.</w:t>
      </w:r>
    </w:p>
    <w:p>
      <w:r>
        <w:br/>
        <w:t>— Та от не хочу вам у поміху стати; дай, Боже, всього доброго та й не трохи!</w:t>
      </w:r>
    </w:p>
    <w:p>
      <w:r>
        <w:br/>
        <w:t>— Так ти мене покидаєш? За що?</w:t>
      </w:r>
    </w:p>
    <w:p>
      <w:r>
        <w:br/>
        <w:t>— З кращим буде краще!</w:t>
      </w:r>
    </w:p>
    <w:p>
      <w:r>
        <w:br/>
        <w:t>— Скажи, за що кидаєш?</w:t>
      </w:r>
    </w:p>
    <w:p>
      <w:r>
        <w:br/>
        <w:t>І не пускає мене, вхопила обома руками за руку. А родичка її одтягає од мене.</w:t>
      </w:r>
    </w:p>
    <w:p>
      <w:r>
        <w:br/>
        <w:t>— Прощавайте, Марто!..</w:t>
      </w:r>
    </w:p>
    <w:p>
      <w:r>
        <w:br/>
        <w:t>А вона за мною:</w:t>
      </w:r>
    </w:p>
    <w:p>
      <w:r>
        <w:br/>
        <w:t>— Постій. Справді кидаєш мене?</w:t>
      </w:r>
    </w:p>
    <w:p>
      <w:r>
        <w:br/>
        <w:t>— Справді! Прощавай!</w:t>
      </w:r>
    </w:p>
    <w:p>
      <w:r>
        <w:br/>
        <w:t>А вона таки знов, і вхопила мене, і припала до мене.</w:t>
      </w:r>
    </w:p>
    <w:p>
      <w:r>
        <w:br/>
        <w:t>* * *</w:t>
      </w:r>
    </w:p>
    <w:p>
      <w:r>
        <w:br/>
        <w:t>(Далі бракує кількох сторінок оригіналу — більшої частини V розділу).</w:t>
      </w:r>
    </w:p>
    <w:p>
      <w:r>
        <w:br/>
        <w:t>VI</w:t>
      </w:r>
    </w:p>
    <w:p>
      <w:r>
        <w:br/>
        <w:t>Треба вам сказати, що тим часом вмер наш старий піп, а у півроку після його вмер Лукаш. Обоє вони вмерли, як діти, покірно. От два життя зійшло з світу — що зосталося: од одного садок і хата мені в спадок, від другого у спадок Павлютисі збіжжя... А жили, терпіли... Се я тоді-то такеньки собі помишляв; тепер я об тім не думаю — без думок одпіваю.</w:t>
      </w:r>
    </w:p>
    <w:p>
      <w:r>
        <w:br/>
        <w:t>В нас нового попа наставили, — він і досі править там, — досі такий же здоровий, жвавий, басогласий, як і тоді, тільки пристарів за чотири роки на чотири роки... Він оженився з старшою дочкою макухинського попа. Вона була дуже гарна — біла, як папір, червона, як ягода, очі чорні, як вуглі, брови колесом, білозуба, свіжоуста, вбиралась у рябенькі одежі. Як стеменна попівна, вона зараз як віддалася, то й почала грубіти і раховати. Вони з попом жили, як то кажуть, согласно: не билися, не сварилися, вкупі набивали калиточку і радились за преосвященного, за празники й за церкву.</w:t>
      </w:r>
    </w:p>
    <w:p>
      <w:r>
        <w:br/>
        <w:t>Я таки був при службі — співав гласів, і піп мені не платив, за те він мене жалував і не брав другого дячка, що йому б треба платить. Так я пережив із рік. Спершу було трудно, а далі нудно. Нудно і вбого. Не той чоловік вбогий, що багатства стратив, а той, що не дбає ні об чім, що йому нічого не маниться... Хрестини і похорони мішались із собою — мені ні вмерти, ані народитися... Співав гласів, слухав дзвону колокольного, бачив тлум людський, як сходились і розходилися, як до попа приїздили родичі і знакомі білими кіньми, притягали вози з важкими попівнами, бистроокими попадями, розумними попами, поживали страву і бесіду... А в будень знов так тихо, так спокійно, що хоч доти сиди, доки аж новий місяць вимислиш або нове добре життя. Проте я страх як занудився — нічого було мені не треба, і усе мені докучало; вийду між люди, гніваюся, що попав у те джерело; сиджу самотній, скаржуся, що мене вітер і сонце обіжає, літо й зима, осінь і весна — усе в світі.</w:t>
      </w:r>
    </w:p>
    <w:p>
      <w:r>
        <w:br/>
        <w:t>Одного разу впала мені у руки книжка стара Лукаша-покійничка: я давно її знав, по їй вчився читати, — попав я її, щоб розгорнути та й відкинути, та й сам не знаю, як почав читати, поки аж не прочитав до кінця всеньку. Се був псалтир Давида-царя, і я з ним разом замолив і заблагав: "Дай мені крила — привітаю птицею по горах".</w:t>
      </w:r>
    </w:p>
    <w:p>
      <w:r>
        <w:br/>
        <w:t>Тоді напала на мене туга ревная, невсипуща, невгавуща, лихая і невмолимая — вона мене пхала кудись пріч, далі, далеко... Вона мене з місця пхала за двері, гнала улицею, провадила степами, полями, лісами, гаями... Обвісив я на шию торбинку та й прийшов попрощатись з своїм попом. Піп мене було не пускати, нагадувати, що вже колись мене в’язано, а я йому — що йду на богомілля, що того вборонить ніхто не повинен, а дяком для мене теж не ласощі бути; тоді, почувши таке, піп обійшовся по-чеськи: гарненько поблагословив і попрохав принести йому просвирку з богомілля...</w:t>
      </w:r>
    </w:p>
    <w:p>
      <w:r>
        <w:br/>
        <w:t>Знову удруге я погнав у ті світи широкі і великі; пригадалося те першеє: мандрівочка веселая, так пригадувалося, наче хто над ухом мені верещав: "Пригадуй! пригадуй! пригадуй!" — "Дарма, дарма, — кажу собі, — я стратив своє щастя, та ще добра в людей много і без нього, я ще насищуся і вп’юся..." Випив два неповні, а третій по половинці! Я підходив к великому місцю К., з смілими мислями, з бистрими думками, з хітнім і певним серцем. Ви коли самі не видали, то чували; а я тоді й не подивився, і тільки дороги питав до монастиря. Перебіг усі улиці й заулки, як заєць гай частяк, проскакуючії та дивлячись уперед; прийшов під монастирську браму, виглядаю, викликаю — приманив до себе худенького, бліденького, старенького служку. Я питаюся, де тут в їх найбільший пан, він тільки на мене подивився. "Де?" — знов кажу йому, знов тільки дивиться, начебто й не треба було мені ніколи одвітувати. А я таки питаю утретє і вчетверте. Тоді він: "Нащо тобі?" — "Я, — кажу, — здалека, за ділом приходжу, — пустіть мене до його". — "За яким ділом?" — питає. "А єсть таке в мене до його діло — пустіть". — "Не можна". — "Чому ж не можна?" — "Він спить". — "Розбудіть", — прошу, а він мені тільки на те промовив: "Ступай назад у своє село!" — засміявся і став дивитись у другу сторону. "Коли ж можна? Коли прокинеться? Чи не заждав би я у дворі монастирськім?" — "Добре, зажди!" — "А чи він довго всипля?" — "Довго", — каже. Та й пішов од мене, а я сів у монастирськім дворі дожидати. Сидів-сидів, думав-думав, а далі оглянувся, придивився округи себе. Двір був великий, урослий розкішним зеленим деревом; травичка оксамитилася, поперерізувана, поперехрещувана стежками у всі кінці й боки — важкії ноги чернечії ті стежечки, як ножем, прорубали глибоко. Міський гомін здалека тільки доносився до двора — начеб під брамою стихав. Келії біліли округи двора, — квітки процвітали під їх вікнами пахучі. Бачу, вже вечірня тінь сходить — хутко до вечерень вдарять. Церква стоїть поперед моїми очима кам’яна, старая, кріпкая, велика, з високою дзвоницею. Бачу, пробіг маненький пономарик, підібравши поли... Дзвін загудів. По дворі почали мигтіти ченці молоді, як мухи, зо всіх кінців; старі тягнули, як поранені, товсті двигали, як кораблі важкі.</w:t>
      </w:r>
    </w:p>
    <w:p>
      <w:r>
        <w:br/>
        <w:t>Один до мене підскочив: "Звідки та пощо?" Я кажу, що маю діло до найбільшого їх. "Що? що? як?" — і ціла зграя чорних ряс, як ворони, злетілися — білозубі, білорукі, бистроокі. Старі припинилися, питали; товсті стали як на одпочинок — питали усі.</w:t>
      </w:r>
    </w:p>
    <w:p>
      <w:r>
        <w:br/>
        <w:t>Служка той, що мені казав заждати, вийшов і кличе мене. Я схопився за ним, за ним і зграя, усе питаючи. "А хто його зна, хто він такий, — одказував служка. — Каже, діло єсть; його преосвященство обудилися, питають: "Що там у вас?" Я й кажу: от такий і такий чоловік. "Веди його, — каже, — сюди". От я й веду". — "А що він, веселий устав?" — питають голосів скілька. — "Дуже веселий", — одказує служка. "За кого питав? Що казав?" — "Ніколи тепер, ніколи", — одбивається служка, — а дзвін гуде до вечерні. При дверях нас усі покинули і поспішалися до церкви.</w:t>
      </w:r>
    </w:p>
    <w:p>
      <w:r>
        <w:br/>
        <w:t>Уступаю я у кімнату велику, гарну. У тій кімнаті і скамієчки під ноги, і кріслечка, і подушечки, і завіси од сонця світу, і дзвоники для прикликання, наче живе тут немощний чоловік — без сил, без моці, — а мені аж в очах заблищало од його рум’янців, веселого, ясного ока. Чорна борода хвилею спада і хвилею лощиться; білими руками тільки у долоні ляскати; ряса чорна, багата, широка, як намет. Він мене питає, пощо я до нього прийшов?</w:t>
      </w:r>
    </w:p>
    <w:p>
      <w:r>
        <w:br/>
        <w:t>— Та хочу розуму набратись, хочу на люди вийти, хочу до вас поступити.</w:t>
      </w:r>
    </w:p>
    <w:p>
      <w:r>
        <w:br/>
        <w:t>— Добре, добре, — перебив. — А якого ж ти роду? Де твої бумаги родові?</w:t>
      </w:r>
    </w:p>
    <w:p>
      <w:r>
        <w:br/>
        <w:t>— Я роду козачого... — Усе тоді йому розказав. Він слухав, поглядав на мене, поглядав на свого служку, посміхався, дивувався.</w:t>
      </w:r>
    </w:p>
    <w:p>
      <w:r>
        <w:br/>
        <w:t>— Шкода твоя, — каже нарешті. — Ми тебе не можемо прийняти. Ми приймаємо тільки попівських діток — вже підовчених... Ні, ні, тебе прийняти не можна.</w:t>
      </w:r>
    </w:p>
    <w:p>
      <w:r>
        <w:br/>
        <w:t>— Змилуйтеся, — кажу, — прийміть мене. Чи того, що я козак, то й в Бога не чоловік. Всі ми од Адама!</w:t>
      </w:r>
    </w:p>
    <w:p>
      <w:r>
        <w:br/>
        <w:t>— Може, Адам козак був, а? — питає він, регоче і втішається.</w:t>
      </w:r>
    </w:p>
    <w:p>
      <w:r>
        <w:br/>
        <w:t>— Прийміть мене, не губіть! — кажу і благаю. — Я хочу вчитись — прийміть-бо мене.</w:t>
      </w:r>
    </w:p>
    <w:p>
      <w:r>
        <w:br/>
        <w:t>Він сміється і з мене втішається. А в мене вже в очах темно, в ушах дзвони гудуть, язик не говорить — німіє. Я усе його прошу та благаю.</w:t>
      </w:r>
    </w:p>
    <w:p>
      <w:r>
        <w:br/>
        <w:t>— Звідки се такий узявся! — каже він. — Чи в вас усі такі там у селі? А піп у вас який? Яка попадя?</w:t>
      </w:r>
    </w:p>
    <w:p>
      <w:r>
        <w:br/>
        <w:t>Я почав розказувати, який в нас піп і яка попадя.</w:t>
      </w:r>
    </w:p>
    <w:p>
      <w:r>
        <w:br/>
        <w:t>— Та я його знаю, знаю! — сміється він. — Я знаю вашого попа! Він в семінарії лічити не вмів навіть гроші...</w:t>
      </w:r>
    </w:p>
    <w:p>
      <w:r>
        <w:br/>
        <w:t>— Тепер вивчився!</w:t>
      </w:r>
    </w:p>
    <w:p>
      <w:r>
        <w:br/>
        <w:t>— Вивчився! Приход, мабуть, багатий? Оце дурневі-то гриби ростуть у кошику!</w:t>
      </w:r>
    </w:p>
    <w:p>
      <w:r>
        <w:br/>
        <w:t>— Здається, і розумних Бог не обіжає в вас, — кажу оглядаючись. Зареготав і весело сам округи себе озирнув.</w:t>
      </w:r>
    </w:p>
    <w:p>
      <w:r>
        <w:br/>
        <w:t>— Що ж, хоч б’є його попадя? — питає.</w:t>
      </w:r>
    </w:p>
    <w:p>
      <w:r>
        <w:br/>
        <w:t>— Ні, — кажу, — попадя в його смирна.</w:t>
      </w:r>
    </w:p>
    <w:p>
      <w:r>
        <w:br/>
        <w:t>— Та, може, хоч він її б’є?</w:t>
      </w:r>
    </w:p>
    <w:p>
      <w:r>
        <w:br/>
        <w:t>— Ні, не чув.</w:t>
      </w:r>
    </w:p>
    <w:p>
      <w:r>
        <w:br/>
        <w:t>— Оце вже вечірня йде давно, — озвався служка, що, стоячи у кутку при дорозі, слухав і дивився, — спізнитесь...</w:t>
      </w:r>
    </w:p>
    <w:p>
      <w:r>
        <w:br/>
        <w:t>— Та вже спізнився, — хутче, хутче, давай мені хустку! Он вона, давай мені камилавку — ось вона.</w:t>
      </w:r>
    </w:p>
    <w:p>
      <w:r>
        <w:br/>
        <w:t>Та й ринувся у двері, як поток.</w:t>
      </w:r>
    </w:p>
    <w:p>
      <w:r>
        <w:br/>
        <w:t>— А що я? що ж мені? — питаю, підбігаючи за ним. — Візьміть мене хоч служкою...</w:t>
      </w:r>
    </w:p>
    <w:p>
      <w:r>
        <w:br/>
        <w:t>— Іди в ченці постригайся — ченцем будеш, ха-ха-ха-ха! Ге-ге, не хочеться проміняти світові розкоші на чернечу службу, га?</w:t>
      </w:r>
    </w:p>
    <w:p>
      <w:r>
        <w:br/>
        <w:t>— Нічого, — кажу, — нічого, можна. І ченці людям їсти рибу помагають!</w:t>
      </w:r>
    </w:p>
    <w:p>
      <w:r>
        <w:br/>
        <w:t>Він аж за боки взявся — втішався.</w:t>
      </w:r>
    </w:p>
    <w:p>
      <w:r>
        <w:br/>
        <w:t>— Вечірня одходить, — промовив знов служка.</w:t>
      </w:r>
    </w:p>
    <w:p>
      <w:r>
        <w:br/>
        <w:t>— Та ні, я ще поспію, поспію, — нагодуй його, — каже киваючи на мене, — він ще мені розкаже багато... Ха-ха-ха-ха-ха! Добре його нагодуй і горілки дай! Ха-ха-ха-ха-ха!.. [2]</w:t>
      </w:r>
    </w:p>
    <w:p>
      <w:r>
        <w:br/>
        <w:t>Тут-то вже, брате мій, життя пішло миле! Тут мені кожна світу стяжка мінялася на ганьбу мою. На мене вже дивилися скоса. Я не мав права вчитись, як другі, я, нікчемний служка, було, собі обманом та зрадою запобігаю яку книжечку і читаю уночі, вкравши в економа свічечку. Потім стали мене лічити за безумного: любила молодь зо мною побалакать, поглядаючись межи себе та моргаючи. А я усе своєю дорогою йшов, я не спинявся... То юродством своїм, то хитрістю я дійшов, що було мені вільно до усіх уходить у кімнату, усякі книжки брати. Такеньки я року вижив — усіх вершки хапаючи, путаючись у чужих мислях, мішаючись у своїх власних... А все ще стремивсь кудись, все ще мені світ мигтів.</w:t>
      </w:r>
    </w:p>
    <w:p>
      <w:r>
        <w:br/>
        <w:t>У рік той вістка була од Марти... Мені вже здавалося, що я її забувати став, коли й приходить од неї посланець з Тернів, як його теперки бачу: хороший, молодий, веселий парубок, і голосом дзвінким своїм мені каже:</w:t>
      </w:r>
    </w:p>
    <w:p>
      <w:r>
        <w:br/>
        <w:t>— Переказує вам Марта своє вірнеє слово.</w:t>
      </w:r>
    </w:p>
    <w:p>
      <w:r>
        <w:br/>
        <w:t>— Яке?</w:t>
      </w:r>
    </w:p>
    <w:p>
      <w:r>
        <w:br/>
        <w:t>— Іди, — мовляла, — до його і скажи йому, коли схоче він, я до його прийду, — нехай скаже, я сама до його прийду.</w:t>
      </w:r>
    </w:p>
    <w:p>
      <w:r>
        <w:br/>
        <w:t>А я йому одказую:</w:t>
      </w:r>
    </w:p>
    <w:p>
      <w:r>
        <w:br/>
        <w:t>— Скажи їй, що нам не одна дорога судилася.</w:t>
      </w:r>
    </w:p>
    <w:p>
      <w:r>
        <w:br/>
        <w:t>Веселий парубок осмутнів і вийшов од мене тихо.</w:t>
      </w:r>
    </w:p>
    <w:p>
      <w:r>
        <w:br/>
        <w:t>А я, братіку, по слові своєму, я багато ночей не всипав. Важко було. І скажу вам, не дуже розважають розумні мислі, як коли серце болить.</w:t>
      </w:r>
    </w:p>
    <w:p>
      <w:r>
        <w:br/>
        <w:t>* * *</w:t>
      </w:r>
    </w:p>
    <w:p>
      <w:r>
        <w:br/>
        <w:t>Ще й друге мене горе душило: роки йшли та йшли, а я усе служкою, а я усе крадькома — то почитаю, то послухаю. Докучило людей тішить собою, пішов я знов до найбільшого. Пішов я до нього після ночі безсонної, голова була несвіжа, душа вражена, і не знаю вже і сам, нащо я йому багато дечого наговорив... А на другий день мене вигнали. Не скажу, щоб дуже мене сеє зажурило, — вийшовши у поле, вільніш зітхнулося мені, і сказав я собі, що розумна голова повинна вміститься на кожному камінці, який доля підсуне.</w:t>
      </w:r>
    </w:p>
    <w:p>
      <w:r>
        <w:br/>
        <w:t>* * *</w:t>
      </w:r>
    </w:p>
    <w:p>
      <w:r>
        <w:br/>
        <w:t>Годі, кажу собі, годі за дурних людей побиватися! Хай їм усе добре! Нехай мене оплакують, а я їх відрікаюся! Потішивши свою грішну душу такеньки, розважився трохи...</w:t>
      </w:r>
    </w:p>
    <w:p>
      <w:r>
        <w:br/>
        <w:t>Згадав я тоді і Марту... Чоловік завсіди гониться за щастям і хоч ніколи його не дожене, то з ока не випускає.</w:t>
      </w:r>
    </w:p>
    <w:p>
      <w:r>
        <w:br/>
        <w:t>VII</w:t>
      </w:r>
    </w:p>
    <w:p>
      <w:r>
        <w:br/>
        <w:t>Повернувся я знов у свою хату. Нудно, пусто, трудно мені, одинокому і самотньому. Самотність тая часом бува не заласна добрим людям, бо часом не велико-то їм думок догідливих подає, коли голова на плечах свіжа.</w:t>
      </w:r>
    </w:p>
    <w:p>
      <w:r>
        <w:br/>
        <w:t>Тоді з великого свого нуду почав я по ярмарках блукати, по чужих селах тинятись. Піп на мене гнівався за таке гуляння і за те, що я йому з богомілля просвирку не приніс, а його попадя не хотіла на мене і дивитися.</w:t>
      </w:r>
    </w:p>
    <w:p>
      <w:r>
        <w:br/>
        <w:t>На одному ярмарку на Петра я стрів макухинського попа; за попом і попадя йшла, за попадею попівни, аж шість, усі тричі рябенькі.</w:t>
      </w:r>
    </w:p>
    <w:p>
      <w:r>
        <w:br/>
        <w:t>Я попу уклонився — він мене пізнав.</w:t>
      </w:r>
    </w:p>
    <w:p>
      <w:r>
        <w:br/>
        <w:t>— А що? — пита мене піп.</w:t>
      </w:r>
    </w:p>
    <w:p>
      <w:r>
        <w:br/>
        <w:t>— Та нічого, — одказую.</w:t>
      </w:r>
    </w:p>
    <w:p>
      <w:r>
        <w:br/>
        <w:t>Піп задумався. Попадя на мене подивилася пильно. Попівни скупчилися за матір’ю — тільки їх чорні брови мигтіли із-за неї.</w:t>
      </w:r>
    </w:p>
    <w:p>
      <w:r>
        <w:br/>
        <w:t>— А що діти наші? Чи здорові? Чому не приїхали у ярмарок?.. — пита в мене попадя.</w:t>
      </w:r>
    </w:p>
    <w:p>
      <w:r>
        <w:br/>
        <w:t>— Не знаю, — кажу, — чому вони се не приїхали — ярмарок славний.</w:t>
      </w:r>
    </w:p>
    <w:p>
      <w:r>
        <w:br/>
        <w:t>— Тільки усе дорого — правлять за все, як за батька. А ви де се досі пропадали? По що ходили у К.? Де се ви пропадали?</w:t>
      </w:r>
    </w:p>
    <w:p>
      <w:r>
        <w:br/>
        <w:t>— А хіба мене хто шукав? — питаю.</w:t>
      </w:r>
    </w:p>
    <w:p>
      <w:r>
        <w:br/>
        <w:t>— Та місце єсть на дяка... Пожалуйте до нас, то й поговоримо, а поки що ходім по ярмарку вкупі. Торг красний. Ходім! Ідіть! — каже на попа і на дочок. Усі за нею пішли.</w:t>
      </w:r>
    </w:p>
    <w:p>
      <w:r>
        <w:br/>
        <w:t>Попадя усе до мене говорить та й говорить — така стала добра, хоч її до рани приклади, тільки мене одпустила, душу на покаяння, як ми попали між крамниці.</w:t>
      </w:r>
    </w:p>
    <w:p>
      <w:r>
        <w:br/>
        <w:t>* * *</w:t>
      </w:r>
    </w:p>
    <w:p>
      <w:r>
        <w:br/>
        <w:t>Я пробрався просто у Терни. Цурався роки, а тепер гнав через гори, і рови, і долини, і струмені, якби хутче достатись. От і Терни, от і садок, де прощались колись на три місяці... Чудно мені тільки, що усі стежечки позаростали травою; малина достигла, і кетяги ягід червоних притемніли, осипались — де ж молодая хазяйка буває! Я у двір уходжу — у дворі оттакая кропива шумить; в будиночку віконечка попричинені... Пусто, глухо — і серце моє похолонуло"...</w:t>
      </w:r>
    </w:p>
    <w:p>
      <w:r>
        <w:br/>
        <w:t>* * *</w:t>
      </w:r>
    </w:p>
    <w:p>
      <w:r>
        <w:br/>
        <w:t>Попівни налітали на ті крамниці, як горобці на рясну вишню; попадя усе до дна перевертала, усім перебирала, крамарів Богом лякала і розв’язувала калитку важку з параф’янськими грошима — весільними, хрестинними ї похоронними. А ми з попом за ними услід, говорячи об тім, об сім, а більше ні об чім.</w:t>
      </w:r>
    </w:p>
    <w:p>
      <w:r>
        <w:br/>
        <w:t>Пізненько вже повернулись додому, і мене попадя за собою привела у кімнату, попросила садитись. Сів я; сів проти мене піп; посідали гюпівни у рядок, як верби на великім шляху. Сидимо. Попадя пішла господарювати, каже, бо Господь гостя налучив приятного.</w:t>
      </w:r>
    </w:p>
    <w:p>
      <w:r>
        <w:br/>
        <w:t>А приятний гість свої мислі має, дивиться на тих дівчат рум’яних, білих, як з сахару зліплених; дивиться на той двір, де нова комора стоїть, та бачить другеє: другий двір, де тепер по тихому тому двору чужі люди ходять, де чужі люди господарюють, де колись молода і кохана господиня походжала... куди вже дорога заросла і затратилась...</w:t>
      </w:r>
    </w:p>
    <w:p>
      <w:r>
        <w:br/>
        <w:t>Знов шопадя увійшла. Наймичка за нею унесла вечерю.</w:t>
      </w:r>
    </w:p>
    <w:p>
      <w:r>
        <w:br/>
        <w:t>— А ви якого краму собі придбали у ярмарку? — пита в мене попадя.</w:t>
      </w:r>
    </w:p>
    <w:p>
      <w:r>
        <w:br/>
        <w:t>— А ніякого, добродійко, — кажу їй.</w:t>
      </w:r>
    </w:p>
    <w:p>
      <w:r>
        <w:br/>
        <w:t>— І правда, для кого вам купувати? Ще не жонаті. Да що ж ви досі думаєте?</w:t>
      </w:r>
    </w:p>
    <w:p>
      <w:r>
        <w:br/>
        <w:t>— Та ще, мабуть, не пора...</w:t>
      </w:r>
    </w:p>
    <w:p>
      <w:r>
        <w:br/>
        <w:t>— А на дяка хочете стати? Без жінки дяком не будете!</w:t>
      </w:r>
    </w:p>
    <w:p>
      <w:r>
        <w:br/>
        <w:t>Піп дивиться собі у бороду. Попівни почервоніли усі, як гарячі уголля.</w:t>
      </w:r>
    </w:p>
    <w:p>
      <w:r>
        <w:br/>
        <w:t>— Та що — кажу, — я проживу собі й так, не дякувавши.</w:t>
      </w:r>
    </w:p>
    <w:p>
      <w:r>
        <w:br/>
        <w:t>— Проживете! Та як проживете?! Що то за життя нудне без сім’ї, без дружини, та й без совіту, і без помочі! З поміччю й ріки течуть!</w:t>
      </w:r>
    </w:p>
    <w:p>
      <w:r>
        <w:br/>
        <w:t>— Або течуть, або в землю входять, — кажу їй.</w:t>
      </w:r>
    </w:p>
    <w:p>
      <w:r>
        <w:br/>
        <w:t>Вона того не слухає, а править своє. Вечеря на столі — просить вечеряти. Посідали вечеряти.</w:t>
      </w:r>
    </w:p>
    <w:p>
      <w:r>
        <w:br/>
        <w:t>— Наливай гостю наливочки! — каже попадя; піп став мені наливати. Шанування іде собою, а мова собою. В голові в мене забриніло вже, а на серці заскребли такі миші, що, здається, зроду ще так не скребли. Гірка пам’ять вчепилася в мене, як хороба в тіло, в кров, в жили. Я тільки головою мотаю.</w:t>
      </w:r>
    </w:p>
    <w:p>
      <w:r>
        <w:br/>
        <w:t>— Одречітьєя ви од всякої недоброї думки, — говорить попадя. — Оженіться! Добре буде! Спокійно буде! Гарно буде!</w:t>
      </w:r>
    </w:p>
    <w:p>
      <w:r>
        <w:br/>
        <w:t>Я хотів би і сам оджахнути останню пам’ятку по булому, остатню тугу по тому, що буде. Я глянув пильніш на чорнобрових попівен: чи нема такої, щоб мої мислі поняла собою? Усі, бачу, вони хороші, і одна в вічі мені дивиться. А тут попадя над ухом моїм усе верещить: "Пора люба, та пора мила, та спокій". Годі мутиться мені, справді! Прихилюся хоч до кохання, аби одпочити.</w:t>
      </w:r>
    </w:p>
    <w:p>
      <w:r>
        <w:br/>
        <w:t>— А що, — кажу, — се ви так говорите, наче вже маєте для мене яку пару на прикметі?</w:t>
      </w:r>
    </w:p>
    <w:p>
      <w:r>
        <w:br/>
        <w:t>— Чому ні? — одказує попадя — Ось у нас ціла грядка ягідок — вибирайте!</w:t>
      </w:r>
    </w:p>
    <w:p>
      <w:r>
        <w:br/>
        <w:t>Та й показує на саму велику. Піп зараз встав і одкинув рукава назад, начебто мене в’язати зараз треба.</w:t>
      </w:r>
    </w:p>
    <w:p>
      <w:r>
        <w:br/>
        <w:t>— Я б з сієї грядки обрав від правої руки, — кажу. Тільки що я вимовив ті слова, як вже коло мене вона опинилася, руки наші зложили, іконою поблагословили, звеліли поцілуватися, за стіл посадовили, рішили весілля одбути у неділю. Попадя й піп мене, як біса, хрестом захрестили навіки.</w:t>
      </w:r>
    </w:p>
    <w:p>
      <w:r>
        <w:br/>
        <w:t>На весіллі я веселився собі, як на чужім. Не пусто було коло мене, гомін від отусюди несеться, мене поважають як молодого; тесть у мене з розумною бородою, теща — з жвавими руками, зовиці вбрались, аж сіяють, молода моя весело дивиться; попів, попадь в мене на весіллі, як сарани...</w:t>
      </w:r>
    </w:p>
    <w:p>
      <w:r>
        <w:br/>
        <w:t>Не всі, голубе мій, в морі топляться — більше в калюжах. От вже я й жонатий, і дяком поставлений "на месте злачне, на воде спокойне". Хата гарная, жінка молодая, і хазяйливая, і швидкая. Аби празничок — у нас повно людей, і розмови, і вітання йде. Усе гаразд, усе добре, та біда та, що ніколи ніде такого нуду нема, як там, де його б не треба. Може собі чоловік усе збудувати, та не згораздить собі життя довільного силою! Я он думав, що наші любі гостеньки багато говорять, а вони помічати стали, що я усе мовчком сиджу... Тоді напасть приступила... уразилися на мене, почали обносити, осужати... Мені б то і байдуже: Далеко лежало, мало боліло, та жінка моя почала спершу скоса поглядати, а далі й добре гніватись стала. А як вже раз на сю стежку ступила, то й пішла дорогою. Добрі родичі за нею — усі на мене. А я проворний, як муха в окропі: хоч не вискочу, та кручусь… Що ж! бачили очі, що купували! Я свою дячиху взяв, знаючи тільки, що в неї чорні брови; вона за мене йшла, бо мати їй повеліла… І живемо, і хліб жуємо вкупі… постолом добро возимо. І дай Боже здоров’я нам чортзна-поки.</w:t>
      </w:r>
    </w:p>
    <w:p>
      <w:r>
        <w:br/>
        <w:t>* * *</w:t>
      </w:r>
    </w:p>
    <w:p>
      <w:r>
        <w:br/>
        <w:t>Одного разу сиджу я, бачу, мій дяк іде; устаю і радію йому, та бачу, він у дорогу убрався.</w:t>
      </w:r>
    </w:p>
    <w:p>
      <w:r>
        <w:br/>
        <w:t>— Куди се Бог вас несе? — питаю його.</w:t>
      </w:r>
    </w:p>
    <w:p>
      <w:r>
        <w:br/>
        <w:t>— А се, — каже, — піду та зобачу, чи не гірш там де інш.</w:t>
      </w:r>
    </w:p>
    <w:p>
      <w:r>
        <w:br/>
        <w:t>— Що се! — кажу. — Чи ж правда? Чи надовго?</w:t>
      </w:r>
    </w:p>
    <w:p>
      <w:r>
        <w:br/>
        <w:t>— Піду, шляху не буду міряти, а часу лічити не буду.</w:t>
      </w:r>
    </w:p>
    <w:p>
      <w:r>
        <w:br/>
        <w:t>Та й пішов; з того дня його й не бачили в нас.</w:t>
      </w:r>
    </w:p>
    <w:p>
      <w:r>
        <w:br/>
        <w:t>Дячиха перше дожидала, а далі й перестала дожидати, тільки досі гнівається на його: плещуть люди, що ніби найбільш за те, що він їй руки зв’язав, а тут вона в око впала якомусь підпанку…</w:t>
      </w:r>
    </w:p>
    <w:p>
      <w:r>
        <w:br/>
        <w:t>Де той дяк дівся? Хто його знав? Земля велика, як блукати по степах та по лугах, по байраках та по гаях. А де дяк зупинився? Яким ділом живе? А може, вже його земля не носить? Може, вже силу, й кріпость, і чуйність ісходив? Може, сира земля його тіло скрила?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Дяк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