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</w:t>
      </w:r>
    </w:p>
    <w:p>
      <w:r>
        <w:br/>
        <w:t xml:space="preserve"> &lt;p&gt;— Ну, читай далі...</w:t>
      </w:r>
    </w:p>
    <w:p>
      <w:r>
        <w:br/>
        <w:t>Божок читав:</w:t>
      </w:r>
    </w:p>
    <w:p>
      <w:r>
        <w:br/>
        <w:t>— "Пред’явник цього т. Рубель, член Української Комуністичної Партії, дійсно командирується для організації комнезамів в район Черкаського повіту..."</w:t>
      </w:r>
    </w:p>
    <w:p>
      <w:r>
        <w:br/>
        <w:t>— От і добре, товаришок!</w:t>
      </w:r>
    </w:p>
    <w:p>
      <w:r>
        <w:br/>
        <w:t>— Ми люди свої, а тобі, як родичу, десять шомполів,— "за усердіє", харашо?</w:t>
      </w:r>
    </w:p>
    <w:p>
      <w:r>
        <w:br/>
        <w:t>На Рубля дивилось сорок очей — гострих, їдких, як прорізаних осокою, насмішкувата посмішка грала на обличчі кожного повстанця.</w:t>
      </w:r>
    </w:p>
    <w:p>
      <w:r>
        <w:br/>
        <w:t>— Не ожидав, браток?</w:t>
      </w:r>
    </w:p>
    <w:p>
      <w:r>
        <w:br/>
        <w:t>— Ха-ха-ха!..</w:t>
      </w:r>
    </w:p>
    <w:p>
      <w:r>
        <w:br/>
        <w:t>Рубель безпорадно оглядав загорілі обличчя повстанців: всі вони були такі спокійні, рішучі, особливо тут, у житах, куди його привели з села, завались, як якісь давні-давні знайомі і...</w:t>
      </w:r>
    </w:p>
    <w:p>
      <w:r>
        <w:br/>
        <w:t>У парткомі ще казав Горобець: "Обережно, товаришу, обережно..." А тепер — пропав... пропав...</w:t>
      </w:r>
    </w:p>
    <w:p>
      <w:r>
        <w:br/>
        <w:t>Думка Рубля, чогось дивно для нього самого, спинилась на Горобцеві, шугнула до його товариської поради, і в голові серед страшного хаосу вимережалось тільки одне слово "пропав", пропливло трохи в пам’яті і раптом стало: на нього хижо, злісно дивились очі Діброви.</w:t>
      </w:r>
    </w:p>
    <w:p>
      <w:r>
        <w:br/>
        <w:t>А Діброва в житах не бандит, ні, це...</w:t>
      </w:r>
    </w:p>
    <w:p>
      <w:r>
        <w:br/>
        <w:t>Він зірвав стеблину жита, перекусив її і сплюнув; руки заклав за спину і ще раз гостро глянув у бік Рубля; це був міцний як дуб дядько — узькі скивиці його зливались з спілим житом, як щось одно ціле... О, Діброва твердо стояв на землі, і, коли його здорова м’ясиста рука гладила колоски, Рубель був тоді перед ним змарнілою, маленькою тваринкою города.</w:t>
      </w:r>
    </w:p>
    <w:p>
      <w:r>
        <w:br/>
        <w:t>Діброва нехотя кинув слова:</w:t>
      </w:r>
    </w:p>
    <w:p>
      <w:r>
        <w:br/>
        <w:t>— Степа, скинь з товариша ботінки!</w:t>
      </w:r>
    </w:p>
    <w:p>
      <w:r>
        <w:br/>
        <w:t>З обніжка підвівся Степа — здоровкуватий, білобрисий парубок, але невеликий на зріст; і кольтівський револьвер висів у нього на червоному шнурку незграбно, а коли він ішов, ляскав його по стегнах.</w:t>
      </w:r>
    </w:p>
    <w:p>
      <w:r>
        <w:br/>
        <w:t>Степа придержав рукою револьвера, задоволено скривив рота і засміявся...</w:t>
      </w:r>
    </w:p>
    <w:p>
      <w:r>
        <w:br/>
        <w:t>— Да. Ботіночки, товаришок, гоні бантікам!</w:t>
      </w:r>
    </w:p>
    <w:p>
      <w:r>
        <w:br/>
        <w:t>І зразу зціпив зуби, з огидою, як щось випльовував, запитав тихо Рубля:</w:t>
      </w:r>
    </w:p>
    <w:p>
      <w:r>
        <w:br/>
        <w:t>— Ти в дуло коли лазив, га-а?..</w:t>
      </w:r>
    </w:p>
    <w:p>
      <w:r>
        <w:br/>
        <w:t>Діброва оскалнувся: ех, подобався йому тепер Степа!...</w:t>
      </w:r>
    </w:p>
    <w:p>
      <w:r>
        <w:br/>
        <w:t>— Бросьте, хлопці...</w:t>
      </w:r>
    </w:p>
    <w:p>
      <w:r>
        <w:br/>
        <w:t>Рубель скинув черевики.</w:t>
      </w:r>
    </w:p>
    <w:p>
      <w:r>
        <w:br/>
        <w:t>А з-під копи ще хтось прошипів:</w:t>
      </w:r>
    </w:p>
    <w:p>
      <w:r>
        <w:br/>
        <w:t>— У дуло... щоб вивіявсь комунізм...</w:t>
      </w:r>
    </w:p>
    <w:p>
      <w:r>
        <w:br/>
        <w:t>— Хай допрос Яков робить, не мішай!</w:t>
      </w:r>
    </w:p>
    <w:p>
      <w:r>
        <w:br/>
        <w:t>Отаман Божок згорнув помалу посвідчення Рубля, поклав його на портфель і протяг весело, насмішкувато:</w:t>
      </w:r>
    </w:p>
    <w:p>
      <w:r>
        <w:br/>
        <w:t>— Кажете, товаришу, агітація провалилась?</w:t>
      </w:r>
    </w:p>
    <w:p>
      <w:r>
        <w:br/>
        <w:t>— Я ще кандидат...</w:t>
      </w:r>
    </w:p>
    <w:p>
      <w:r>
        <w:br/>
        <w:t>Щось сперло в горлі Рублю, і він, захлинаючись, кидав за своїм вічним "ну, да" слова заплутані, неясні...</w:t>
      </w:r>
    </w:p>
    <w:p>
      <w:r>
        <w:br/>
        <w:t>— Ну, да. Я бачу, знаю, що ви мене зрозумієте... Я — непорозуміння... Знаєте...</w:t>
      </w:r>
    </w:p>
    <w:p>
      <w:r>
        <w:br/>
        <w:t>Божок його не слухав; він, партійний есер, знав ці "непорозуміння", і Рубель для нього був зрозумілий до дрібниць, але Божка цікавило інше: жах Рубля і його рабська брехня...</w:t>
      </w:r>
    </w:p>
    <w:p>
      <w:r>
        <w:br/>
        <w:t>— Умгу... Кажи...— Закурив і замислився: "Дурень, не вміє брехать..."</w:t>
      </w:r>
    </w:p>
    <w:p>
      <w:r>
        <w:br/>
        <w:t>— Ну-ну, далі...</w:t>
      </w:r>
    </w:p>
    <w:p>
      <w:r>
        <w:br/>
        <w:t>На обніжку шелестіло колосками жито, шептався з товаришами Стела, і Рубель почув тільки одну фразу:</w:t>
      </w:r>
    </w:p>
    <w:p>
      <w:r>
        <w:br/>
        <w:t>— Не розстріля... м’яко стеле чогось...</w:t>
      </w:r>
    </w:p>
    <w:p>
      <w:r>
        <w:br/>
        <w:t>— Ех ти, лапотник!</w:t>
      </w:r>
    </w:p>
    <w:p>
      <w:r>
        <w:br/>
        <w:t>Рубель затремтів і замовк: ждав.</w:t>
      </w:r>
    </w:p>
    <w:p>
      <w:r>
        <w:br/>
        <w:t>— Ну, розказуй же, як, що, по програмі...</w:t>
      </w:r>
    </w:p>
    <w:p>
      <w:r>
        <w:br/>
        <w:t>Божок хитро посміхнувся.</w:t>
      </w:r>
    </w:p>
    <w:p>
      <w:r>
        <w:br/>
        <w:t>Повстанці слухали. Один Діброва раз по раз виглядав на горбик і плював на вітер свою лють...</w:t>
      </w:r>
    </w:p>
    <w:p>
      <w:r>
        <w:br/>
        <w:t>— Панькається... не люблю цього... Другий год бандую, а такої баби не бачив... Діло знає, бойовий, тільки до розстрєлів... Божок, одним словом!</w:t>
      </w:r>
    </w:p>
    <w:p>
      <w:r>
        <w:br/>
        <w:t>Тихо-тихо шуміло колосками жито, хилило повний колос до босих ніг Рублеві — співало якусь сонячну пісню золотого степу, ніжну, радісну...</w:t>
      </w:r>
    </w:p>
    <w:p>
      <w:r>
        <w:br/>
        <w:t>І пісня золотого степу бриніла, як дитячий спомин: ой у жита — золоті копита, а...</w:t>
      </w:r>
    </w:p>
    <w:p>
      <w:r>
        <w:br/>
        <w:t>— Ну, слухаємо...</w:t>
      </w:r>
    </w:p>
    <w:p>
      <w:r>
        <w:br/>
        <w:t>Переляканий на смерть Рубель розказував отаманові своє минуле, той іронічно кривив рота, моргав до хлопців, а іноді перепиняв Рубля і запитував:</w:t>
      </w:r>
    </w:p>
    <w:p>
      <w:r>
        <w:br/>
        <w:t>— До революції в партії були?</w:t>
      </w:r>
    </w:p>
    <w:p>
      <w:r>
        <w:br/>
        <w:t>— Ну, да. Я поступовий український есдек... Повірте, кажу правду, от...</w:t>
      </w:r>
    </w:p>
    <w:p>
      <w:r>
        <w:br/>
        <w:t>Щось заплигало в голові Рубля, заплуталось, як берізка між житом, і...</w:t>
      </w:r>
    </w:p>
    <w:p>
      <w:r>
        <w:br/>
        <w:t>Діброва робив доклад Божкові; на горбику стояв серед жита хлопець, а...</w:t>
      </w:r>
    </w:p>
    <w:p>
      <w:r>
        <w:br/>
        <w:t>Божок:</w:t>
      </w:r>
    </w:p>
    <w:p>
      <w:r>
        <w:br/>
        <w:t>— Хлопці, в Чорторийовці комуна!</w:t>
      </w:r>
    </w:p>
    <w:p>
      <w:r>
        <w:br/>
        <w:t>В житах цепом залягли двадцять чоловіка.</w:t>
      </w:r>
    </w:p>
    <w:p>
      <w:r>
        <w:br/>
        <w:t>— Наказ буде потім?</w:t>
      </w:r>
    </w:p>
    <w:p>
      <w:r>
        <w:br/>
        <w:t>Діброва спинився і якось нервово, незадоволено кинув до Божка:</w:t>
      </w:r>
    </w:p>
    <w:p>
      <w:r>
        <w:br/>
        <w:t>— Десять, то й десять... А то — поступовий есдек... Однакові: тебе пойма — не помилує!..</w:t>
      </w:r>
    </w:p>
    <w:p>
      <w:r>
        <w:br/>
        <w:t>Божок коротко, гостро:</w:t>
      </w:r>
    </w:p>
    <w:p>
      <w:r>
        <w:br/>
        <w:t>— Десять гарячих!</w:t>
      </w:r>
    </w:p>
    <w:p>
      <w:r>
        <w:br/>
        <w:t>Рубель побілів; губи його шептали щось незрозуміле:</w:t>
      </w:r>
    </w:p>
    <w:p>
      <w:r>
        <w:br/>
        <w:t>— Есдек, кажу... Ну, да.</w:t>
      </w:r>
    </w:p>
    <w:p>
      <w:r>
        <w:br/>
        <w:t>До нього підійшов весело Степа з іржавим шомполом:</w:t>
      </w:r>
    </w:p>
    <w:p>
      <w:r>
        <w:br/>
        <w:t>— Ану, есдек, штани скидай: чув наказ отамана — канєц!</w:t>
      </w:r>
    </w:p>
    <w:p>
      <w:r>
        <w:br/>
        <w:t>У Божка родилась якась зла думка — він прижмурив проти сонця одне око, заскалив його і серйозно, як старшина, спитав знову Рубля:</w:t>
      </w:r>
    </w:p>
    <w:p>
      <w:r>
        <w:br/>
        <w:t>— Українську державу визнаєш?</w:t>
      </w:r>
    </w:p>
    <w:p>
      <w:r>
        <w:br/>
        <w:t>— Звич-чайно! Наприклад, чого ж у нас і партійна боротьба з кацапами. Ми, значить, старі есдеки, самостійність, а...</w:t>
      </w:r>
    </w:p>
    <w:p>
      <w:r>
        <w:br/>
        <w:t>Хтось незрозуміло перепитав.</w:t>
      </w:r>
    </w:p>
    <w:p>
      <w:r>
        <w:br/>
        <w:t>— То ти... той... може, з десанта есдек?</w:t>
      </w:r>
    </w:p>
    <w:p>
      <w:r>
        <w:br/>
        <w:t>— Ну, да. За український нар-род...</w:t>
      </w:r>
    </w:p>
    <w:p>
      <w:r>
        <w:br/>
        <w:t>— Гади ви,— не втерпів під обніжком тупий лютий дядько...— А коні мої хто реквізував... есдек, га-а?!</w:t>
      </w:r>
    </w:p>
    <w:p>
      <w:r>
        <w:br/>
        <w:t>— Діброва, дай я по щирості дам товаришу три шомполи!..</w:t>
      </w:r>
    </w:p>
    <w:p>
      <w:r>
        <w:br/>
        <w:t>— Ну, скоренько там!..</w:t>
      </w:r>
    </w:p>
    <w:p>
      <w:r>
        <w:br/>
        <w:t>Степа поважно повернув за комір Рубля грудьми до землі; Діброва шарпнув його за штани, спустив їх, моргнув до Божка:</w:t>
      </w:r>
    </w:p>
    <w:p>
      <w:r>
        <w:br/>
        <w:t>— Починай... Благослови.</w:t>
      </w:r>
    </w:p>
    <w:p>
      <w:r>
        <w:br/>
        <w:t>— Стій!</w:t>
      </w:r>
    </w:p>
    <w:p>
      <w:r>
        <w:br/>
        <w:t>Божок перепинив Степу: всі незадоволено косо глянули на нього...</w:t>
      </w:r>
    </w:p>
    <w:p>
      <w:r>
        <w:br/>
        <w:t>Він сухо, коротко наказав:</w:t>
      </w:r>
    </w:p>
    <w:p>
      <w:r>
        <w:br/>
        <w:t>— Степа, крий, а ти...— до Рубля,— співай "ми жертвою палі", розумієш?</w:t>
      </w:r>
    </w:p>
    <w:p>
      <w:r>
        <w:br/>
        <w:t>— Співай!..</w:t>
      </w:r>
    </w:p>
    <w:p>
      <w:r>
        <w:br/>
        <w:t>— Ха-ха-ха! Здорово, Божок! ха-ха...</w:t>
      </w:r>
    </w:p>
    <w:p>
      <w:r>
        <w:br/>
        <w:t>Тіло Рубля йорзалось на колосках, випиналось з болю до землі; він хватав її руками, давив щокою і кидав луною срібною з жита до села, як безнадійний протест, свої сльози, змішані з землею...</w:t>
      </w:r>
    </w:p>
    <w:p>
      <w:r>
        <w:br/>
        <w:t>— ...в борьбе роковой...</w:t>
      </w:r>
    </w:p>
    <w:p>
      <w:r>
        <w:br/>
        <w:t>— ...десять.</w:t>
      </w:r>
    </w:p>
    <w:p>
      <w:r>
        <w:br/>
        <w:t>І тихо плакала у золотих житах сонячна пісня...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