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літ</w:t>
      </w:r>
    </w:p>
    <w:p>
      <w:r>
        <w:br/>
        <w:t xml:space="preserve"> І день не день і йде не йде…&lt;br /&gt;</w:t>
        <w:br/>
        <w:t>Тарас ШЕВЧЕНКО</w:t>
      </w:r>
    </w:p>
    <w:p>
      <w:r>
        <w:br/>
        <w:t>Ну, звісно, було товариство,</w:t>
      </w:r>
    </w:p>
    <w:p>
      <w:r>
        <w:br/>
        <w:t>круті походеньки…</w:t>
      </w:r>
    </w:p>
    <w:p>
      <w:r>
        <w:br/>
        <w:t>Ну, звісно, отак і було:</w:t>
      </w:r>
    </w:p>
    <w:p>
      <w:r>
        <w:br/>
        <w:t>загули – загуло.</w:t>
      </w:r>
    </w:p>
    <w:p>
      <w:r>
        <w:br/>
        <w:t>А їхні нічки молоденькі</w:t>
      </w:r>
    </w:p>
    <w:p>
      <w:r>
        <w:br/>
        <w:t>й чічки солоденькі –</w:t>
      </w:r>
    </w:p>
    <w:p>
      <w:r>
        <w:br/>
        <w:t>ну, звісно, банальна буколіка,</w:t>
      </w:r>
    </w:p>
    <w:p>
      <w:r>
        <w:br/>
        <w:t>місту – село.</w:t>
      </w:r>
    </w:p>
    <w:p>
      <w:r>
        <w:br/>
        <w:t>Здавалось би, де ще набратися</w:t>
      </w:r>
    </w:p>
    <w:p>
      <w:r>
        <w:br/>
        <w:t>візій і вражень?</w:t>
      </w:r>
    </w:p>
    <w:p>
      <w:r>
        <w:br/>
        <w:t>Здавалося, голі пішли</w:t>
      </w:r>
    </w:p>
    <w:p>
      <w:r>
        <w:br/>
        <w:t>після пізніх застоль.</w:t>
      </w:r>
    </w:p>
    <w:p>
      <w:r>
        <w:br/>
        <w:t>Здавалось, яке кому діло</w:t>
      </w:r>
    </w:p>
    <w:p>
      <w:r>
        <w:br/>
        <w:t>до їх заощаджень</w:t>
      </w:r>
    </w:p>
    <w:p>
      <w:r>
        <w:br/>
        <w:t>в нагрудних кишенях</w:t>
      </w:r>
    </w:p>
    <w:p>
      <w:r>
        <w:br/>
        <w:t>дірявих деньочків і доль?..</w:t>
      </w:r>
    </w:p>
    <w:p>
      <w:r>
        <w:br/>
        <w:t>2</w:t>
      </w:r>
    </w:p>
    <w:p>
      <w:r>
        <w:br/>
        <w:t>Хрещатик і сутінки.</w:t>
      </w:r>
    </w:p>
    <w:p>
      <w:r>
        <w:br/>
        <w:t>Стрінуться сині і карі.</w:t>
      </w:r>
    </w:p>
    <w:p>
      <w:r>
        <w:br/>
        <w:t>Інакше не буде.</w:t>
      </w:r>
    </w:p>
    <w:p>
      <w:r>
        <w:br/>
        <w:t>Інакше тоді не було.</w:t>
      </w:r>
    </w:p>
    <w:p>
      <w:r>
        <w:br/>
        <w:t>Початок вісімдесятих.</w:t>
      </w:r>
    </w:p>
    <w:p>
      <w:r>
        <w:br/>
        <w:t>Початок сафарі.</w:t>
      </w:r>
    </w:p>
    <w:p>
      <w:r>
        <w:br/>
        <w:t>Лови чи тікай –</w:t>
      </w:r>
    </w:p>
    <w:p>
      <w:r>
        <w:br/>
        <w:t>виділяй в атмосферу тепло.</w:t>
      </w:r>
    </w:p>
    <w:p>
      <w:r>
        <w:br/>
        <w:t>Кому ще зігрітися?</w:t>
      </w:r>
    </w:p>
    <w:p>
      <w:r>
        <w:br/>
        <w:t>Доки?</w:t>
      </w:r>
    </w:p>
    <w:p>
      <w:r>
        <w:br/>
        <w:t>О жриці змарнілії</w:t>
      </w:r>
    </w:p>
    <w:p>
      <w:r>
        <w:br/>
        <w:t>Коли ж ви стомились?</w:t>
      </w:r>
    </w:p>
    <w:p>
      <w:r>
        <w:br/>
        <w:t>Прийшли не з далеких століть.</w:t>
      </w:r>
    </w:p>
    <w:p>
      <w:r>
        <w:br/>
        <w:t>В цій вулиці юність лукава,</w:t>
      </w:r>
    </w:p>
    <w:p>
      <w:r>
        <w:br/>
        <w:t>як бог у сивіллі</w:t>
      </w:r>
    </w:p>
    <w:p>
      <w:r>
        <w:br/>
        <w:t>дельфійського храму,</w:t>
      </w:r>
    </w:p>
    <w:p>
      <w:r>
        <w:br/>
        <w:t>віщує, вселившись на мить.</w:t>
      </w:r>
    </w:p>
    <w:p>
      <w:r>
        <w:br/>
        <w:t>Хрещатик нічний</w:t>
      </w:r>
    </w:p>
    <w:p>
      <w:r>
        <w:br/>
        <w:t>на початку вісімдесятих…</w:t>
      </w:r>
    </w:p>
    <w:p>
      <w:r>
        <w:br/>
        <w:t>Такого не буде.</w:t>
      </w:r>
    </w:p>
    <w:p>
      <w:r>
        <w:br/>
        <w:t>Такого немов не було.</w:t>
      </w:r>
    </w:p>
    <w:p>
      <w:r>
        <w:br/>
        <w:t>В міському фольклорі</w:t>
      </w:r>
    </w:p>
    <w:p>
      <w:r>
        <w:br/>
        <w:t>не треба коня напувати –</w:t>
      </w:r>
    </w:p>
    <w:p>
      <w:r>
        <w:br/>
        <w:t>негайно в сідло!</w:t>
      </w:r>
    </w:p>
    <w:p>
      <w:r>
        <w:br/>
        <w:t>3</w:t>
      </w:r>
    </w:p>
    <w:p>
      <w:r>
        <w:br/>
        <w:t>І знов погоня. Знову ці контрасти.&lt;br /&gt;</w:t>
        <w:br/>
        <w:t>І за останнім із осінніх міст&lt;br /&gt;</w:t>
        <w:br/>
        <w:t>лиш на коліна! – тільки би не впасти! –&lt;br /&gt;</w:t>
        <w:br/>
        <w:t>ні перед ким! – не пропустить заїзд!</w:t>
      </w:r>
    </w:p>
    <w:p>
      <w:r>
        <w:br/>
        <w:t>І знову із погонича-приблуди&lt;br /&gt;</w:t>
        <w:br/>
        <w:t>повалить піт. Затерпне скрип коліс.&lt;br /&gt;</w:t>
        <w:br/>
        <w:t>Лише б не зупинитись!..</w:t>
      </w:r>
    </w:p>
    <w:p>
      <w:r>
        <w:br/>
        <w:t>Не збагнути</w:t>
      </w:r>
    </w:p>
    <w:p>
      <w:r>
        <w:br/>
        <w:t>й на мить,</w:t>
      </w:r>
    </w:p>
    <w:p>
      <w:r>
        <w:br/>
        <w:t>який у всьому цьому смисл.</w:t>
      </w:r>
    </w:p>
    <w:p>
      <w:r>
        <w:br/>
        <w:t>4</w:t>
      </w:r>
    </w:p>
    <w:p>
      <w:r>
        <w:br/>
        <w:t>(Ретроспекція)</w:t>
      </w:r>
    </w:p>
    <w:p>
      <w:r>
        <w:br/>
        <w:t>…А доки ішли&lt;br /&gt;</w:t>
        <w:br/>
        <w:t>і прийшли,</w:t>
      </w:r>
    </w:p>
    <w:p>
      <w:r>
        <w:br/>
        <w:t>а доки своїх знайшли…&lt;br /&gt;</w:t>
        <w:br/>
        <w:t>Тріщали столи,&lt;br /&gt;</w:t>
        <w:br/>
        <w:t>дахи гули,&lt;br /&gt;</w:t>
        <w:br/>
        <w:t>дівчата перецвіли.&lt;br /&gt;</w:t>
        <w:br/>
        <w:t>А хто зрозумів&lt;br /&gt;</w:t>
        <w:br/>
        <w:t>той мотив,&lt;br /&gt;</w:t>
        <w:br/>
        <w:t>мотив на старий мотив.&lt;br /&gt;</w:t>
        <w:br/>
        <w:t>співав не про вдів&lt;br /&gt;</w:t>
        <w:br/>
        <w:t>для юних дів –&lt;br /&gt;</w:t>
        <w:br/>
        <w:t>слідочком їх перецвів,</w:t>
      </w:r>
    </w:p>
    <w:p>
      <w:r>
        <w:br/>
        <w:t>…Дійшов із тих пір&lt;br /&gt;</w:t>
        <w:br/>
        <w:t>поговір&lt;br /&gt;</w:t>
        <w:br/>
        <w:t>про блуд і суворий "кір"…&lt;br /&gt;</w:t>
        <w:br/>
        <w:t>так наче із них&lt;br /&gt;</w:t>
        <w:br/>
        <w:t>ніхто не встиг&lt;br /&gt;</w:t>
        <w:br/>
        <w:t>зазнати інших утіх.</w:t>
      </w:r>
    </w:p>
    <w:p>
      <w:r>
        <w:br/>
        <w:t>5</w:t>
      </w:r>
    </w:p>
    <w:p>
      <w:r>
        <w:br/>
        <w:t>Ті ж гори, доли й ліси.&lt;br /&gt;</w:t>
        <w:br/>
        <w:t>Над ними хмари такі ж.&lt;br /&gt;</w:t>
        <w:br/>
        <w:t>Ти переміг. На всі часи.&lt;br /&gt;</w:t>
        <w:br/>
        <w:t>Під небом тихо стоїш.</w:t>
      </w:r>
    </w:p>
    <w:p>
      <w:r>
        <w:br/>
        <w:t>Чому в тебе очі пусті?&lt;br /&gt;</w:t>
        <w:br/>
        <w:t>Хоч би втома. Та ні.&lt;br /&gt;</w:t>
        <w:br/>
        <w:t>Відбув ти січ. І святковий стіл.&lt;br /&gt;</w:t>
        <w:br/>
        <w:t>Стоїш у самотині.</w:t>
      </w:r>
    </w:p>
    <w:p>
      <w:r>
        <w:br/>
        <w:t>Ти переміг. Ти, чоловік.&lt;br /&gt;</w:t>
        <w:br/>
        <w:t>Час крізь тебе протік.&lt;br /&gt;</w:t>
        <w:br/>
        <w:t>Вже вкотре ти губищ йому лік?&lt;br /&gt;</w:t>
        <w:br/>
        <w:t>Вже вкотре ступаєш в один потік?!</w:t>
      </w:r>
    </w:p>
    <w:p>
      <w:r>
        <w:br/>
        <w:t>Сам ти себе прирік.&lt;br /&gt;</w:t>
        <w:br/>
        <w:t>Іде. Пляшки порожні в сумці&lt;br /&gt;</w:t>
        <w:br/>
        <w:t>передзеленькують. Іде&lt;br /&gt;</w:t>
        <w:br/>
        <w:t>і думу думає.</w:t>
      </w:r>
    </w:p>
    <w:p>
      <w:r>
        <w:br/>
        <w:t>І в думці</w:t>
      </w:r>
    </w:p>
    <w:p>
      <w:r>
        <w:br/>
        <w:t>розмову з господом веде&lt;br /&gt;</w:t>
        <w:br/>
        <w:t>приблизно так:</w:t>
      </w:r>
    </w:p>
    <w:p>
      <w:r>
        <w:br/>
        <w:t>О боже правий,</w:t>
      </w:r>
    </w:p>
    <w:p>
      <w:r>
        <w:br/>
        <w:t>земна й небесна самота –&lt;br /&gt;</w:t>
        <w:br/>
        <w:t>не муки хрест, не цвях іржавий –&lt;br /&gt;</w:t>
        <w:br/>
        <w:t>ковток,</w:t>
      </w:r>
    </w:p>
    <w:p>
      <w:r>
        <w:br/>
        <w:t>який отверз уста.</w:t>
      </w:r>
    </w:p>
    <w:p>
      <w:r>
        <w:br/>
        <w:t>Враз мелодія.</w:t>
      </w:r>
    </w:p>
    <w:p>
      <w:r>
        <w:br/>
        <w:t>В натовпі.</w:t>
      </w:r>
    </w:p>
    <w:p>
      <w:r>
        <w:br/>
        <w:t>Початок? Фінал?</w:t>
      </w:r>
    </w:p>
    <w:p>
      <w:r>
        <w:br/>
        <w:t>Всім. Нікому.</w:t>
      </w:r>
    </w:p>
    <w:p>
      <w:r>
        <w:br/>
        <w:t>Її недоречну примхливість,</w:t>
      </w:r>
    </w:p>
    <w:p>
      <w:r>
        <w:br/>
        <w:t>її недоречність іконну</w:t>
      </w:r>
    </w:p>
    <w:p>
      <w:r>
        <w:br/>
        <w:t>зібрано, мабуть, від кожного в тлумі людському.&lt;br /&gt;</w:t>
        <w:br/>
        <w:t>Навіщо?</w:t>
      </w:r>
    </w:p>
    <w:p>
      <w:r>
        <w:br/>
        <w:t>Кому?</w:t>
      </w:r>
    </w:p>
    <w:p>
      <w:r>
        <w:br/>
        <w:t>Невже і її – по колу?!</w:t>
      </w:r>
    </w:p>
    <w:p>
      <w:r>
        <w:br/>
        <w:t>8</w:t>
      </w:r>
    </w:p>
    <w:p>
      <w:r>
        <w:br/>
        <w:t>Прославте всіх, які гарують, –&lt;br /&gt;</w:t>
        <w:br/>
        <w:t>про них не чуть.&lt;br /&gt;</w:t>
        <w:br/>
        <w:t>Десь вимагають, десь бунтують&lt;br /&gt;</w:t>
        <w:br/>
        <w:t>їх не товчуть,&lt;br /&gt;</w:t>
        <w:br/>
        <w:t>а їм потрібні свіжі рани&lt;br /&gt;</w:t>
        <w:br/>
        <w:t>в старім бою,&lt;br /&gt;</w:t>
        <w:br/>
        <w:t>щоб не забули горлопани,&lt;br /&gt;</w:t>
        <w:br/>
        <w:t>хто ще в строю.</w:t>
      </w:r>
    </w:p>
    <w:p>
      <w:r>
        <w:br/>
        <w:t>Щоб не заснула пам'ять строга!&lt;br /&gt;</w:t>
        <w:br/>
        <w:t>Не на порі,&lt;br /&gt;</w:t>
        <w:br/>
        <w:t>окрім поезії і бога,&lt;br /&gt;</w:t>
        <w:br/>
        <w:t>й ці трударі.</w:t>
      </w:r>
    </w:p>
    <w:p>
      <w:r>
        <w:br/>
        <w:t>9</w:t>
      </w:r>
    </w:p>
    <w:p>
      <w:r>
        <w:br/>
        <w:t>…Немов перестояли й на краю.&lt;br /&gt;</w:t>
        <w:br/>
        <w:t>Невже і від провалля не холонем?!&lt;br /&gt;</w:t>
        <w:br/>
        <w:t>Чи ми на дні вже в нашому раю? –&lt;br /&gt;</w:t>
        <w:br/>
        <w:t>живі, мов приземлились на гною.&lt;br /&gt;</w:t>
        <w:br/>
        <w:t>(О, це на зло неронам і харонам!)</w:t>
      </w:r>
    </w:p>
    <w:p>
      <w:r>
        <w:br/>
        <w:t>Не раз було так – нам не в перший клас.&lt;br /&gt;</w:t>
        <w:br/>
        <w:t>Навиворіт літати – треба вміти.&lt;br /&gt;</w:t>
        <w:br/>
        <w:t>І в пекло треба мати власний лаз.&lt;br /&gt;</w:t>
        <w:br/>
        <w:t>А житьме внук хоч одного із нас,&lt;br /&gt;</w:t>
        <w:br/>
        <w:t>хай знає: хто ми</w:t>
      </w:r>
    </w:p>
    <w:p>
      <w:r>
        <w:br/>
        <w:t>і чиї ми діти.</w:t>
      </w:r>
    </w:p>
    <w:p>
      <w:r>
        <w:br/>
        <w:t>Хай повивчає наші заповіти&lt;br /&gt;</w:t>
        <w:br/>
        <w:t>йому і пра,та головне, синам&lt;br /&gt;</w:t>
        <w:br/>
        <w:t>наляканим, що доведеться нам&lt;br /&gt;</w:t>
        <w:br/>
        <w:t>воскреснути чи хоч протверезіти.</w:t>
      </w:r>
    </w:p>
    <w:p>
      <w:r>
        <w:br/>
        <w:t>10</w:t>
      </w:r>
    </w:p>
    <w:p>
      <w:r>
        <w:br/>
        <w:t>Тремтить моє століття, як трепета&lt;br /&gt;</w:t>
        <w:br/>
        <w:t>стара, а їй тремтіти – доки світ.&lt;br /&gt;</w:t>
        <w:br/>
        <w:t>На фініші промацують поета –&lt;br /&gt;</w:t>
        <w:br/>
        <w:t>поет прийшов на звіт.</w:t>
      </w:r>
    </w:p>
    <w:p>
      <w:r>
        <w:br/>
        <w:t>Як спалося на марафоні віку?&lt;br /&gt;</w:t>
        <w:br/>
        <w:t>Чому це удостоїлось пера&lt;br /&gt;</w:t>
        <w:br/>
        <w:t>не все, що хоче шепоту чи крику&lt;br /&gt;</w:t>
        <w:br/>
        <w:t>на берегах Дніпра?</w:t>
      </w:r>
    </w:p>
    <w:p>
      <w:r>
        <w:br/>
        <w:t>Невже на ньому не лежить вина вся&lt;br /&gt;</w:t>
        <w:br/>
        <w:t>за шпари у судьбі?&lt;br /&gt;</w:t>
        <w:br/>
        <w:t>Іще й признався, що не розібрався&lt;br /&gt;</w:t>
        <w:br/>
        <w:t>послушник цей в собі!..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літ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