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"Десь тут була подоляночка..."</w:t>
      </w:r>
    </w:p>
    <w:p>
      <w:r>
        <w:br/>
        <w:t xml:space="preserve"> &lt;p&gt;Меню було коротке, як гарний анекдот. Митрач із нудьгою вирішував — брати йому сардельки чи гуляш. Вагон похитувало, і в такт стукоту коліс подзеленькували склянки, гойдалось полотно дня, підмальоване рожевими, голубими й зеленими фарбами.</w:t>
      </w:r>
    </w:p>
    <w:p>
      <w:r>
        <w:br/>
        <w:t>Напроти Митрача сидів ще один пасажир, вони разом їхали-в одному купе і тепер надумали вдвох пообідати. Митрач їхав додому зі службового відрядження і дорогою звернув до містечка, де .минуло його дитинство. По тих відвідинах йому побринькувала в пам'яті мелодія простенької дитячої пісеньки, кортіло наспівувати мелодію вголос і вголос вимовляти слова, Митрач шкодував, що його попутник не скидався на любителя дитячих пісеньок — той все ганив дорожні порядки і вагони-ресторани.</w:t>
      </w:r>
    </w:p>
    <w:p>
      <w:r>
        <w:br/>
        <w:t>— Дівчинко,— накивував пальцем до офіціантки,— я знаю, ви чарівниця, ви знайдете для мене щось краще, ніж гуляш.</w:t>
      </w:r>
    </w:p>
    <w:p>
      <w:r>
        <w:br/>
        <w:t>— Нічого нема,— розводила руками офіціантка, вона анітрохи не виглядала на дівчинку, та коли до неї так звертались, не пробувала заперечувати.</w:t>
      </w:r>
    </w:p>
    <w:p>
      <w:r>
        <w:br/>
        <w:t>— Слухайте, я вас прошу, ви просто забули, неодмінно знайдеться щось краще.</w:t>
      </w:r>
    </w:p>
    <w:p>
      <w:r>
        <w:br/>
        <w:t>Митрач їв гуляш, шкодував, що не має приємного співбесідника, і пробував сам, подумки, впорядкувати враження.</w:t>
      </w:r>
    </w:p>
    <w:p>
      <w:r>
        <w:br/>
        <w:t>По двадцятирічній відсутності містечко здалось йому дуже маленьким — доброю хлопською долонею можна б згорнути докупи і кількадесят вуличок, і невисокий будинок ратуші зі старовинним дзиґарем, котрий чомусь цілоденно показував шосту, і крихітний парк із кількома старими липами, і місток через вузеньку, ще вкриту кригою річку.</w:t>
      </w:r>
    </w:p>
    <w:p>
      <w:r>
        <w:br/>
        <w:t>Митрач не сумнівався, що він знайде той будинок відразу. Коли— ж то було? Зовсім недавно, так недавно, що наче можна пальцями торкнутись того, що було.</w:t>
      </w:r>
    </w:p>
    <w:p>
      <w:r>
        <w:br/>
        <w:t>Йшла вулицею дівчина. Йшла гарним, пружним, танцюючим кроком. Так циганки ходять — от візьме бубон, змахне смаглявими руками — і все задзвонить; гойднеться довкола ніг довга рясно-строката, мов клен під осінь, спідниця, а під нею — напнуті стегна, маленькі босі ступні.</w:t>
      </w:r>
    </w:p>
    <w:p>
      <w:r>
        <w:br/>
        <w:t>Йшла вулицею дівчина. З неприхованою заздрістю кидали услід скритий погляд жінки, і крадом зиркали жонаті мужчини, і відверто ловили її усміх молоді хлопці, і бігли вслід хлопчаки: лише вони мали відвагу, не дбаючи про цілий світ, бігти слідом за дівчиною.</w:t>
      </w:r>
    </w:p>
    <w:p>
      <w:r>
        <w:br/>
        <w:t>Якоїсь миті Митрачеві навіть здалось, що зараз він побачить її — неодмінно побачить, і від цієї</w:t>
      </w:r>
    </w:p>
    <w:p>
      <w:r>
        <w:br/>
        <w:t>думки йому по-дитячому пурхнуло серце, немов у передчутті несподіваного, хоча давно очікуваного дарунка.</w:t>
      </w:r>
    </w:p>
    <w:p>
      <w:r>
        <w:br/>
        <w:t>Хлопчаки не називали дівчину на ймення — вони кликали її Журахівська, це звучало, як із пісні — Чураївна, Богуславка,— дуже гарно звучало, бо так називалася найкраща дівчина в місті.</w:t>
      </w:r>
    </w:p>
    <w:p>
      <w:r>
        <w:br/>
        <w:t>Митрач міг у думці відтворити дорогу, перебуту не раз прудкими хлоп'ячими ногами. Журахівська. Журахівська з п'янкою циганською ходою. На руках вона не носила браслетів, однак Митрачеві здавалось, що тоді він чув їх подзенькування.</w:t>
      </w:r>
    </w:p>
    <w:p>
      <w:r>
        <w:br/>
        <w:t>Запитав би хто зараз: а які вона мала очі, а які брови?—то він би й не згадав, мабуть,— хто ж намалює портрет по пам'яті через два десятки літ? Однак йому здавалось, що коли б він її побачив, то впізнав би відразу, бо не жила ще на світі дівчина над Журахівську.</w:t>
      </w:r>
    </w:p>
    <w:p>
      <w:r>
        <w:br/>
        <w:t>Вулички — всі до одної вузенькі, тихі — різнились поміж собою тільки назвами, будинки також скидались на близнюків — із червонястої цегли, дахи де-не-де полатані останніми клаптями підталого за сонячний день снігу. Митрачеві ставало трохи смішно, що він втратив орієнтацію в місті, де прожив тринадцять гарних хлоп'ячих літ.</w:t>
      </w:r>
    </w:p>
    <w:p>
      <w:r>
        <w:br/>
        <w:t>З гір на місто сунули сутінки. Темніли цеглясті стіни будинків, метлялись на них чорні тіні дерев. Митрач зайшов до невеличкої — як усе в місті — кав'ярні.</w:t>
      </w:r>
    </w:p>
    <w:p>
      <w:r>
        <w:br/>
        <w:t>— Зачинено,— мовила просто з порога дівчина.— Зачинено. Бачите — коло дверей стілець стоїть!</w:t>
      </w:r>
    </w:p>
    <w:p>
      <w:r>
        <w:br/>
        <w:t>— То й що, коли стілець,— усміхнувся Митрач,— ви мене таки впустите, я тут двадцять літ не був, я хочу хвильку посидіти...</w:t>
      </w:r>
    </w:p>
    <w:p>
      <w:r>
        <w:br/>
        <w:t>Близько її дому росла Стара акація з полупаною</w:t>
      </w:r>
    </w:p>
    <w:p>
      <w:r>
        <w:br/>
        <w:t>сірою корою, того року з деревом поробилося диво</w:t>
      </w:r>
    </w:p>
    <w:p>
      <w:r>
        <w:br/>
        <w:t>зацвіло вдруге десь аж наприкінці літа і пахло так солодко, що аж судомило трохи в роті од того запаху, і білі кетяги квітів обважніли від запаху, і повітря довкола видавалось густішим.</w:t>
      </w:r>
    </w:p>
    <w:p>
      <w:r>
        <w:br/>
        <w:t>Хлопчаки ступали назирці за Журахівською, їм туманилося в головах від немовленої вголос заздрості, бо з Журахівською разом ішов старший хлопець, його плече торкалось часом її плеча, хлопчаки йшли назирці, як вірна сторожа, і коли ті двоє стали біля акації, то й хлопчаки поставали оддалік і про щось балакали, удаючи один перед одним, що анітрохи не обходить їх Журахівська, нехай собі буде там Журахів-ська чи не буде її — то зовсім байдуже.</w:t>
      </w:r>
    </w:p>
    <w:p>
      <w:r>
        <w:br/>
        <w:t>І Митрач також удавав, а в голові йому туманилось од заздрості, бо Журахівська сміялась до того хлопця. Коли вона так сміялась, то Митрач якраз дивився в її бік, і вона раптом кивнула до нього головою, мовби кликала, а він аж скаменів і не рушився, а вона манила пальцем, і хлопець тоді поволі спробував одірватись од землі, і коли йому то вдалось, підійшов і став зовсім близько неї, ще так близько ніколи не бачив її.</w:t>
      </w:r>
    </w:p>
    <w:p>
      <w:r>
        <w:br/>
        <w:t>— Малий, слухай,— сказала Журахівська,— чи ти не дістав би мені цвіту з акації?</w:t>
      </w:r>
    </w:p>
    <w:p>
      <w:r>
        <w:br/>
        <w:t>— Цвіту?</w:t>
      </w:r>
    </w:p>
    <w:p>
      <w:r>
        <w:br/>
        <w:t>— Цвіту,— повторила вона і засміялася.— Так гарно та стара деревина цвіте, так гарно собі цвіте другий раз на рік. Ти дістанеш?</w:t>
      </w:r>
    </w:p>
    <w:p>
      <w:r>
        <w:br/>
        <w:t>Він не думав, що буде так важко. В поспіху не помічав колючок, і вони кололи йому долоні, пекла на долонях шкіра, і дивились на нього з долу хлопці, набралось їх чомусь аж забагато, ніби ціле містечко збіглось оглядати, як то діставатимуть цвіту для Жу-рахівської.</w:t>
      </w:r>
    </w:p>
    <w:p>
      <w:r>
        <w:br/>
        <w:t>— Де ж мій баличок?— не вгавав Митрачів попутник.</w:t>
      </w:r>
    </w:p>
    <w:p>
      <w:r>
        <w:br/>
        <w:t>— Плаває в Тихому океані,— пробувала жарту-</w:t>
      </w:r>
    </w:p>
    <w:p>
      <w:r>
        <w:br/>
        <w:t>вати офіціантка, котрій усе-таки належало бути ввічливою й незворушною.— То ви щось замовите? Гуляш? Чи сардельки? Є тушкована картопля...</w:t>
      </w:r>
    </w:p>
    <w:p>
      <w:r>
        <w:br/>
        <w:t>До цього нескінченного діалога прислухалось двоє — мужчина з бородою і мужчина з перснем на мізинному пальці правої руки. Вони попивали потроху зі склянок і оглядали, хто заходив до вагона, й ловили уламки чужих розмов, їм не було, мабуть, нудно.</w:t>
      </w:r>
    </w:p>
    <w:p>
      <w:r>
        <w:br/>
        <w:t>Він подав гілку з кетягами цвіту, йому дуже боліла нога, бо якось невдало скочив із дерева, простяг їй ту гілку, коли Журахівська випростала по цвіт руку, то йому здалось, що дзенькнули на зап'ястях браслети.</w:t>
      </w:r>
    </w:p>
    <w:p>
      <w:r>
        <w:br/>
        <w:t>Дівчина взяла гілку, і видно було, що вона рада.</w:t>
      </w:r>
    </w:p>
    <w:p>
      <w:r>
        <w:br/>
        <w:t>— Господи, як же пахне!</w:t>
      </w:r>
    </w:p>
    <w:p>
      <w:r>
        <w:br/>
        <w:t>І тоді той, котрий був при ній, поплескав Митра-ча по щоці:</w:t>
      </w:r>
    </w:p>
    <w:p>
      <w:r>
        <w:br/>
        <w:t>— А ти бистрий козак,— сказав він і ще раз поплескав Митрача по плечу.</w:t>
      </w:r>
    </w:p>
    <w:p>
      <w:r>
        <w:br/>
        <w:t>Малий не стямився, а вже скинув ту руку геть зі свого плеча, і його аж поривало гукнути щось погане, гидке, негарне, чи вдарити, чи якось інакше оборонитись, бо він здавався самому собі знеславленим, ос-мішеним і тим поспіхом, з котрим кинувся добувати цвіт, і тою похвалою; однак нічого не вчинив, бо межи ними обома стала Журахівська і затулила того — того, котрий не вмів би добути цвіту, вона прикрила його і подивилась на Митрача і знову сказала:</w:t>
      </w:r>
    </w:p>
    <w:p>
      <w:r>
        <w:br/>
        <w:t>— Гарно пахне! Правда, що гарно, малий?</w:t>
      </w:r>
    </w:p>
    <w:p>
      <w:r>
        <w:br/>
        <w:t>— Огида,— сказав малий Митрач,— то чиста огида, мене з того нудить,— сказав Митрач і пішов собі геть, бо не міг же він повернутись до хлопців, вони бачили, як той поплескав його по пдечу. Хлопець думав, що всі стануть сміятись,— і хлопці, і Журахів-ська, але сміху не чув, тільки муляли їхні погляди, і тоді він зміркував, що хлопцям голови туманяться від заздрості, що вони всі ладні були б лізти по цвіт для Журахівської, хоч би їх потому й плескали по щоці.</w:t>
      </w:r>
    </w:p>
    <w:p>
      <w:r>
        <w:br/>
        <w:t>Відтоді Митрач тікав, як тільки звіддалік бачив ту п'янку циганську ходу з легким подзенькуванням неіснуючих браслетів, йому й на думку не спадало, що не було сенсу тікати, бо ж вона, певно, й не впізнала б його зовсім...</w:t>
      </w:r>
    </w:p>
    <w:p>
      <w:r>
        <w:br/>
        <w:t>Дівчина ходила від столика до столика — доки Митрач допивав каву,— витираючи кожен досуха, хоча й витирати не було чого, вона не мовила ні слова, мабуть, зібралось їй на повагу до Митрачевої двадцятирічної відсутності в місті.</w:t>
      </w:r>
    </w:p>
    <w:p>
      <w:r>
        <w:br/>
        <w:t>— Скажіть, як вас зовуть?— допитувався офіціантки Митрачів попутник, приставши, нарешті, на сардельки з гірчицею й пивом.— Не Ліда? Я знав колись одну Ліду, вона їздила на велосипеді...</w:t>
      </w:r>
    </w:p>
    <w:p>
      <w:r>
        <w:br/>
        <w:t>— Не заважайте. Не заважайте мені працювати,— втомлено просила офіціантка, відкорковуючи пляшку.</w:t>
      </w:r>
    </w:p>
    <w:p>
      <w:r>
        <w:br/>
        <w:t>Митрач нехотя вловлював ту розмову, і вона дратувала його, бо він далі згадував, як врешті знайшов дім, де колись жила Журахівська, і ту акацію. Він стояв, дивився на дім, бачив фіранки на вікнах, червонястий дах, клапоть підталого снігу на ньому, а за штахетами раптом запримітив дівчинку, вона знайшла собі в садку вільну від снігу місцинку і топталась на ній, співаючи пісеньку, котру діти зазвичай пригадують лише навесні:</w:t>
      </w:r>
    </w:p>
    <w:p>
      <w:r>
        <w:br/>
        <w:t>Десь тут була подоляночка, десь тут була молодесенька... Устань, устань, подоляночко..,</w:t>
      </w:r>
    </w:p>
    <w:p>
      <w:r>
        <w:br/>
        <w:t>— Ви знаєте, кого називають занудою?— запитав Митрачів попутник, пережовуючи сардельку, і Митрач не відразу усвідомив, що то до нього.</w:t>
      </w:r>
    </w:p>
    <w:p>
      <w:r>
        <w:br/>
        <w:t>— Ні.</w:t>
      </w:r>
    </w:p>
    <w:p>
      <w:r>
        <w:br/>
        <w:t>Дівча запримітило його і знітилось, перестало співати пісеньку, а Митрачеві хотілось, аби пісенька звучала без кінця.</w:t>
      </w:r>
    </w:p>
    <w:p>
      <w:r>
        <w:br/>
        <w:t>— ...Хто оповідає про своє життя, коли його питають — як поживаєш,— пояснював Митрачів попутник і сміявся, все ще пережовуючи сардельку.</w:t>
      </w:r>
    </w:p>
    <w:p>
      <w:r>
        <w:br/>
        <w:t>— Може бути... Смачного!— побажав Митрач, встаючи і полишаючи свого попутника сам на сам із недоїденою сарделькою.</w:t>
      </w:r>
    </w:p>
    <w:p>
      <w:r>
        <w:br/>
        <w:t>Поїзд саме спинився. Митрач запитав, чи довго стоятимуть,— йому сказали, що довго, бо чекають на роз'їзді стрічного поїзда, і Митрач вийшов з вагона. І відразу ступив у крихкий сніг, і рушив по снігу вздовж колії. Там, далі за колією, пнувся пагірок, він вигинав луковато тіні дерев, і тіні були синяві, як вузенькі містки над потоками. Всі тіні збігали вниз, на дно пагорка, де ще лежали найглибші, неторкані сонцем сніги.</w:t>
      </w:r>
    </w:p>
    <w:p>
      <w:r>
        <w:br/>
        <w:t>Щось біле, тихе перейшло через Митрача наскрізь, мовби то не він ступав снігами, а оте біле соталося крізь нього, і сталося з ним щось дивне, чого не окреслиш словами, в що не тицьнеш пальцем — Митрачеві раптом здалось, що то продовження дитячої пісеньки...</w:t>
      </w:r>
    </w:p>
    <w:p>
      <w:r>
        <w:br/>
        <w:t>А де її шукати, ту подоляночку?</w:t>
      </w:r>
    </w:p>
    <w:p>
      <w:r>
        <w:br/>
        <w:t>Березова кора на молоденькому деревці виглядала ще білішою від снігу, так її вибілило сонце, а тонесенькі чорні березові пагінці одштовхували від себе вітер, і хоча достеменно зналось, що ті пагінці чорні, однак крізь чорінь просвічувалося зелене, листяно-зелене просвічувалося через чорне й щосили опиралось вітрові.</w:t>
      </w:r>
    </w:p>
    <w:p>
      <w:r>
        <w:br/>
        <w:t>Митрач дивився на пагорок, побіля якого слалась дорога. Вона нагадувала стовбур величезної берези — сніг курився, і де-не-де дорогою чорніла земля. Стриміла вгору жовтава минулорічна бадилина — на неї боязко було стати ногою — чи й та бадилина не просвічує зеленим, як березове пагіння?</w:t>
      </w:r>
    </w:p>
    <w:p>
      <w:r>
        <w:br/>
        <w:t>Сонце стояло високе й незахмарене, однак сніг не сліпив очей, блиск пом'якшувала синява тіней, народжена синявою неба. На небі, як незакінчене шитво, лежав чорно-синій ліс, і нитками й вузликами пнулись горою гілки. Над деревами здіймалося і падало гайвороння і, мабуть, гойдався гайворонячий зойк, та вітер відносив оте зайве, непотрібне кудись убік, нічого не було чутно, опріч співу старого, напівструхлявіло-го стовпа при колії.</w:t>
      </w:r>
    </w:p>
    <w:p>
      <w:r>
        <w:br/>
        <w:t>Мовчали — й сніги, і вітер, і тіні, і стовбури беріз, аж ніби набубнявілі тривожним передчуттям веснін-ня,— а тільки старий, струхлявілий стовп при дорозі співав. Мовби й собі' на щось сподівався. Мовби взяв та й увібрав у себе всі довколишні голоси — і співав. Звук був такий, якби хто торкнувся рукою кількох клавішів, а потому натиснув на педаль, затримавши тон, і звук уже так і зостався — не гаснучи, не розгоряючись, і не хотів випручатись, замкнутий усередині спорохнявілого стовпа.</w:t>
      </w:r>
    </w:p>
    <w:p>
      <w:r>
        <w:br/>
        <w:t>Митрач слухав ту музику, і вона йому мішалася з дитячою веснянкою, і відійшло геть усе — й надокучливе базікання прикрого попутника, і втома, і всяке бажання оповідати комусь уголос про дитячу веснянку. Наопак — десь внутрішньо він зрадів, що ані словом не обмовився про відвідини маленького містечка, і тішився, що трапився саме такий, а не інший попутник, бо це порятувало від розмови. Тепер він навіть думав, що добре б нічого не загубити, не втратити, аби все те — і п'янка циганська хода Журахів-ської, і кетяги акації, і веснянка — зосталось, не збуд-ніло, і гарно б то залишити для себе навічно або й ще надовше, і берегти, і не спускати з ока, як з талісмана, котрий рятує од злосливості, і од марнославства, і марнослів'я — не чужого, а свого власного,— і од зневаги, і од заздрощів рятує, і від зневіри насамперед.</w:t>
      </w:r>
    </w:p>
    <w:p>
      <w:r>
        <w:br/>
        <w:t>А біле, синювате, тихе переходило через нього наскрізь і він хотів, аби воно тривало й трималося і не відходило ніколи.</w:t>
      </w:r>
    </w:p>
    <w:p>
      <w:r>
        <w:br/>
        <w:t>— О,— сказав хтось раптом при його плечі,— то днина гарна!</w:t>
      </w:r>
    </w:p>
    <w:p>
      <w:r>
        <w:br/>
        <w:t>Митрач озирнувся й побачив чоловіка в короткім кожусі, без шапки — той ніби й не до Митрача балакав, а сам до себе промовляв, і Митрач прислухався:</w:t>
      </w:r>
    </w:p>
    <w:p>
      <w:r>
        <w:br/>
        <w:t>— Гарна днина. Зима з весною стрічаються. Потому приклав руку до чола, дивився на небо,</w:t>
      </w:r>
    </w:p>
    <w:p>
      <w:r>
        <w:br/>
        <w:t>шукав там чогось очима і знову сказав — тепер-то вже до Митрача:</w:t>
      </w:r>
    </w:p>
    <w:p>
      <w:r>
        <w:br/>
        <w:t>— Бузьки летять...</w:t>
      </w:r>
    </w:p>
    <w:p>
      <w:r>
        <w:br/>
        <w:t>— Та ж не видко ніде,— сказав Митрач, надарма оглядаючи небо, шукаючи там птахів.</w:t>
      </w:r>
    </w:p>
    <w:p>
      <w:r>
        <w:br/>
        <w:t>— Чутно,— мовив чоловік, і Митрач ніби справді почув відгомін пташиного лету.</w:t>
      </w:r>
    </w:p>
    <w:p>
      <w:r>
        <w:br/>
        <w:t>Чоловік усе оглядав небо, ніби таки бачив, що летять лелеки, Митрач заздро дивився, але нічого не помічав, і чекав, чи таки не догледить.</w:t>
      </w:r>
    </w:p>
    <w:p>
      <w:r>
        <w:br/>
        <w:t>— Бузьки летять... Благодать... Благодать,— сказав незнайомий Митрачеві чоловік, охопивши раптом тим соковитим, повним прадавнім словом і спів струхлявілого стовпа, і політ птахів, і стрічу весни з зимою, і дзенькіт браслетів на руках Журахівської, і почуту Митрачем напередодні веснянку: "Десь тут була... Десь тут була..."</w:t>
      </w:r>
    </w:p>
    <w:p>
      <w:r>
        <w:br/>
        <w:t>Потому ще довго Митрач носив у собі оте щось дивне, напівокреслене, назване благодаттю. Воно замкнулося в ньому і не згасало, і він радів тому, боячись навіть самому собі признатися вголос зі своєї радості.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"Десь тут була подоляночка..."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