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Деревце, врятоване від бурі</w:t>
      </w:r>
    </w:p>
    <w:p>
      <w:r>
        <w:br/>
        <w:t xml:space="preserve"> &lt;p&gt;Багато цікавого побачили ми в заморських краях: вічнозелені ліси, різних тварин, птахів.</w:t>
      </w:r>
    </w:p>
    <w:p>
      <w:r>
        <w:br/>
        <w:t>Усі вони такі дивовижні, не схожі на наших!</w:t>
      </w:r>
    </w:p>
    <w:p>
      <w:r>
        <w:br/>
        <w:t>От хоч би й кенгуру. Скік! Скік! — стрибає піщаними пустелями, що деінде поросли чагарями.</w:t>
      </w:r>
    </w:p>
    <w:p>
      <w:r>
        <w:br/>
        <w:t>Передні ноги, як у кімнатної собачки, коли вона стійку робить, підняті вгору.</w:t>
      </w:r>
    </w:p>
    <w:p>
      <w:r>
        <w:br/>
        <w:t>Бігає тварина ця лише на двох, задніх. На животі у неї волохата сумка — гніздо, в якому кенгуренятко сидить.</w:t>
      </w:r>
    </w:p>
    <w:p>
      <w:r>
        <w:br/>
        <w:t>А то ще на одному острові зустрілися ведмеді.</w:t>
      </w:r>
    </w:p>
    <w:p>
      <w:r>
        <w:br/>
        <w:t>Коала звати.</w:t>
      </w:r>
    </w:p>
    <w:p>
      <w:r>
        <w:br/>
        <w:t>Думаєте, такі, як у нашому зоопарку?</w:t>
      </w:r>
    </w:p>
    <w:p>
      <w:r>
        <w:br/>
        <w:t>Де там!</w:t>
      </w:r>
    </w:p>
    <w:p>
      <w:r>
        <w:br/>
        <w:t>Коала невеликі і живуть на деревах.</w:t>
      </w:r>
    </w:p>
    <w:p>
      <w:r>
        <w:br/>
        <w:t>Щоб спуститися з високого дерева, ведмедикам треба не менше години!</w:t>
      </w:r>
    </w:p>
    <w:p>
      <w:r>
        <w:br/>
        <w:t>А які гарні у джунглях папуги! Строкаті, довгохвості, з попелястим чубчиком на голові.</w:t>
      </w:r>
    </w:p>
    <w:p>
      <w:r>
        <w:br/>
        <w:t>Одна папуга навіть кілька слів знала, правда, не наших — іноземних.</w:t>
      </w:r>
    </w:p>
    <w:p>
      <w:r>
        <w:br/>
        <w:t>А мавпочки!</w:t>
      </w:r>
    </w:p>
    <w:p>
      <w:r>
        <w:br/>
        <w:t>Вони кидали на нас горіхами; пищали, передражнювали людський голос; плигали, мов навіжені, з гілки на гілку... Найпустотливіше серед них мавпеня якось підкралося до корабля — сумочку, в якій я тримав зошити, схопило.</w:t>
      </w:r>
    </w:p>
    <w:p>
      <w:r>
        <w:br/>
        <w:t>Ледве її врятували!</w:t>
      </w:r>
    </w:p>
    <w:p>
      <w:r>
        <w:br/>
        <w:t>Та мені хочеться розповісти про зелену пальму, що мандрувала з нами в морі.</w:t>
      </w:r>
    </w:p>
    <w:p>
      <w:r>
        <w:br/>
        <w:t>Три дні і три ночі простував наш корабель пустельним океаном. Куди не глянь — вода й вода, хоч би тобі де цяточка землі з'явилася!</w:t>
      </w:r>
    </w:p>
    <w:p>
      <w:r>
        <w:br/>
        <w:t>Аж ось на четвертий день побачили ген на обрії невеличку темну пляму.</w:t>
      </w:r>
    </w:p>
    <w:p>
      <w:r>
        <w:br/>
        <w:t>— Земля! — закричав вахтовий матрос.</w:t>
      </w:r>
    </w:p>
    <w:p>
      <w:r>
        <w:br/>
        <w:t>І — знову помилився! Бо то була не земля, а бурею і прудкими морськими течіями винесене в океан пальмове віття та кілька кокосових горіхів.</w:t>
      </w:r>
    </w:p>
    <w:p>
      <w:r>
        <w:br/>
        <w:t>Капітан наказав звернути з курсу і впритул підійти до плавучого "острівця".</w:t>
      </w:r>
    </w:p>
    <w:p>
      <w:r>
        <w:br/>
        <w:t>Коли у воду опустили густу капронову сіть, а потім витягли її на палубу, всі побачили там лискуче пальмове галуззя і гроно кокосових горіхів. Два з них дісталися мені.</w:t>
      </w:r>
    </w:p>
    <w:p>
      <w:r>
        <w:br/>
        <w:t>Вони вже почали проростати: крізь дірочки, що нагадували людські очі, пробивалося два тоненькі пагінці.</w:t>
      </w:r>
    </w:p>
    <w:p>
      <w:r>
        <w:br/>
        <w:t>Я попросив у боцмана трохи піску, зробив ящик і посадив туди горіхи.</w:t>
      </w:r>
    </w:p>
    <w:p>
      <w:r>
        <w:br/>
        <w:t>Більше року мандрували ми в океані. І сонце пекло немилосердне, й вітри били.</w:t>
      </w:r>
    </w:p>
    <w:p>
      <w:r>
        <w:br/>
        <w:t>На палубі, біля намету, в якому я жив, коли було дуже спечно, розрослися, тяглися вгору дві молоденькі пальми.</w:t>
      </w:r>
    </w:p>
    <w:p>
      <w:r>
        <w:br/>
        <w:t>Ніби дякуючи, що я їх вирвав з чіпких обіймів океану, — може, навіть врятував від загибелі, пальми ніжно шуміли над головою...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Деревце, врятоване від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