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ріпки</w:t>
      </w:r>
    </w:p>
    <w:p>
      <w:r>
        <w:br/>
        <w:t xml:space="preserve"> &lt;p&gt;Дітям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ріпки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