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 народження</w:t>
      </w:r>
    </w:p>
    <w:p>
      <w:r>
        <w:br/>
        <w:t xml:space="preserve"> &lt;p&gt;Прийшов я вранці до школи, а назустріч мені з класу Генка вибігає.</w:t>
      </w:r>
    </w:p>
    <w:p>
      <w:r>
        <w:br/>
        <w:t>— Іди,— кричить,— швидше! У Шашка шьогодні день нажодження. Там чукежки їдять. Я побіг водою жапивати, бо шолодко дуже.</w:t>
      </w:r>
    </w:p>
    <w:p>
      <w:r>
        <w:br/>
        <w:t>Заходжу я в клас. Кругом плямкають усі — цукерки жують. Один Сашко за столом сидить, не жує.</w:t>
      </w:r>
    </w:p>
    <w:p>
      <w:r>
        <w:br/>
        <w:t>— У мене,— каже,— від них уже щелепи зводить.</w:t>
      </w:r>
    </w:p>
    <w:p>
      <w:r>
        <w:br/>
        <w:t>— Де ти ходиш? — Митько мені гукає.— Тут без тебе все з’їдять.</w:t>
      </w:r>
    </w:p>
    <w:p>
      <w:r>
        <w:br/>
        <w:t>Я пропхавсь до столу, але цукерок зоставалось іще багато.</w:t>
      </w:r>
    </w:p>
    <w:p>
      <w:r>
        <w:br/>
        <w:t>— Вітаю тебе, Сашку,— почав було я, але тут хтось поцілив мене скатаною в кульку обгорткою у вухо.</w:t>
      </w:r>
    </w:p>
    <w:p>
      <w:r>
        <w:br/>
        <w:t>— Бажаю тобі...— продовжив я, і знову в мене влучила кулька.</w:t>
      </w:r>
    </w:p>
    <w:p>
      <w:r>
        <w:br/>
        <w:t>Я тоді розізливсь, підкинув угору свій портфель і сказав:</w:t>
      </w:r>
    </w:p>
    <w:p>
      <w:r>
        <w:br/>
        <w:t>— На кого бог пошле.</w:t>
      </w:r>
    </w:p>
    <w:p>
      <w:r>
        <w:br/>
        <w:t>Усі кинулися врозтіч, а бог послав на Генку, який саме вбіг до класу із півлітровою банкою води. Тоді Генка линув на мене водою і попав іще на кількох чоловік.</w:t>
      </w:r>
    </w:p>
    <w:p>
      <w:r>
        <w:br/>
        <w:t>Вони теж узялися за кульки, а дехто побіг по воду. Банок більше не було, і доводилося бризкати прямо з рота. Сашко одійшов і казав:</w:t>
      </w:r>
    </w:p>
    <w:p>
      <w:r>
        <w:br/>
        <w:t>— Ну, перестаньте, перестаньте, вже дзвоник був.</w:t>
      </w:r>
    </w:p>
    <w:p>
      <w:r>
        <w:br/>
        <w:t>Дехто його послухав, а більшість продовжували кидатись і поливатись водою.</w:t>
      </w:r>
    </w:p>
    <w:p>
      <w:r>
        <w:br/>
        <w:t>— От здорово,— кричав Митько.— Якби кожен день отак!</w:t>
      </w:r>
    </w:p>
    <w:p>
      <w:r>
        <w:br/>
        <w:t>Я теж сказав:</w:t>
      </w:r>
    </w:p>
    <w:p>
      <w:r>
        <w:br/>
        <w:t>— От здорово!</w:t>
      </w:r>
    </w:p>
    <w:p>
      <w:r>
        <w:br/>
        <w:t>Коли підлога була вся засипана тими кульками і геть-чисто облита водою, до класу зайшла вчителька.</w:t>
      </w:r>
    </w:p>
    <w:p>
      <w:r>
        <w:br/>
        <w:t>— Ой-ой-ой! — сказала вона. А потім: — Ай-ай-ай! Що ж то у вас таке?!</w:t>
      </w:r>
    </w:p>
    <w:p>
      <w:r>
        <w:br/>
        <w:t>Ми відповіли, що це в Сашка день народження.</w:t>
      </w:r>
    </w:p>
    <w:p>
      <w:r>
        <w:br/>
        <w:t>Тоді вчителька опустилася на стілець, але одразу ж підскочила, бо виявилось, що він мокрий.</w:t>
      </w:r>
    </w:p>
    <w:p>
      <w:r>
        <w:br/>
        <w:t>— Як вам не соромно! — розсердилась вона.— У вашого товариша день народження, а на що ви його перетворили?! Треба ж думати, що робите. Як це негарно і ганебно!</w:t>
      </w:r>
    </w:p>
    <w:p>
      <w:r>
        <w:br/>
        <w:t>Ми почали думати і вирішили, що й справді це не так уже й здорово.</w:t>
      </w:r>
    </w:p>
    <w:p>
      <w:r>
        <w:br/>
        <w:t>— Даю вам п’ять хвилин,— мовила вчителька,— щоб ви негайно ж привели до порядку і себе, і клас.</w:t>
      </w:r>
    </w:p>
    <w:p>
      <w:r>
        <w:br/>
        <w:t>Ми дуже швидко все прибрали, і вчителька стала пояснювати урок, але ходила трохи дивно — якось боком і так само боком вийшла у двері за хвилину до дзвоника.</w:t>
      </w:r>
    </w:p>
    <w:p>
      <w:r>
        <w:br/>
        <w:t>— Це їй соромно,— засміявся Генка.</w:t>
      </w:r>
    </w:p>
    <w:p>
      <w:r>
        <w:br/>
        <w:t>— Це їй за вас соромно,— озвалась Ловецька.</w:t>
      </w:r>
    </w:p>
    <w:p>
      <w:r>
        <w:br/>
        <w:t>— Не за "вас", а за всіх нас,— виправив її Сашко.— Хочете цукерок? У мене ще багато.</w:t>
      </w:r>
    </w:p>
    <w:p>
      <w:r>
        <w:br/>
        <w:t>Але ніхто цукерок не взяв, сказали, що вже наїлися донесхочу. А Генка сказав, що він взяв би, та несила більше пити воду. Але потім подумав, таки взяв одну і поклав до кишені.</w:t>
      </w:r>
    </w:p>
    <w:p>
      <w:r>
        <w:br/>
        <w:t>Тоді і я взяв дві. Я ж бо прийшов останнім і з’їв найменше.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народження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