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такі ятки?..</w:t>
      </w:r>
    </w:p>
    <w:p>
      <w:r>
        <w:br/>
        <w:t xml:space="preserve"> &lt;p&gt;Занедужала наша тітка Марина. Думали, що вмре. Пішли ми з мамою одвідувати недужої.</w:t>
      </w:r>
    </w:p>
    <w:p>
      <w:r>
        <w:br/>
        <w:t>Лежить тітка на полу, губи смагою взялися, голова білою пов’язана хусткою. Коло неї сидять дві жінки, кладуть до голови лід, потихеньку розмовляють.</w:t>
      </w:r>
    </w:p>
    <w:p>
      <w:r>
        <w:br/>
        <w:t>Тіткина дочка, дівка Маруся, стоїть, схилившись на стіл, зажурилась, а малий хлопчик, Матвійко, що був у своєї мами дуже мазаний,— тому байдуже, жирує на подушках та вигукує, аж у вухах лящить.</w:t>
      </w:r>
    </w:p>
    <w:p>
      <w:r>
        <w:br/>
        <w:t>Кілька разів йому казали:</w:t>
      </w:r>
    </w:p>
    <w:p>
      <w:r>
        <w:br/>
        <w:t>— Не пустуй, Матвійку, бо в мами головка болить!</w:t>
      </w:r>
    </w:p>
    <w:p>
      <w:r>
        <w:br/>
        <w:t>Матвійко й вухом не веде.</w:t>
      </w:r>
    </w:p>
    <w:p>
      <w:r>
        <w:br/>
        <w:t>— Годі, Матвійку,— вже кажуть йому з серцем,— бо як будеш жартувати, то мама вмре.</w:t>
      </w:r>
    </w:p>
    <w:p>
      <w:r>
        <w:br/>
        <w:t>— То що? Хай умирають,— озивається Матвійко.</w:t>
      </w:r>
    </w:p>
    <w:p>
      <w:r>
        <w:br/>
        <w:t>— А як же будеш жити без мами: хто тобі випере сорочку, їсти наварить?</w:t>
      </w:r>
    </w:p>
    <w:p>
      <w:r>
        <w:br/>
        <w:t>— Ми собі другу купимо.</w:t>
      </w:r>
    </w:p>
    <w:p>
      <w:r>
        <w:br/>
        <w:t>Тоді друга жінка, та, що доглядала недужої, зітхнула, похитала головою та й каже:</w:t>
      </w:r>
    </w:p>
    <w:p>
      <w:r>
        <w:br/>
        <w:t>— Ні, сину, не купиш: немає тих яток, щоб продавали рідних маток.</w:t>
      </w:r>
    </w:p>
    <w:p>
      <w:r>
        <w:br/>
        <w:t>— І на базарі немає?</w:t>
      </w:r>
    </w:p>
    <w:p>
      <w:r>
        <w:br/>
        <w:t>— Немає, сину.</w:t>
      </w:r>
    </w:p>
    <w:p>
      <w:r>
        <w:br/>
        <w:t>— І на ярмарку?</w:t>
      </w:r>
    </w:p>
    <w:p>
      <w:r>
        <w:br/>
        <w:t>— І на базарі, і на ярмарку, і на всьому світі не знайдеш рідної мами, як цю втеряєш.</w:t>
      </w:r>
    </w:p>
    <w:p>
      <w:r>
        <w:br/>
        <w:t>Почувши цеє, дочка Маруся припала головою до столу й почала гірко плакати.</w:t>
      </w:r>
    </w:p>
    <w:p>
      <w:r>
        <w:br/>
        <w:t>Примовк і Матвійко, задумався, а далі підійшов до матері, дав того бублика, що дали йому за гостинця:</w:t>
      </w:r>
    </w:p>
    <w:p>
      <w:r>
        <w:br/>
        <w:t>— Нате, мамо, та не вмирайте.</w:t>
      </w:r>
    </w:p>
    <w:p>
      <w:r>
        <w:br/>
        <w:t>Недужа мати звела на нього стражденні очі і ніби осміхнулась.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такі ятки?..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