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ночує туман</w:t>
      </w:r>
    </w:p>
    <w:p>
      <w:r>
        <w:br/>
        <w:t xml:space="preserve"> &lt;p&gt;ЗАСВІТИЛАСЯ</w:t>
      </w:r>
    </w:p>
    <w:p>
      <w:r>
        <w:br/>
        <w:t>Росла собі модринка. Бачив її частенько, та жодного разу не задивлявся. А оце іду і аж зупинився, здивований до краю: стоїть модринка, та й наче не та. Стоїть ошатна, осяяна якимось незнаним сяйвом. Гілочки підсвічені, видно кожну голочку. Усміхається, тільки усмішка та пробивається крізь тиху зажуру.</w:t>
      </w:r>
    </w:p>
    <w:p>
      <w:r>
        <w:br/>
        <w:t>А все це він, вересень. Ніс у пригорщах жар, щоб пастухам картоплі напекти, та в поспіху загубив вуглинку-золотинку. Впала золотинка біля деревця, до самого стовбурця прикотилася. І почала модринка поволі й собі від стовбурця навсібіч золотитися, аж поки не засвітилася вся.</w:t>
      </w:r>
    </w:p>
    <w:p>
      <w:r>
        <w:br/>
        <w:t>Восени так: одне дерево сяє-палахкотить, здалеку видно, інше — листя скине, так і не загориться. А от модринка засвітилася зсередини. І раптом стала особливо помітною її досі причаєна краса.</w:t>
      </w:r>
    </w:p>
    <w:p>
      <w:r>
        <w:br/>
        <w:t>ГАРБУЗ</w:t>
      </w:r>
    </w:p>
    <w:p>
      <w:r>
        <w:br/>
        <w:t>От чудасія: гарбуз на яблуні. Ніхто не підсаджував — сам здерся.</w:t>
      </w:r>
    </w:p>
    <w:p>
      <w:r>
        <w:br/>
        <w:t>— Бач, примудрився! — каже Олег.</w:t>
      </w:r>
    </w:p>
    <w:p>
      <w:r>
        <w:br/>
        <w:t>Гарбуз величенький, як баняк, в якому баба Параска варить підсвинкові картоплю. Гілляка аж нагнулася під його вагою.</w:t>
      </w:r>
    </w:p>
    <w:p>
      <w:r>
        <w:br/>
        <w:t>— Як це він?</w:t>
      </w:r>
    </w:p>
    <w:p>
      <w:r>
        <w:br/>
        <w:t>Я мовчу. Кусаю соковите яблуко і мовчу. Та Олег і не чекає відповіді. Йому й так зрозуміло: гарбузиння спочатку сп'ялося на тин, потім дісталося нахиленої гілляки і повилося по ній. На гарбузинні зацвіла квітка, з якої і зав'язався гарбуз.</w:t>
      </w:r>
    </w:p>
    <w:p>
      <w:r>
        <w:br/>
        <w:t>А все ж незвично: серед білявих яблук отаке смугасте барильце.</w:t>
      </w:r>
    </w:p>
    <w:p>
      <w:r>
        <w:br/>
        <w:t>Олег сміється:</w:t>
      </w:r>
    </w:p>
    <w:p>
      <w:r>
        <w:br/>
        <w:t>— Хоч і виліз на яблуню, та яблуком не став. А мені щемно: це ж осінь уже завітала...</w:t>
      </w:r>
    </w:p>
    <w:p>
      <w:r>
        <w:br/>
        <w:t>ОЗНАКА</w:t>
      </w:r>
    </w:p>
    <w:p>
      <w:r>
        <w:br/>
        <w:t>Поспішаю.</w:t>
      </w:r>
    </w:p>
    <w:p>
      <w:r>
        <w:br/>
        <w:t>За ніч випогодилося, у поблідлому небі ранкова зоря догоряє. А на дрімливій вулиці тільки тітка-підмітальниця шелестить зтьмянілим тополевим листям.</w:t>
      </w:r>
    </w:p>
    <w:p>
      <w:r>
        <w:br/>
        <w:t>У мене справи, і я думкою біля них — поспішаю.</w:t>
      </w:r>
    </w:p>
    <w:p>
      <w:r>
        <w:br/>
        <w:t>Коли це: дінь-дінь-дінь-дінь!..</w:t>
      </w:r>
    </w:p>
    <w:p>
      <w:r>
        <w:br/>
        <w:t>Аж стрепенувся: та невже?!</w:t>
      </w:r>
    </w:p>
    <w:p>
      <w:r>
        <w:br/>
        <w:t>Оглядаюся — так і є... Калюжка на тротуарі взялася льодком. Тітка мітлою шугнула — крижинки по камінню й задзвеніли. Виходить, уже...</w:t>
      </w:r>
    </w:p>
    <w:p>
      <w:r>
        <w:br/>
        <w:t>Отак завжди: знаєш, що наближається зима, а помітиш її першу ознаку — здригнешся від несподіванки.</w:t>
      </w:r>
    </w:p>
    <w:p>
      <w:r>
        <w:br/>
        <w:t>НА "О" ПОЧИНАЄТЬСЯ</w:t>
      </w:r>
    </w:p>
    <w:p>
      <w:r>
        <w:br/>
        <w:t>Інна влітає до кімнати:</w:t>
      </w:r>
    </w:p>
    <w:p>
      <w:r>
        <w:br/>
        <w:t>— Тату, вгадай, що я тобі принесла!</w:t>
      </w:r>
    </w:p>
    <w:p>
      <w:r>
        <w:br/>
        <w:t>— Де мені вгадати! — відповідаю.</w:t>
      </w:r>
    </w:p>
    <w:p>
      <w:r>
        <w:br/>
        <w:t>— Починається на букву "о",— підказує донька.</w:t>
      </w:r>
    </w:p>
    <w:p>
      <w:r>
        <w:br/>
        <w:t>— Може, обруч?</w:t>
      </w:r>
    </w:p>
    <w:p>
      <w:r>
        <w:br/>
        <w:t>— Який ти недогадливий: осінь!..</w:t>
      </w:r>
    </w:p>
    <w:p>
      <w:r>
        <w:br/>
        <w:t>І кладе мені на долоню... великого лискучого каштана.</w:t>
      </w:r>
    </w:p>
    <w:p>
      <w:r>
        <w:br/>
        <w:t>ТРЕТЯ</w:t>
      </w:r>
    </w:p>
    <w:p>
      <w:r>
        <w:br/>
        <w:t>До села вели нову лінію електропередач і через ліс прорубали просіку. Вицілила ця просіка якраз на трійцю беріз, що вибігли з лісу на добру дюжину кроків. Довелося спиляти і їх.</w:t>
      </w:r>
    </w:p>
    <w:p>
      <w:r>
        <w:br/>
        <w:t>Мені було жаль білокорих. Не один раз привічали вони мене, коли виходив з лісу натомлений бродінням по сосняках і мочарах.</w:t>
      </w:r>
    </w:p>
    <w:p>
      <w:r>
        <w:br/>
        <w:t>Дві були красиві: гінкі, косисті, аж усміхнені. Восени стояли свічкасто, як намальовані. А третя геть нікудишня — куца,</w:t>
      </w:r>
    </w:p>
    <w:p>
      <w:r>
        <w:br/>
        <w:t>горбата, ще й на згині здоровенна репана бородавка. Ця третя й на березу була мало схожа, така вже коряка-розкоряка, що й порівняти ні з чим. Навіть зрізана, вона так неоковирно впала, що ні підступитися, ні роздивитися.</w:t>
      </w:r>
    </w:p>
    <w:p>
      <w:r>
        <w:br/>
        <w:t>Ті дві бензопильщик Кузьма обчухрав та відвіз на своє обійстя —</w:t>
      </w:r>
    </w:p>
    <w:p>
      <w:r>
        <w:br/>
        <w:t>гарна купа дровець вийшла. А третю поволокли прямо на кострище, бо з нею й морочитися ніхто з лісорубів не захотів.</w:t>
      </w:r>
    </w:p>
    <w:p>
      <w:r>
        <w:br/>
        <w:t>Коли це нагодився мій сусід Микола. "Ви що,— каже,— таку березу на вогонь?!" І витяг коряку з купи.</w:t>
      </w:r>
    </w:p>
    <w:p>
      <w:r>
        <w:br/>
        <w:t>Хтось із лісорубів не стримався, уколов:</w:t>
      </w:r>
    </w:p>
    <w:p>
      <w:r>
        <w:br/>
        <w:t>— Неси додому та й тішся.</w:t>
      </w:r>
    </w:p>
    <w:p>
      <w:r>
        <w:br/>
        <w:t>— От спасибі! — не образився Микола.— Таки й понесу... Заходжу якось до Миколи, а в нього у вітальні на стіні висить</w:t>
      </w:r>
    </w:p>
    <w:p>
      <w:r>
        <w:br/>
        <w:t>дивовижний таріль із такого візерунчастого дерева, якого ще не доводилося бачити.</w:t>
      </w:r>
    </w:p>
    <w:p>
      <w:r>
        <w:br/>
        <w:t>Сусід помітив моє здивування.</w:t>
      </w:r>
    </w:p>
    <w:p>
      <w:r>
        <w:br/>
        <w:t>— Подобається? — запитує і хитрувато на мене косує.</w:t>
      </w:r>
    </w:p>
    <w:p>
      <w:r>
        <w:br/>
        <w:t>— Атож!..</w:t>
      </w:r>
    </w:p>
    <w:p>
      <w:r>
        <w:br/>
        <w:t>— А це із тієї, бородавкуватої, що мало у вогні не згоріла... Виходить, ота третя береза теж мала свою красу, та ще й неабияку. А от розгледіти її було дано тільки йому, Миколі.</w:t>
      </w:r>
    </w:p>
    <w:p>
      <w:r>
        <w:br/>
        <w:t>ЩО ШУКАЛА БІЛОЧКА</w:t>
      </w:r>
    </w:p>
    <w:p>
      <w:r>
        <w:br/>
        <w:t>Білочка була якоюсь дивною: не гасала по деревах, як це їй належить, а спустилася на землю і край берега, коло самої води, стриб та стриб. Скочить, стане, пошарудить торішнім листям, а то й розкида його на всі боки і знову стрибне.</w:t>
      </w:r>
    </w:p>
    <w:p>
      <w:r>
        <w:br/>
        <w:t>Це наш перший весняний виїзд. У лісі тиша і спокій. Хотіли було порибалити — не клює. Та от помітили білочку і спостерігаємо за нею з-під вільшини: цікаво!</w:t>
      </w:r>
    </w:p>
    <w:p>
      <w:r>
        <w:br/>
        <w:t>Нарешті білочка запідозрила щось — і шурх у кущі. Так і не бачили її більше.</w:t>
      </w:r>
    </w:p>
    <w:p>
      <w:r>
        <w:br/>
        <w:t>Ми вирішили подивитись, що то шукала білочка. Розгребли опале листя — а під ним тут і там ліщинові горіхи лежать. Розкусили одного-другого — ціленькі і дуже смачні. Це вони восени нападали. А білочка, бач, знає, де горіхи лежать.</w:t>
      </w:r>
    </w:p>
    <w:p>
      <w:r>
        <w:br/>
        <w:t>Потім не раз ранньої весни шукали ми горіхи під ліщиною. І навіть у нашому міському парку цілі пригорщі назбирували.</w:t>
      </w:r>
    </w:p>
    <w:p>
      <w:r>
        <w:br/>
        <w:t>СВІТЛИНКА</w:t>
      </w:r>
    </w:p>
    <w:p>
      <w:r>
        <w:br/>
        <w:t>Той осінній день видався неймовірно похмурим. У полі за якусь сотню-другу кроків усе зливалося в сіре непроглядне місиво. Було холодно. Вологе повітря всотало їдкий, дошкульний приморозок. Рук з кишені не вийняти — пальці дерев'яніють.</w:t>
      </w:r>
    </w:p>
    <w:p>
      <w:r>
        <w:br/>
        <w:t>Про такий день і не згадалося б, якби не ота світлинка. Вона несподівано, ніби перо жар-птиці, заясніла вдалині і владно поманила до себе.</w:t>
      </w:r>
    </w:p>
    <w:p>
      <w:r>
        <w:br/>
        <w:t>Ішов до неї, а світлинка все більшала й більшала. То вися-вала спокійною білизною, то кришталево променилася. Ніби заблу-калі сонячні зайчики звідусіль збіглися сюди на переднівок.</w:t>
      </w:r>
    </w:p>
    <w:p>
      <w:r>
        <w:br/>
        <w:t>А то був лужок, на якому росла трава тимофіївка. її забули чи не встигли скосити. І кожна травинка обледеніла, стала кришталево-блискучою. Від того й засвітився весь лужок...</w:t>
      </w:r>
    </w:p>
    <w:p>
      <w:r>
        <w:br/>
        <w:t>Тепер навіть у найпохмуріший день я не втрачаю надії знайти світлинку.</w:t>
      </w:r>
    </w:p>
    <w:p>
      <w:r>
        <w:br/>
        <w:t>ГАРНО!</w:t>
      </w:r>
    </w:p>
    <w:p>
      <w:r>
        <w:br/>
        <w:t>Порпаюсь серед усякого дерев'яччя, дошку до дошки примоцовую. Капосний підсвинок вщент розвалив хлівця, тепер ось треба спинати знову.</w:t>
      </w:r>
    </w:p>
    <w:p>
      <w:r>
        <w:br/>
        <w:t>Робота не клеїться. То цвяхів не знайшлося, довелось різне іржаве кривулля випростовувати. То раптом десь молоток запропастився. А тут іще погода аж додолу хилить — чи то мжичка, а чи вітер такий холодно-липучий, мов слизень.</w:t>
      </w:r>
    </w:p>
    <w:p>
      <w:r>
        <w:br/>
        <w:t>Олег туди-сюди сновигає під ногами — не сидиться йому в хаті — і без угаву торохтить:</w:t>
      </w:r>
    </w:p>
    <w:p>
      <w:r>
        <w:br/>
        <w:t>— Чого ви цвях забиваєте скраю, а не посередині?</w:t>
      </w:r>
    </w:p>
    <w:p>
      <w:r>
        <w:br/>
        <w:t>— А нового хлівця свиня скоро розвалить?</w:t>
      </w:r>
    </w:p>
    <w:p>
      <w:r>
        <w:br/>
        <w:t>— Можна, я сам оцю дошку приб'ю? Відмахуюся:</w:t>
      </w:r>
    </w:p>
    <w:p>
      <w:r>
        <w:br/>
        <w:t>— Не заважай!</w:t>
      </w:r>
    </w:p>
    <w:p>
      <w:r>
        <w:br/>
        <w:t>Хлопчик врешті зрозумів, що настрій у мене кепський — примостився збоку, мовчки позирає.</w:t>
      </w:r>
    </w:p>
    <w:p>
      <w:r>
        <w:br/>
        <w:t>А де тому гарному настрою взятися? Чекав цього вихідного, щоб по гриби піти, вже й рюкзак звечора налагодив, а вийшло ось — порпаюсь у ломаччі.</w:t>
      </w:r>
    </w:p>
    <w:p>
      <w:r>
        <w:br/>
        <w:t>Якби це хлівця з нового зводить, то не стільки вже тої мороки. А коли те струхло, те підгнило, а те ледь тримається,— спробуй зробити щось путяще. Он уже скільки часу голови не підводжу, а похвалитися нічим.</w:t>
      </w:r>
    </w:p>
    <w:p>
      <w:r>
        <w:br/>
        <w:t>— Дядь,— чую,— дядь! Подивіться, як гарно! Повертаюся:</w:t>
      </w:r>
    </w:p>
    <w:p>
      <w:r>
        <w:br/>
        <w:t>— Га? Що гарно?</w:t>
      </w:r>
    </w:p>
    <w:p>
      <w:r>
        <w:br/>
        <w:t>— Ну, гарно. Все гарно...</w:t>
      </w:r>
    </w:p>
    <w:p>
      <w:r>
        <w:br/>
        <w:t>Не можу втямити, про що він. День похмурий, як і був. Верби в бережку насуплені. Хіба що вітер ущух...</w:t>
      </w:r>
    </w:p>
    <w:p>
      <w:r>
        <w:br/>
        <w:t>Хоча стривай: здається, потепліло. Звичайно, потепліло! Як для осені, то й дуже тепло... У вербах якась пташка чічівкає... По селу півні розспівалися, один поперед другого витинає... Димком запахло — діти, певне, картоплю печуть...</w:t>
      </w:r>
    </w:p>
    <w:p>
      <w:r>
        <w:br/>
        <w:t>Гм, таки справді гарно!</w:t>
      </w:r>
    </w:p>
    <w:p>
      <w:r>
        <w:br/>
        <w:t>Незчувся, як уже й собі щось під ніс мугикаю. І молоток веселіше цвенькає.</w:t>
      </w:r>
    </w:p>
    <w:p>
      <w:r>
        <w:br/>
        <w:t>Дошка до дошки — уже й толк якийсь виходить. Ось як воно, коли гарно!</w:t>
      </w:r>
    </w:p>
    <w:p>
      <w:r>
        <w:br/>
        <w:t>МАЛЬВА</w:t>
      </w:r>
    </w:p>
    <w:p>
      <w:r>
        <w:br/>
        <w:t>Йшли вулицею. Коли це Інна мені:</w:t>
      </w:r>
    </w:p>
    <w:p>
      <w:r>
        <w:br/>
        <w:t>— Поглянь, тату, яка вона — ого!..</w:t>
      </w:r>
    </w:p>
    <w:p>
      <w:r>
        <w:br/>
        <w:t>Глянув — і собі не стримався від захоплення:</w:t>
      </w:r>
    </w:p>
    <w:p>
      <w:r>
        <w:br/>
        <w:t>— Ого!..</w:t>
      </w:r>
    </w:p>
    <w:p>
      <w:r>
        <w:br/>
        <w:t>То була мальва. Літо тільки починалося, а вона вже сп'ялася над штахетником і вив'язала велику рожеву квітку. І ця її невинно-дитяча рожева усмішка прикрасила всю вулицю.</w:t>
      </w:r>
    </w:p>
    <w:p>
      <w:r>
        <w:br/>
        <w:t>Я ходив цією вулицею на роботу. Та за щоденним одноманіття" потроху перестав примічати мальву. А вона собі цвіла й цвіла., Як уже на осінь бралося, почув знову захоплене: — Ого яка!..</w:t>
      </w:r>
    </w:p>
    <w:p>
      <w:r>
        <w:br/>
        <w:t>Неподалік двоє — хлопець і дівчина... дивилися на мальву Вона доцвіла уже до самого вершечка, і тепер рожевіла її остан ня квітка. Але як молодо, як сміливо і завзято рожевіла — НІ всю вулицю!</w:t>
      </w:r>
    </w:p>
    <w:p>
      <w:r>
        <w:br/>
        <w:t>Ніби й не випадає людині заздрити мальві, але як тут н&lt; позаздриш? От би й собі так звікувати!</w:t>
      </w:r>
    </w:p>
    <w:p>
      <w:r>
        <w:br/>
        <w:t>РАНКОВА ПЕРЕВІРКА</w:t>
      </w:r>
    </w:p>
    <w:p>
      <w:r>
        <w:br/>
        <w:t>Ластівки ладнаються в дорогу. Пробують і швидкість лету, і міцність крила: то у високості проносяться, то нар річкою, над самісінькою водою шуг та шуг. До вирію далеко а серпень ось-ось віджнивує — не загаятися б з тренуванням!</w:t>
      </w:r>
    </w:p>
    <w:p>
      <w:r>
        <w:br/>
        <w:t>Спозаранку вожак скликає зграю на чергову перевірку. Вії за всіх в одвіті, тож, певно, хоче ще раз полічити підопічних, оглянути молоді виводки, розпорядитися.</w:t>
      </w:r>
    </w:p>
    <w:p>
      <w:r>
        <w:br/>
        <w:t>— Шикуйсь! — лунає його команда.</w:t>
      </w:r>
    </w:p>
    <w:p>
      <w:r>
        <w:br/>
        <w:t>— Шикуйсь! Шикуйсь!..— повторюють сотні пташиних голосів.</w:t>
      </w:r>
    </w:p>
    <w:p>
      <w:r>
        <w:br/>
        <w:t>Розбуджений гамором, підхоплююся з ліжка, зацікавлено визираю у відчинене вікно: на дротах ближньої електролінії вишикувалися три довгі шеренги ластівок...</w:t>
      </w:r>
    </w:p>
    <w:p>
      <w:r>
        <w:br/>
        <w:t>ЗАПИСИ</w:t>
      </w:r>
    </w:p>
    <w:p>
      <w:r>
        <w:br/>
        <w:t>Свіжа пороша так багато розповіла мені про сьогоднішніх перехожих, коли я повертався забіленим парком нічної зміни!</w:t>
      </w:r>
    </w:p>
    <w:p>
      <w:r>
        <w:br/>
        <w:t>Ось свіжі сліди довкіл ялини. У двох місцях валянками втопта но до твердого. Певно, якийсь дідусь милувався верхівкою нев'яні дерева, її гірляндами бурштинових шишок. Старим завжд вдосвіта не спиться...</w:t>
      </w:r>
    </w:p>
    <w:p>
      <w:r>
        <w:br/>
        <w:t>Ось гострі каблучки вузеньких жіночих чобітків завернул до присадкуватої горобини, де з-під снігу яріють рясні грон. Жменя ягідок іскриться долі — бач, не дуже до смаку припалі</w:t>
      </w:r>
    </w:p>
    <w:p>
      <w:r>
        <w:br/>
        <w:t>А ці два ланцюжки слідів повели до пташиної годівниці. То школярики йшли. І тепер там на їхню честь радо вицінькують синиці свою нехитру пісеньку.</w:t>
      </w:r>
    </w:p>
    <w:p>
      <w:r>
        <w:br/>
        <w:t>Он та годівниця, певно, без гостинців, бо ні слідів д неї, ні пташок біля неї. У мене якраз із ночі залишився недоїдений бутерброд...</w:t>
      </w:r>
    </w:p>
    <w:p>
      <w:r>
        <w:br/>
        <w:t>І тепер уже мої кроки карбуються на неторканій білині вранішнього парку.</w:t>
      </w:r>
    </w:p>
    <w:p>
      <w:r>
        <w:br/>
        <w:t>...Природа завжди записує кожен людський крок, тільки на жаль, не завжди ці записи одразу помітні.</w:t>
      </w:r>
    </w:p>
    <w:p>
      <w:r>
        <w:br/>
        <w:t>ЯЛИНКА</w:t>
      </w:r>
    </w:p>
    <w:p>
      <w:r>
        <w:br/>
        <w:t>Були ми в лісі, якраз напередодні Нового року І натрапили на струнку ялинку. Такої красивої ми досі не бачили. Т ще й прикрашена.</w:t>
      </w:r>
    </w:p>
    <w:p>
      <w:r>
        <w:br/>
        <w:t>— Отут, певно, лісові мешканці Новий рік зустрічатимуть!..-пожартував Олег.— А я думав, що так лише в казці буває.</w:t>
      </w:r>
    </w:p>
    <w:p>
      <w:r>
        <w:br/>
        <w:t>А втім, на ялинці не було якихось особливих прикрас. Н гілках червоніли дві стрічечки, зав'язані бантиками, сріблилося кілька кульок з фольги, гойдався голубий метелик, зроблені з обкладинки учнівського зошита. Посередині ялинку оперізуває паперовий ланцюжок.</w:t>
      </w:r>
    </w:p>
    <w:p>
      <w:r>
        <w:br/>
        <w:t>Може, тут недавно гралися діти, а може, мисливці, відпочиваючи, жартома все це повісили на ялинку. Але ж... наближався Новий рік, радісний Новий рік, і так хотілося вірити в чудеса!</w:t>
      </w:r>
    </w:p>
    <w:p>
      <w:r>
        <w:br/>
        <w:t>— Якби знаття, то й ми б якусь іграшку принесли,— пошкодував я.</w:t>
      </w:r>
    </w:p>
    <w:p>
      <w:r>
        <w:br/>
        <w:t>— А це я зараз!</w:t>
      </w:r>
    </w:p>
    <w:p>
      <w:r>
        <w:br/>
        <w:t>Олег скинув рюкзак, добув кілька цукерок. Знайшлася й нитка. Почепив цукерки на ялинку.</w:t>
      </w:r>
    </w:p>
    <w:p>
      <w:r>
        <w:br/>
        <w:t>— Наш подарунок звірятам,— мовив.— Нехай ласують. Ялинка стала ще красивішою.</w:t>
      </w:r>
    </w:p>
    <w:p>
      <w:r>
        <w:br/>
        <w:t>— Якби ще зірку на вершечок...</w:t>
      </w:r>
    </w:p>
    <w:p>
      <w:r>
        <w:br/>
        <w:t>— Буде зірка, та й не одна,— кажу.— Вночі засяє над нашою ялинкою безліч зірок.</w:t>
      </w:r>
    </w:p>
    <w:p>
      <w:r>
        <w:br/>
        <w:t>— А тут і місце для хороводу є...</w:t>
      </w:r>
    </w:p>
    <w:p>
      <w:r>
        <w:br/>
        <w:t>Ми тупали довкола ялинки по неглибокому снігу. Було весело, було радісно й легко...</w:t>
      </w:r>
    </w:p>
    <w:p>
      <w:r>
        <w:br/>
        <w:t>ПТАШИНА ЇДАЛЬНЯ</w:t>
      </w:r>
    </w:p>
    <w:p>
      <w:r>
        <w:br/>
        <w:t>Зима вибілила поле, причепурила. Якби не оце засохле бадилля бур'янів, що стирчить по краю ярка, було б чисто, як у світлиці.</w:t>
      </w:r>
    </w:p>
    <w:p>
      <w:r>
        <w:br/>
        <w:t>Та мені бур'яни — якраз на руку ковінька. Назбивав будяків, реп'яхів, лободи та чорнобилю, розпалив багаття і обідаю біля вогню.</w:t>
      </w:r>
    </w:p>
    <w:p>
      <w:r>
        <w:br/>
        <w:t>Надворі не холодно, ні, але просто затишніше почуваєшся, коли поруч димок в'ється. Не забарилися й гості.</w:t>
      </w:r>
    </w:p>
    <w:p>
      <w:r>
        <w:br/>
        <w:t>"Цінь-цінь! Цінь-цінь!.." Так і є, синиці. Стрибають по бадиллі, насіння скльовують.</w:t>
      </w:r>
    </w:p>
    <w:p>
      <w:r>
        <w:br/>
        <w:t>Потім прилетіла весела зграйка щиглів Пір'я у них яскраве, брунатного, білого та чорного кольорів. На голівці оксамитово-чорна шапочка, а лобик та підборіддя вогненно-червоні. Обсіли реп'яхи, обідають, гойдаються, поміж себе жваво пташині теревені правлять.</w:t>
      </w:r>
    </w:p>
    <w:p>
      <w:r>
        <w:br/>
        <w:t>Отож, виходить, у зимовому полі й бадилина не зайва.</w:t>
      </w:r>
    </w:p>
    <w:p>
      <w:r>
        <w:br/>
        <w:t>ПУШИТЬ ВЕРБА</w:t>
      </w:r>
    </w:p>
    <w:p>
      <w:r>
        <w:br/>
        <w:t>Так дивно в лісі: ніби всі пори року враз узяли та й перемішалися.</w:t>
      </w:r>
    </w:p>
    <w:p>
      <w:r>
        <w:br/>
        <w:t>Ще берези не встигли як слід приміряти осінні сукні — на них і позолоти, і водночас зелені вдосталь. А зима підкралася, сіконула снігом сипучим та морозом тріскучим — стоять білокорі ні в сих ні в тих. Ніяково їм перед вільхами та осиками, бо ті завчасно підготувалися до холодів — струсили усе до решти листячко зі своїх корякуватих чорних лап.</w:t>
      </w:r>
    </w:p>
    <w:p>
      <w:r>
        <w:br/>
        <w:t>Тільки сосни однаково цідять з-під віття темну таїну, променять величавий спокій. Вони непідвладні примхам жодної пори року.</w:t>
      </w:r>
    </w:p>
    <w:p>
      <w:r>
        <w:br/>
        <w:t>А що то за сміливець-незнайомець на краю галяви? Не зважає ні на що — цвіте. Листя не видно, а гілки його густо окутує рожевуватий серпанок. Точнісінько розквітлий навесні абрикос.</w:t>
      </w:r>
    </w:p>
    <w:p>
      <w:r>
        <w:br/>
        <w:t>Підходжу — аж то вербичка. Пишно розпушила китиці, а сонячне проміння підсвітило їх — от і здається, ніби дерево цвіте.</w:t>
      </w:r>
    </w:p>
    <w:p>
      <w:r>
        <w:br/>
        <w:t>На снігу — сліди від чобіт. Виходить, не одного мене вербичка приманила.</w:t>
      </w:r>
    </w:p>
    <w:p>
      <w:r>
        <w:br/>
        <w:t>Дмухнув вітерець, зірвав кілька пушинок, поніс по галяві. А до кожної пушинки-парашутика приклеєна малюсінька чорна крупочка. Це верба розсилає з вітром своє насіння в усі усюди.</w:t>
      </w:r>
    </w:p>
    <w:p>
      <w:r>
        <w:br/>
        <w:t>Багато його у вербички, ой як багато. Ще не один день здмухувати вітрам з її гілок оті пушинки-парашутики.</w:t>
      </w:r>
    </w:p>
    <w:p>
      <w:r>
        <w:br/>
        <w:t>А вербичці що? їй поспішати нікуди. В неї попереду ціда зима.</w:t>
      </w:r>
    </w:p>
    <w:p>
      <w:r>
        <w:br/>
        <w:t>БЕРЕЗНЯЧОК</w:t>
      </w:r>
    </w:p>
    <w:p>
      <w:r>
        <w:br/>
        <w:t>За селом, біля потічка-безіменки, леготять на звідусюдних вітрах берези-посестри. їхня мати, стара береза, давно вже впала від недоброї сокири, а вони залишилися і ось дивляться з пагорка на зелен світ.</w:t>
      </w:r>
    </w:p>
    <w:p>
      <w:r>
        <w:br/>
        <w:t>Березнячок... Так називають їх у селі.</w:t>
      </w:r>
    </w:p>
    <w:p>
      <w:r>
        <w:br/>
        <w:t>Хтозна, чого більше в цій назві: захоплення, лагідності чи звичайнісінької зневаги до маленького березового "гайка", за яким супиться на пів-обрію стіна лісу — справжнього, з дубами-трьохсотлітками та соснами-велетнями.</w:t>
      </w:r>
    </w:p>
    <w:p>
      <w:r>
        <w:br/>
        <w:t>З ранньої весни до останнього листя дзвенять тут дитячі голоси.</w:t>
      </w:r>
    </w:p>
    <w:p>
      <w:r>
        <w:br/>
        <w:t>Березнячок то соком дітвору напуває, то суницями частує, то грибами обдаровує. А скільки тут ігор грано-переграно!</w:t>
      </w:r>
    </w:p>
    <w:p>
      <w:r>
        <w:br/>
        <w:t>Зате взимку в березнячку незаймана тиша. Цього разу я перший порушив снігову облогу, вив'язавши на кучугурах ланцюжок слідів.</w:t>
      </w:r>
    </w:p>
    <w:p>
      <w:r>
        <w:br/>
        <w:t>Дивлюся — не впізнаю березнячка. Не дерева стоять, а ме-рехткі візерунки білим біло вишиті на тлі небесної голубіні. Здається, дихнеш сильніше ненароком — і зникне видиво, як щезає від подиху легка паморозь на віконній шибці. А в оту білину вкраплені червоні сонечка. Добрий десяток червоних сонечок.</w:t>
      </w:r>
    </w:p>
    <w:p>
      <w:r>
        <w:br/>
        <w:t>Аж подих перехоплює. Аж боязко підступитися до такої первозданної краси.</w:t>
      </w:r>
    </w:p>
    <w:p>
      <w:r>
        <w:br/>
        <w:t>І лише згодом усвідомлюю: це ж іній так урочисто причепурив березнячок! Кожну гілочку опушив, кожну сережку підбілив. А оті сонечка — то зграйка снігурів на верховітті...</w:t>
      </w:r>
    </w:p>
    <w:p>
      <w:r>
        <w:br/>
        <w:t>ДРУГЕ ТЕПЛО</w:t>
      </w:r>
    </w:p>
    <w:p>
      <w:r>
        <w:br/>
        <w:t>послала мама Олега на вулицю із килимка пилюку вибити, хідники повитрушувати. Надворі мороз рип-рип, так за пальці й хапає. Спробував Олег трусити в рукавицях, та хіба то робота?</w:t>
      </w:r>
    </w:p>
    <w:p>
      <w:r>
        <w:br/>
        <w:t>Тут же саме вийшов із хати дід Іван. Учора він цілий вечір лагодив упряж і тепер ніс її в мішку на колгоспну конюшню.</w:t>
      </w:r>
    </w:p>
    <w:p>
      <w:r>
        <w:br/>
        <w:t>— Е,— каже дід Іван Олегові,— так у тебе нічого не вийде. Хідники добре витрушувати, коли друге тепло добудеш. Тоді й руки не мерзнутимуть.</w:t>
      </w:r>
    </w:p>
    <w:p>
      <w:r>
        <w:br/>
        <w:t>І</w:t>
      </w:r>
    </w:p>
    <w:p>
      <w:r>
        <w:br/>
        <w:t>— А що то за друге тепло? — дивується хлопчик.— Як його добувають?</w:t>
      </w:r>
    </w:p>
    <w:p>
      <w:r>
        <w:br/>
        <w:t>— Коли знаєш, то просто. Але це не розказувати, показувати треба.</w:t>
      </w:r>
    </w:p>
    <w:p>
      <w:r>
        <w:br/>
        <w:t>— То покажіть, діду Іване...</w:t>
      </w:r>
    </w:p>
    <w:p>
      <w:r>
        <w:br/>
        <w:t>— Гаразд,— погоджується дід.— Тільки спершу допоможи мені віднести упряж на конюшню.</w:t>
      </w:r>
    </w:p>
    <w:p>
      <w:r>
        <w:br/>
        <w:t>Взяли вони мішка — онук за гичку, дід за гузирі — та й понесли. А конюшня аж за селом, на горбку. Поки дісталися — кілька разів мінялися місцями: то один попереду, то другий.</w:t>
      </w:r>
    </w:p>
    <w:p>
      <w:r>
        <w:br/>
        <w:t>Як прийшли, дід Іван усміхається:</w:t>
      </w:r>
    </w:p>
    <w:p>
      <w:r>
        <w:br/>
        <w:t>— Тепер зрозумів, як добувається друге тепло?</w:t>
      </w:r>
    </w:p>
    <w:p>
      <w:r>
        <w:br/>
        <w:t>— Здогадався! — одказав Олег.</w:t>
      </w:r>
    </w:p>
    <w:p>
      <w:r>
        <w:br/>
        <w:t>І витер рукавом спітнілого лоба.</w:t>
      </w:r>
    </w:p>
    <w:p>
      <w:r>
        <w:br/>
        <w:t>ДЗВОНАР</w:t>
      </w:r>
    </w:p>
    <w:p>
      <w:r>
        <w:br/>
        <w:t>Холодно.</w:t>
      </w:r>
    </w:p>
    <w:p>
      <w:r>
        <w:br/>
        <w:t>Перелісок мерзлякувато щулиться — проймає його від верхівки до кореня. Незатишний перелісок, просвічується мало не наскрізь. І сизі грабочки ніби понижчали, і ліщини свою солідність розгубили.</w:t>
      </w:r>
    </w:p>
    <w:p>
      <w:r>
        <w:br/>
        <w:t>Сіра тиша заполонила все довкруг. Німі дерева, німі сніги, німе небо.</w:t>
      </w:r>
    </w:p>
    <w:p>
      <w:r>
        <w:br/>
        <w:t>Та раптом — дзінь-дзінь! Дзінь-дзелінь! Глухо, ледве чутно, ніби здалеку-здалеку.</w:t>
      </w:r>
    </w:p>
    <w:p>
      <w:r>
        <w:br/>
        <w:t>Вслухаюся: може, здалося? Бо де тому дзвону взятися тут, серед суцільної німоти, де навіть шурхіт власних кроків злякано нишкне, так і не відірвавшись від підошов чобіт?..</w:t>
      </w:r>
    </w:p>
    <w:p>
      <w:r>
        <w:br/>
        <w:t>Ні, таки дзвонить.</w:t>
      </w:r>
    </w:p>
    <w:p>
      <w:r>
        <w:br/>
        <w:t>Іду назустріч тому дзвонові. Аж ось і дзвонар! Молодий дубок-нелинь приберіг своє вбрання, не розтрусив. Хай побуріле, хай негодами побите, але не розтрусив. Тепер листя обледеніло, вітер дмухне — дзвонить.</w:t>
      </w:r>
    </w:p>
    <w:p>
      <w:r>
        <w:br/>
        <w:t>Дзінь-дзінь! Дзінь-дзелінь!..</w:t>
      </w:r>
    </w:p>
    <w:p>
      <w:r>
        <w:br/>
        <w:t>Старайся, дзвонарю, старайся: березень уже не за горами.</w:t>
      </w:r>
    </w:p>
    <w:p>
      <w:r>
        <w:br/>
        <w:t>ГОСТІ</w:t>
      </w:r>
    </w:p>
    <w:p>
      <w:r>
        <w:br/>
        <w:t>За ніч снігу ой-ой скільки нахурделило! Вранці тато прокидав стежечку від порога до вулиці та й пішов на роботу. А стежечка вузенька, навіть кота Мурчика незручно катати на санчатах.</w:t>
      </w:r>
    </w:p>
    <w:p>
      <w:r>
        <w:br/>
        <w:t>Узяла Інна дерев'яну лопатку, яку їй тато змайстрував, і заходилася розчищати подвір'я. Постаралася, всенький сніг до паркану згорнула. А Мурчик не схотів кататися — втік на горище.</w:t>
      </w:r>
    </w:p>
    <w:p>
      <w:r>
        <w:br/>
        <w:t>Зате на подвір'я одразу ж висипали кури. Мабуть, їм набридло сидіти в тісному курнику. Півень аж на паркан злетів, загорланив: "Кукуріку-у!"</w:t>
      </w:r>
    </w:p>
    <w:p>
      <w:r>
        <w:br/>
        <w:t>Мовляв, дуже йому сподобалася Іннина робота.</w:t>
      </w:r>
    </w:p>
    <w:p>
      <w:r>
        <w:br/>
        <w:t>Услід за курми вийшли і гуси. Правда, вони — птиці поважні, не підстрибують, не метушаться. Але ґелґочуть весело: і їм приємно прогулятися по такому подвір'ї.</w:t>
      </w:r>
    </w:p>
    <w:p>
      <w:r>
        <w:br/>
        <w:t>Інна винесла птаству вареної картоплі з висівками:</w:t>
      </w:r>
    </w:p>
    <w:p>
      <w:r>
        <w:br/>
        <w:t>— Снідайте на здоров'я! Сама теж пішла в хату снідати.</w:t>
      </w:r>
    </w:p>
    <w:p>
      <w:r>
        <w:br/>
        <w:t>Коли це зирк у вікно — а на подвір'ї повно якихось чудернацьких птахів: кругленькі, на безхвостих курчат схожі. Ніби руді м'ячики перекочуються, картоплю дзьобають.</w:t>
      </w:r>
    </w:p>
    <w:p>
      <w:r>
        <w:br/>
        <w:t>Покликала Інна маму.</w:t>
      </w:r>
    </w:p>
    <w:p>
      <w:r>
        <w:br/>
        <w:t>— О, цілий виводок куріпок! — здивувалася мама і пояснила: — Поля снігом занесло, важко їм корм добути. От куріпки й туляться ближче до хат. Видивилися, що ти подвір'я розчистила, і завернули в гості.</w:t>
      </w:r>
    </w:p>
    <w:p>
      <w:r>
        <w:br/>
        <w:t>А куріпки видзьобали картоплю і неквапом подалися геть.</w:t>
      </w:r>
    </w:p>
    <w:p>
      <w:r>
        <w:br/>
        <w:t>ДЗЮРКУНЕЦЬ</w:t>
      </w:r>
    </w:p>
    <w:p>
      <w:r>
        <w:br/>
        <w:t>—А за річкою он калина росте,— знайомив мене зі своїми хутірськими володіннями хлопчик Сашко, з яким я нещодавно заприятелював.</w:t>
      </w:r>
    </w:p>
    <w:p>
      <w:r>
        <w:br/>
        <w:t>Він, певно, помітив моє замішання, бо повторив:</w:t>
      </w:r>
    </w:p>
    <w:p>
      <w:r>
        <w:br/>
        <w:t>— Там, за річкою, бачите?</w:t>
      </w:r>
    </w:p>
    <w:p>
      <w:r>
        <w:br/>
        <w:t>Калину-то я бачив. До куща було не більше півсотні кроків, і кетяги її ягід, підрум'янені серпневим сонцем, яскріли на зеленому листі.</w:t>
      </w:r>
    </w:p>
    <w:p>
      <w:r>
        <w:br/>
        <w:t>Але ніде поблизу я не бачив річки. Ставок блищав оддалік, а от річка...</w:t>
      </w:r>
    </w:p>
    <w:p>
      <w:r>
        <w:br/>
        <w:t>Коли це... Я ледве не зареготав: за три сажні від нас плюскотів потічок, раз у. раз ховаючись у гінкому дикотрав'ї. Мені й на думку не спало б, що такого дзюркунця можна величати річкою.</w:t>
      </w:r>
    </w:p>
    <w:p>
      <w:r>
        <w:br/>
        <w:t>— Та он, дивіться! — уже рукою показав Сашко.</w:t>
      </w:r>
    </w:p>
    <w:p>
      <w:r>
        <w:br/>
        <w:t>— Еге,— похопився я,— такої кущистої калини мені ще не доводилося бачити.</w:t>
      </w:r>
    </w:p>
    <w:p>
      <w:r>
        <w:br/>
        <w:t>А про річку промовчав. З поваги до свого юного приятеля промовчав.</w:t>
      </w:r>
    </w:p>
    <w:p>
      <w:r>
        <w:br/>
        <w:t>...Минали дні, місяці, випадок цей майже геть забувся. Коли це одного разу посеред зими знову забрів я у Сашкові володіння. Правда, тепер їх годі було впізнати: кругом біло, голо, ставок покірно під кригою нидіє, калиновий кущ, обшуганий вітрами, просвічується наскрізь. І німа тиша зависла.</w:t>
      </w:r>
    </w:p>
    <w:p>
      <w:r>
        <w:br/>
        <w:t>Та враз чую: плюскоче!</w:t>
      </w:r>
    </w:p>
    <w:p>
      <w:r>
        <w:br/>
        <w:t>Очам не вірю: потічок! Промив льоди, пробив сніги і в'юниться собі. Звідки така сила в малюка?</w:t>
      </w:r>
    </w:p>
    <w:p>
      <w:r>
        <w:br/>
        <w:t>І тут помічаю, що струмінь у потічка пружний, ще й виблискує сталево. Біля краю промоїни клекоче грізно, піниться.</w:t>
      </w:r>
    </w:p>
    <w:p>
      <w:r>
        <w:br/>
        <w:t>Хотілося вигукнути:</w:t>
      </w:r>
    </w:p>
    <w:p>
      <w:r>
        <w:br/>
        <w:t>"Але ж у тебе, дзюркунцю, характер справжньої річки!" Та промовчав. З поваги до потічка промовчав.</w:t>
      </w:r>
    </w:p>
    <w:p>
      <w:r>
        <w:br/>
        <w:t>СОРОЧАЧЕ ПОЛЕ</w:t>
      </w:r>
    </w:p>
    <w:p>
      <w:r>
        <w:br/>
        <w:t>Находилися на лижах, накаталися, морозцем надихалися, аж почманіли. Коли б не вечірні сутінки, то й не вертали б додому. Вирішили, що неодмінно прийдемо сюди завтра.</w:t>
      </w:r>
    </w:p>
    <w:p>
      <w:r>
        <w:br/>
        <w:t>Та наступного дня у мене була невідкладна робота, а ще наступного — знову робота, а потім просто не випало. Вибралися тільки через тиждень.</w:t>
      </w:r>
    </w:p>
    <w:p>
      <w:r>
        <w:br/>
        <w:t>Прийшли і...</w:t>
      </w:r>
    </w:p>
    <w:p>
      <w:r>
        <w:br/>
        <w:t>— Чого це поле стало таке сорочаче? — питає Олег. Справді, на білій сніговій ковдрі — чорні плями: і там, і там, і там...</w:t>
      </w:r>
    </w:p>
    <w:p>
      <w:r>
        <w:br/>
        <w:t>Сонце хитренько усміхається — воно знає, хто це поле під сороку розмалював.</w:t>
      </w:r>
    </w:p>
    <w:p>
      <w:r>
        <w:br/>
        <w:t>ПРИХИСТОК</w:t>
      </w:r>
    </w:p>
    <w:p>
      <w:r>
        <w:br/>
        <w:t>Бачив же, що хмара насувається, та все сподівався, що вітер розжене чи пронесе її стороною. А воно як сипоне бульбашкуватим дощем — ніколи вже й до села бігти.</w:t>
      </w:r>
    </w:p>
    <w:p>
      <w:r>
        <w:br/>
        <w:t>Недалечко розкущилася молодесенька вербичка. Тож лишаю вудки — і до неї. Скоцюрбився в три погибелі, під нижні гілочки заповз. Хоч як воно там, а все ж якийсь прихисток.</w:t>
      </w:r>
    </w:p>
    <w:p>
      <w:r>
        <w:br/>
        <w:t>...То було кілька років тому. Тоді я прийшов сюди теж з вудками. Якраз квітував травень, усе зеленіло, молоділо.</w:t>
      </w:r>
    </w:p>
    <w:p>
      <w:r>
        <w:br/>
        <w:t>Мою увагу привернула вербова гілка. Залишена повінню, вона лежала на березі, засихала. Однак у ній ще вперто пручалася живинка, випнувши з-під поморхлої кори кілька хирлявих листочків.</w:t>
      </w:r>
    </w:p>
    <w:p>
      <w:r>
        <w:br/>
        <w:t>Я пожалів гілку, глибоко встромив її у м'який дернистий берег, ще й річкової води хлюпнув. Хотілося, щоб вона вижила.</w:t>
      </w:r>
    </w:p>
    <w:p>
      <w:r>
        <w:br/>
        <w:t>Про те, що вербичка сьогодні подарує мені прихисток, я тоді й гадки не мав. А воно ось як вийшло.</w:t>
      </w:r>
    </w:p>
    <w:p>
      <w:r>
        <w:br/>
        <w:t>АНЕМОНА</w:t>
      </w:r>
    </w:p>
    <w:p>
      <w:r>
        <w:br/>
        <w:t>Була серед них і анемона: тонюсіньке стебельце, увінчане великим білим келихом-дзвінком. Такою ніжною, тендітною, беззахисно-боязкою здавалася ця квітка, що я весь час непокоївся, чи ж донесу її додому.</w:t>
      </w:r>
    </w:p>
    <w:p>
      <w:r>
        <w:br/>
        <w:t>А таки доніс. Поставив букет у вазу з водою, як і належить.</w:t>
      </w:r>
    </w:p>
    <w:p>
      <w:r>
        <w:br/>
        <w:t>А тут — відрядження, повернувся аж через кілька днів. Поглянув на букет і очам не повірив: усі квітки зів'яли, пообтрушували пелюстки, тільки з тендітною анемоною нічого-нічогісінько не сталося — вона так само красувалася великим келихом-дзвінком і так само здавалася беззахисно-боязкою.</w:t>
      </w:r>
    </w:p>
    <w:p>
      <w:r>
        <w:br/>
        <w:t>ЛА-ТА-ТА!..</w:t>
      </w:r>
    </w:p>
    <w:p>
      <w:r>
        <w:br/>
        <w:t>По доріжці, по даху, по бузку безлистому: "Ла-та-та! Ла-та-та!" Дощ.</w:t>
      </w:r>
    </w:p>
    <w:p>
      <w:r>
        <w:br/>
        <w:t>Перший весняний дощ.</w:t>
      </w:r>
    </w:p>
    <w:p>
      <w:r>
        <w:br/>
        <w:t>Вийшов на ґанок дід Іван — задивився, долоню підставив. Цвірінькають горобці — задоволені. Травичка біля доріжки вмилася, зазеленіла. "Ла-та-та! Ла-та-та!"</w:t>
      </w:r>
    </w:p>
    <w:p>
      <w:r>
        <w:br/>
        <w:t>По доріжці, по даху, по бузку безлистому.</w:t>
      </w:r>
    </w:p>
    <w:p>
      <w:r>
        <w:br/>
        <w:t>І все довкруг захоплено плеще в долоні: "Ла-та-та!.."</w:t>
      </w:r>
    </w:p>
    <w:p>
      <w:r>
        <w:br/>
        <w:t>ГІРКА ТРАВИЧКА</w:t>
      </w:r>
    </w:p>
    <w:p>
      <w:r>
        <w:br/>
        <w:t>Можливо, бачив я її не раз. Але де там упізнати як не знаю, яка вона з себе.</w:t>
      </w:r>
    </w:p>
    <w:p>
      <w:r>
        <w:br/>
        <w:t>Принесла її сусідка, коли я нездужав, коли й голови не міг звести.</w:t>
      </w:r>
    </w:p>
    <w:p>
      <w:r>
        <w:br/>
        <w:t>— Попий цієї гіркої травички,— сказала,— подужчаєш.</w:t>
      </w:r>
    </w:p>
    <w:p>
      <w:r>
        <w:br/>
        <w:t>І запарила її у горнятку.</w:t>
      </w:r>
    </w:p>
    <w:p>
      <w:r>
        <w:br/>
        <w:t>Попив я кілька разів — уже й на ногах.</w:t>
      </w:r>
    </w:p>
    <w:p>
      <w:r>
        <w:br/>
        <w:t>Можна було розпитати в тітки про цю травичку, та й треба було... Але я відчував, як сила так і пружинить у мені, а весна якраз у розпалі — то хіба станеш звертати увагу на якийсь дріб'язок, коли попереду стільки всього!</w:t>
      </w:r>
    </w:p>
    <w:p>
      <w:r>
        <w:br/>
        <w:t>Та весна тільки в казках буває вічною. І одного дня я згадав: а що ж то за така гірка травичка? Тільки уже не було в кого просити, щоб показав її...</w:t>
      </w:r>
    </w:p>
    <w:p>
      <w:r>
        <w:br/>
        <w:t>І тепер, хоч скільки трав знаю, мені весь час не стачає тієї одної.</w:t>
      </w:r>
    </w:p>
    <w:p>
      <w:r>
        <w:br/>
        <w:t>ЗАЦВІЛИ СОСНИ</w:t>
      </w:r>
    </w:p>
    <w:p>
      <w:r>
        <w:br/>
        <w:t>небо гуготіло, ревло, клекотало, біснувалося, сліпуче розверзало свої нетрі. А з тих нетрів падала водяна лавина, розплющувалась об асфальт, і вже на місці дороги неслася ціла річка, вся в піняві і ряботинні.</w:t>
      </w:r>
    </w:p>
    <w:p>
      <w:r>
        <w:br/>
        <w:t>Та ось потроху почало вщухати. Віддалилася громовиця, до-щисько перейшов у дощ, дощ — у дощик, а там на пів-обрію здивовано вигнула брову райдуга.</w:t>
      </w:r>
    </w:p>
    <w:p>
      <w:r>
        <w:br/>
        <w:t>І тут раптом усі помітили на калюжах, на газонах, на асфальті жовту паволоку. Де вона взялася? Одні казали — сірка, інші — що десь у полі вихор підхопив купу міндобрива і воно розвіялося над містом.</w:t>
      </w:r>
    </w:p>
    <w:p>
      <w:r>
        <w:br/>
        <w:t>А виявилося, що то гроза принесла з лісу сосновий пилок, щоб нагадати заклопотаним людям, що вже травень і зацвіли сосни.</w:t>
      </w:r>
    </w:p>
    <w:p>
      <w:r>
        <w:br/>
        <w:t>ЩАСТЯ</w:t>
      </w:r>
    </w:p>
    <w:p>
      <w:r>
        <w:br/>
        <w:t>— Знайшов! Щастя знайшов! Глянь, мамо, яка гарна</w:t>
      </w:r>
    </w:p>
    <w:p>
      <w:r>
        <w:br/>
        <w:t>п'ятірочка!..</w:t>
      </w:r>
    </w:p>
    <w:p>
      <w:r>
        <w:br/>
        <w:t>Біжить хлоп'я через подвір'я, поспішає скоріше показати п'ятипелюсткове "щастячко", знайдене на квітучій бузковій гілці. І скільки тієї радості в голосі хлоп'яти! — Знайшов!..</w:t>
      </w:r>
    </w:p>
    <w:p>
      <w:r>
        <w:br/>
        <w:t>Як, можливо, було і в його прадіда сто років тому. Як, можливо, буде і в його правнука через сто років. Для щастя іноді так небагато треба.</w:t>
      </w:r>
    </w:p>
    <w:p>
      <w:r>
        <w:br/>
        <w:t>СОЛОВ'Ї</w:t>
      </w:r>
    </w:p>
    <w:p>
      <w:r>
        <w:br/>
        <w:t>У лісі стільки вранішнього сонця, аж очам лоскітно. Здається, що все тут густо прошите золотими нитками. А на воду глянеш — дзеркало та й годі!</w:t>
      </w:r>
    </w:p>
    <w:p>
      <w:r>
        <w:br/>
        <w:t>Листя ще тільки проклюнулося на березі та вільсі, на ліщині та осиці.</w:t>
      </w:r>
    </w:p>
    <w:p>
      <w:r>
        <w:br/>
        <w:t>Зате долі — зелене шумовиння. Недарма ж місяць травнем звуть. А по тому шумовинні — білі цятки. Це заячий щавель цвіте. Тут і там — фіалки. Онде барвінок.</w:t>
      </w:r>
    </w:p>
    <w:p>
      <w:r>
        <w:br/>
        <w:t>Край самої води черемха, у піняві вся. Цвіте.</w:t>
      </w:r>
    </w:p>
    <w:p>
      <w:r>
        <w:br/>
        <w:t>Ми розкладаємо вудки.</w:t>
      </w:r>
    </w:p>
    <w:p>
      <w:r>
        <w:br/>
        <w:t>Враз як задзвенить, як защебече: "Тьох-тьох-тьох! Чів-чюв!" Соловейко.</w:t>
      </w:r>
    </w:p>
    <w:p>
      <w:r>
        <w:br/>
        <w:t>Коли він змовк, десь за річкою озвався другий. А ген оддалік ще один витинає.</w:t>
      </w:r>
    </w:p>
    <w:p>
      <w:r>
        <w:br/>
        <w:t>І знову над нами: "Тьох-тьох! Ті-ті-ті! Тюр-р-р! Чів-чюв! Чів-чюв!.."</w:t>
      </w:r>
    </w:p>
    <w:p>
      <w:r>
        <w:br/>
        <w:t>Оте "чів-чюв" виходило у нього так, наче запитував нас: "Чув?" Олег і каже:</w:t>
      </w:r>
    </w:p>
    <w:p>
      <w:r>
        <w:br/>
        <w:t>— Чув. І я чую, і он дядько.</w:t>
      </w:r>
    </w:p>
    <w:p>
      <w:r>
        <w:br/>
        <w:t>А соловейко пурх із гілки. Тільки його й бачили.</w:t>
      </w:r>
    </w:p>
    <w:p>
      <w:r>
        <w:br/>
        <w:t>УСІХ ПРИГОЩАЄ</w:t>
      </w:r>
    </w:p>
    <w:p>
      <w:r>
        <w:br/>
        <w:t>Дятел підлетів до молодого клена: "Тук! Тук! Тук!.."</w:t>
      </w:r>
    </w:p>
    <w:p>
      <w:r>
        <w:br/>
        <w:t>Не годиться полохати птаху, зайняту своїми пташиними клопотами. І я стою, чекаю, поки він перелетить на інше дерево.</w:t>
      </w:r>
    </w:p>
    <w:p>
      <w:r>
        <w:br/>
        <w:t>А дятел не поспішає — продовбав кору і ласує кленовим соком. Бач, який, знає, що кленовий сік не гірший від березового.</w:t>
      </w:r>
    </w:p>
    <w:p>
      <w:r>
        <w:br/>
        <w:t>Нарешті полетів. Та тієї ж миті де не візьмись два горобці. Вовтузяться біля клена, по черзі п'ють сік, задоволено цвірінькають — дякують дятлові, що пригостив.</w:t>
      </w:r>
    </w:p>
    <w:p>
      <w:r>
        <w:br/>
        <w:t>Настала й моя черга. Відламав я галузку, встромив її в дятлову дірочку. Сік по галузці кап, кап, кап...</w:t>
      </w:r>
    </w:p>
    <w:p>
      <w:r>
        <w:br/>
        <w:t>Пробую на язик — солодкий!</w:t>
      </w:r>
    </w:p>
    <w:p>
      <w:r>
        <w:br/>
        <w:t>Навесні дятел щедрий, усіх пригощає.</w:t>
      </w:r>
    </w:p>
    <w:p>
      <w:r>
        <w:br/>
        <w:t>ПІСЛЯ зими</w:t>
      </w:r>
    </w:p>
    <w:p>
      <w:r>
        <w:br/>
        <w:t>Прийду після зими, а на твоєму березі, річко, буде все до цяточки знайоме: ось наввипередки рвонули в ріст червонясті кущики кінського щавлю; ось посеред обчіпляних довгими китицями старих осик вгадує зозуля мої літа; ось погрозливо настовбурчився триголовий Горинич — твій ревний охоронець, величезний чорний корч, хтозна з яких часів і з якого лісу. Прийду після зими: — Здрастуй, моє розволля! Скажу. Погукаю. Заспіваю.</w:t>
      </w:r>
    </w:p>
    <w:p>
      <w:r>
        <w:br/>
        <w:t>...Нарешті після зими: весняна Горинь понесла триголового Горинича до далеких далей; зозулі примоститися ніде, бо старі осики спиляні на дрова; до кущистого кінського щавлю вже й не додивляюся, бо за спиляними осиками відкрилася погляду і зачарувала його тонконога кучерява памолодь.</w:t>
      </w:r>
    </w:p>
    <w:p>
      <w:r>
        <w:br/>
        <w:t>Сподівався, після зими прийду, як додому. Вийшло — знову тільки в гості...</w:t>
      </w:r>
    </w:p>
    <w:p>
      <w:r>
        <w:br/>
        <w:t>ВЕРБОВІ КОТИКИ</w:t>
      </w:r>
    </w:p>
    <w:p>
      <w:r>
        <w:br/>
        <w:t>Якось враз потепліло-потепліло, а Горинь набрякла і скинула кригу. Ринула вода берегами, городи затоплює, клекоче, плюскотить, у піняві вся.</w:t>
      </w:r>
    </w:p>
    <w:p>
      <w:r>
        <w:br/>
        <w:t>Люди з крутогору дивляться не надивляться: просторінь така, що дух перехоплює. Тільки де-де по заплаві синіють вершечки вільх.</w:t>
      </w:r>
    </w:p>
    <w:p>
      <w:r>
        <w:br/>
        <w:t>Кроків за кілька від сухої коси визирає з води вербовий кущик. Невеличкий такий, а на ньому — котики. Пухнастенькі, жовтаво-зеленаві. Ніби табунець гусеняток примостився спочити на тонких галузках. І такі вони лагідні та безпомічні! Здається, де вже їм, беззахисним, утриматися на хисткому сідалі серед піняви і клекотіння!</w:t>
      </w:r>
    </w:p>
    <w:p>
      <w:r>
        <w:br/>
        <w:t>Коли це знайшовся сміливець: роззувся, підкачав холоші, цьоп-цьоп по воді — обламав вербичку. Жодного котика не лишив.</w:t>
      </w:r>
    </w:p>
    <w:p>
      <w:r>
        <w:br/>
        <w:t>І чомусь раптом здалося, що довкола стало порожньо-порожньо...</w:t>
      </w:r>
    </w:p>
    <w:p>
      <w:r>
        <w:br/>
        <w:t>БІЛЯ ВИТОКУ</w:t>
      </w:r>
    </w:p>
    <w:p>
      <w:r>
        <w:br/>
        <w:t>Талі води своє відгомоніли, а весняні вітри підсушили поле, і зараз на дні вижолобка тільки золотиться мати-й-мачуха. І йти сюдою до того приємно, що я так і прошкую вижолобком, нікуди не звертаючи.</w:t>
      </w:r>
    </w:p>
    <w:p>
      <w:r>
        <w:br/>
        <w:t>А він непомітно стає все глибшим і глибшим, і з-під торішньої посірілої трави починає все настійніше пробиватися зелень. А то враз усуціль зазеленіло, земля вкрилася пухнастою, мов килим, травою. Тут уже мати-й-мачуха не присусідиться. Далі — молода осока побігла... З чого б то?</w:t>
      </w:r>
    </w:p>
    <w:p>
      <w:r>
        <w:br/>
        <w:t>Коли це відчуваю — під ногами мокро. Еге, так і є: он у траві калюжка сріблиться, а там друга, третя. Біля горбочка, на якому буйно кошлатиться торішня трава і сухе будяччя, брижиться мерехтлива смужечка, мов жива. І хоч вона одразу ж губиться у візерунчастих нерозквітлих жовтцях, та через кілька кроків жваво вигулькує знову, а ще далі уже дзеркалиться суцільною стрічечкою.</w:t>
      </w:r>
    </w:p>
    <w:p>
      <w:r>
        <w:br/>
        <w:t>Я думав якраз про щось своє, і було вже пройшов без уваги далі, коли це зирк — а далеко попереду синіє знайома гора, а під горою біліють знайомі хати... Як же я одразу не здогадався: це ж тут починається наша річка Рудочка!</w:t>
      </w:r>
    </w:p>
    <w:p>
      <w:r>
        <w:br/>
        <w:t>І совісно стало: стільки річок бачив-перебачив, знаю, де бере початок Дніпро, Волга, а до витоку своєї рідної Рудочки оце тільки випадок привів.</w:t>
      </w:r>
    </w:p>
    <w:p>
      <w:r>
        <w:br/>
        <w:t>Схиляю голову, вклоняюся: прости мені, річко...</w:t>
      </w:r>
    </w:p>
    <w:p>
      <w:r>
        <w:br/>
        <w:t>ПЕРШИЙ ОБХІД</w:t>
      </w:r>
    </w:p>
    <w:p>
      <w:r>
        <w:br/>
        <w:t>Перший обхід весняного лісу починаю з ліщинового куща. Він на самому краю, ще й віття простягнув назустріч, радіючи моїй появі.</w:t>
      </w:r>
    </w:p>
    <w:p>
      <w:r>
        <w:br/>
        <w:t>— Здрастуй! — кажу і беру в руку прохолодно-шорстку гілку.— Відзимувалося?</w:t>
      </w:r>
    </w:p>
    <w:p>
      <w:r>
        <w:br/>
        <w:t>А з гілки усміхається мені малюсінька пурпурова квіточка, наче жаринка в попелі вчорашнього багаття.</w:t>
      </w:r>
    </w:p>
    <w:p>
      <w:r>
        <w:br/>
        <w:t>Вона таки красуня, ця першовесняна квітка! Жаль тільки, мало хто примічає її красу. Бо часто навіть завзяті любителі горіхів не знають, як і коли цвіте ліщина.</w:t>
      </w:r>
    </w:p>
    <w:p>
      <w:r>
        <w:br/>
        <w:t>ЧУДНІ</w:t>
      </w:r>
    </w:p>
    <w:p>
      <w:r>
        <w:br/>
        <w:t>Подумалось, гуси погубили пір'я, а то маргаритки. По всьому лузі біліють.</w:t>
      </w:r>
    </w:p>
    <w:p>
      <w:r>
        <w:br/>
        <w:t>Подумалось, чудні ці маргаритки: уже й трава вибуріла, уже сніжинки пролітають, а вони заповзялися цвісти. Подумалось тоді, пізньої осені...</w:t>
      </w:r>
    </w:p>
    <w:p>
      <w:r>
        <w:br/>
        <w:t>...Щойно схлинула весняна повінь. Бреду калюжистим лугом до річки, аж зирк — маргаритки... Цвітуть!</w:t>
      </w:r>
    </w:p>
    <w:p>
      <w:r>
        <w:br/>
        <w:t>Подумалось, чудні ці маргаритки: ще на всій-усій заплаві нічого й не проклюнулося, а вони біліють.</w:t>
      </w:r>
    </w:p>
    <w:p>
      <w:r>
        <w:br/>
        <w:t>Подумалось, як добре, що є на світі чудні квітки — маргаритки!</w:t>
      </w:r>
    </w:p>
    <w:p>
      <w:r>
        <w:br/>
        <w:t>ХТО НАЙПРИМІТНІШИЙ</w:t>
      </w:r>
    </w:p>
    <w:p>
      <w:r>
        <w:br/>
        <w:t>Тільки-но сонце весняно плюснулось на широкий вигін, що за селом, а мати-й-мачуха вже й затеплила свої жовті ліхтарики. І стала найпримітнішою на вигоні.</w:t>
      </w:r>
    </w:p>
    <w:p>
      <w:r>
        <w:br/>
        <w:t>Потім кропива, сердито розпихуючи пріле бадиляччя, кущисто погнала вгору. І вже найпримітнішою на вигоні стала вона.</w:t>
      </w:r>
    </w:p>
    <w:p>
      <w:r>
        <w:br/>
        <w:t>Згодом зазолотіли кульбаби, і всім здалося, що на вигоні тільки вони й ростуть.</w:t>
      </w:r>
    </w:p>
    <w:p>
      <w:r>
        <w:br/>
        <w:t>А ще потім вибуяв свічкастий коров'як. І було його видно здалеку.</w:t>
      </w:r>
    </w:p>
    <w:p>
      <w:r>
        <w:br/>
        <w:t>За такими вдатними сусідами куценькому споришеві ніяк і показатися. Та він і не пнеться. Примостився там, де вже інші рости не захотіли, та й кучерявиться тихенько при самій землі.</w:t>
      </w:r>
    </w:p>
    <w:p>
      <w:r>
        <w:br/>
        <w:t>Але саме до споришу тягнуться влітку корови, обминаючи його квітастих сусідів. Саме за ним нишпорять вівці і кози. Цю трав-ку-муравку і кури пощипують, і гуси поскубують. А восени поласувати споришевими зернятками-горішками злітаються цілі зграї дикого птаства — від шалапутних горобців до відлюдкуватих тетеруків.</w:t>
      </w:r>
    </w:p>
    <w:p>
      <w:r>
        <w:br/>
        <w:t>От і розберись, хто найпримітніший на вигоні.</w:t>
      </w:r>
    </w:p>
    <w:p>
      <w:r>
        <w:br/>
        <w:t>ЯБЛУНЯ</w:t>
      </w:r>
    </w:p>
    <w:p>
      <w:r>
        <w:br/>
        <w:t>Сьогодні йду — а вона зацвіла... ...Як на місці дерев'яної дядькової хати почали зводити з білої цегли великий багатоповерховий дім, яблуня стала всім на заваді. Водії бурчали, що об'їжджати її щоразу треба, кранівники — що незручно через неї переносити піддони, а зі слів виконроба виходило, що яблуня взагалі не дає належного простору для роботи.</w:t>
      </w:r>
    </w:p>
    <w:p>
      <w:r>
        <w:br/>
        <w:t>Перепадало яблуні від усіх. Могутній грузовик зачепив її бортом і. відчахнув гілляку. Кран черкнув піддоном по верхівці, і та знівечено обвисла. Виконроб розпорядився вирвати дерево з коренем. Але бульдозерний трос не витримав — тріснув, тільки глибоко в'ївся у стовбур і вирвав кусень кори аж до білого.</w:t>
      </w:r>
    </w:p>
    <w:p>
      <w:r>
        <w:br/>
        <w:t>У домі вже оселились новосели. Але за клопотами ні в кого не знаходилося часу підрізати яблуню, змастити рани. Чи, може, здалося людям, що з неї вже все одно нічого не буде.</w:t>
      </w:r>
    </w:p>
    <w:p>
      <w:r>
        <w:br/>
        <w:t>А вона взяла та й зацвіла. І рясно-прерясно, ніби рожеву хустку пов'язала.</w:t>
      </w:r>
    </w:p>
    <w:p>
      <w:r>
        <w:br/>
        <w:t>Ось у кого повчитися б щедроти і приязні!</w:t>
      </w:r>
    </w:p>
    <w:p>
      <w:r>
        <w:br/>
        <w:t>СКАПУЮТЬ ЯГОДИ</w:t>
      </w:r>
    </w:p>
    <w:p>
      <w:r>
        <w:br/>
        <w:t>Зі старої черешні на дорогу скапують перестиглі ягоди. Чорні-пречорні. І дорога рябіє темними плямами.</w:t>
      </w:r>
    </w:p>
    <w:p>
      <w:r>
        <w:br/>
        <w:t>Пригадую, ми завжди обносили цю черешню ще до того, як ягоди на ній почорніють. Бо росте вона посеред села, біля перехрестя, де завжди було повно дітвори. А тітка Мокрина, господиня, тільки з виду була строга, а насправді більше боялася, щоб хтось із нас не шелеснув з дерева додолу.</w:t>
      </w:r>
    </w:p>
    <w:p>
      <w:r>
        <w:br/>
        <w:t>Тепер діти не граються тут. Тепер у черешні новий хазяїн. Он яким штахетником обгородився...</w:t>
      </w:r>
    </w:p>
    <w:p>
      <w:r>
        <w:br/>
        <w:t>І з високих черешневих одводин перестиглі ягоди на землю кап, кап, кап...</w:t>
      </w:r>
    </w:p>
    <w:p>
      <w:r>
        <w:br/>
        <w:t>СТРАХ</w:t>
      </w:r>
    </w:p>
    <w:p>
      <w:r>
        <w:br/>
        <w:t>Ягідник був неторканий, і ми гарно походили: у відерці майже по вінця чорниць.</w:t>
      </w:r>
    </w:p>
    <w:p>
      <w:r>
        <w:br/>
        <w:t>Олег попасом далеко вбік відбився, сорочка його біліє аж ген за дальніми соснами.</w:t>
      </w:r>
    </w:p>
    <w:p>
      <w:r>
        <w:br/>
        <w:t>Коли це біжить — задиханий, наполоханий:</w:t>
      </w:r>
    </w:p>
    <w:p>
      <w:r>
        <w:br/>
        <w:t>— Дядь, там вовк!..</w:t>
      </w:r>
    </w:p>
    <w:p>
      <w:r>
        <w:br/>
        <w:t>— Де ти його побачив?</w:t>
      </w:r>
    </w:p>
    <w:p>
      <w:r>
        <w:br/>
        <w:t>— Отам... Виє...</w:t>
      </w:r>
    </w:p>
    <w:p>
      <w:r>
        <w:br/>
        <w:t>— Ну, коли виє,— сміюся,— то ти зачекай тут, а я піду з ним знайомитися. Щось не чував я, щоб у нашому лісі отак серед літнього дня вовки вили. Певно, здалося малому.</w:t>
      </w:r>
    </w:p>
    <w:p>
      <w:r>
        <w:br/>
        <w:t>Йду туди, де щойно Олег збирав чорниці. Хлопчик оговтався трохи, ступає за мною, хоч і віддалік тримається. Враз: "У-у-ув!.. Гу-у-гу-в!.."</w:t>
      </w:r>
    </w:p>
    <w:p>
      <w:r>
        <w:br/>
        <w:t>Протяжно, тоскно, ніби крижинками за комір сипле. А потім ще моторошніше: "Гу-гу-у-в-в!.." Олег зойкнув і позадкував.</w:t>
      </w:r>
    </w:p>
    <w:p>
      <w:r>
        <w:br/>
        <w:t>Признаюся, я ледве й сам не кинувся услід за хлопчиком. Але ж... дорослий, та й цікавість штрикає в п'яти, певна річ.</w:t>
      </w:r>
    </w:p>
    <w:p>
      <w:r>
        <w:br/>
        <w:t>Йду далі. Розглядаюся, приглядаюся — ніде нікого й нічого. Та й виття не чути. Що це, думаю, хіба й мені вчулося?</w:t>
      </w:r>
    </w:p>
    <w:p>
      <w:r>
        <w:br/>
        <w:t>Аж раптом у мене над головою: "У-у-гу-у!.."</w:t>
      </w:r>
    </w:p>
    <w:p>
      <w:r>
        <w:br/>
        <w:t>Сахнувся з несподіванки, голову в плечі увібрав, і... Хуг, щоб його! Від серця відлягло. Навіть смішно стало. На сосну, під якою я опинився, похилилася береза. Як тільки вітер у верховітті шугне, їхні стовбури труться один об одного, а від того тертя і народжується тоскне "У-у-гу-у!..", ніби вовк завиває.</w:t>
      </w:r>
    </w:p>
    <w:p>
      <w:r>
        <w:br/>
        <w:t>Що не кажіть, а в лісі таки живуть страхи!</w:t>
      </w:r>
    </w:p>
    <w:p>
      <w:r>
        <w:br/>
        <w:t>МОЄ МІСЦЕ</w:t>
      </w:r>
    </w:p>
    <w:p>
      <w:r>
        <w:br/>
        <w:t>Тут моє місце. Я тут завжди ловлю. Трохи довша за вудку латка води та клапоть посвіжілої за ніч, унизаної сивими росинками-горошинками трави. І невидимий соловейко у невидимих верболозах з усієї сили пнеться розбудити сонце, що якраз додивляється останні сни...</w:t>
      </w:r>
    </w:p>
    <w:p>
      <w:r>
        <w:br/>
        <w:t>Воно мені таке рідне! До нього щоразу не ноги, а крила несуть. Мою річку рано-ранню хіба порівняєш із чимось?</w:t>
      </w:r>
    </w:p>
    <w:p>
      <w:r>
        <w:br/>
        <w:t>Прикипиш поглядом до поплавка, чекаєш. А все довколишнє всотується в тебе самохіть. Та так, щоб потім у далеких далях ні-ні та й ворухнутися в душі лоскітним щемом.</w:t>
      </w:r>
    </w:p>
    <w:p>
      <w:r>
        <w:br/>
        <w:t>...У материній хаті тихо-тихо. Але я цілу ніч раз по раз прокидаюся — боюся проспати. А як на світ зашарілося — за вудки і гайда. Босий, щоб як колись. А в п'яти чи то роса, чи нетерплячка все підганяє, підганяє.</w:t>
      </w:r>
    </w:p>
    <w:p>
      <w:r>
        <w:br/>
        <w:t>Ось і річка. В тумані, як дитина в пелюшках. Чекає, авжеж чекає...</w:t>
      </w:r>
    </w:p>
    <w:p>
      <w:r>
        <w:br/>
        <w:t>— Дядьку, пройдіть трохи далі. Тут моє місце. Хлоп'я років десяти-дванадцяти. З вудками сидить...</w:t>
      </w:r>
    </w:p>
    <w:p>
      <w:r>
        <w:br/>
        <w:t>— Як-то?! — спиняюся здивований і ображений водночас.</w:t>
      </w:r>
    </w:p>
    <w:p>
      <w:r>
        <w:br/>
        <w:t>— А так. Я тут завжди ловлю...</w:t>
      </w:r>
    </w:p>
    <w:p>
      <w:r>
        <w:br/>
        <w:t>ДЕ НОЧУЄ ТУМАН</w:t>
      </w:r>
    </w:p>
    <w:p>
      <w:r>
        <w:br/>
        <w:t>Ліс був незнайомий, і за весь ранок я не надибав жодного боровика.</w:t>
      </w:r>
    </w:p>
    <w:p>
      <w:r>
        <w:br/>
        <w:t>Зате знайшов гарну улоговину з отакенними дубами й соснами. Та ще із сивим туманом, що не розсіявся з ночі.</w:t>
      </w:r>
    </w:p>
    <w:p>
      <w:r>
        <w:br/>
        <w:t>В улоговині теж не було білих грибів, але повеселілось. Адже колись дід Іван казав:</w:t>
      </w:r>
    </w:p>
    <w:p>
      <w:r>
        <w:br/>
        <w:t>— Боровики з туману силу п'ють. Де ночує туман, там обов'язково виростуть білі грибочки.</w:t>
      </w:r>
    </w:p>
    <w:p>
      <w:r>
        <w:br/>
        <w:t>А я тепер знаю, де ночує туман.</w:t>
      </w:r>
    </w:p>
    <w:p>
      <w:r>
        <w:br/>
        <w:t>НА БЕЗГРИБ’Ї</w:t>
      </w:r>
    </w:p>
    <w:p>
      <w:r>
        <w:br/>
        <w:t>Мухомор як мухомор: червоний у білу цяточку. А я стою над ним і радію, ніби відерного боровика-вересовика виходив.</w:t>
      </w:r>
    </w:p>
    <w:p>
      <w:r>
        <w:br/>
        <w:t>Причина проста: це перший гриб, що— трапився на очі за півдня.</w:t>
      </w:r>
    </w:p>
    <w:p>
      <w:r>
        <w:br/>
        <w:t>Стою і радію. І вже неблискуча яскраво-червона мухоморова шапка починає здаватися рубіновим озерцем, на якому розсипалася і заклякла зграйка сніжно-білих лебедів...</w:t>
      </w:r>
    </w:p>
    <w:p>
      <w:r>
        <w:br/>
        <w:t>Справді, на безгриб'ї...</w:t>
      </w:r>
    </w:p>
    <w:p>
      <w:r>
        <w:br/>
        <w:t>ЩОСЬ</w:t>
      </w:r>
    </w:p>
    <w:p>
      <w:r>
        <w:br/>
        <w:t>Небагато ж — кроків п'ятнадцять, не більше. Якщо обережно, з купини на купину, то, може, й, не замочившись, доступив би. Але тут мої попутники заспішили, загукали: "На поїзд спізнимося, через тебе доведеться ночувати в цьому комариному розпліднику". Так і не додивився, що то червоніло серед густої осоки.</w:t>
      </w:r>
    </w:p>
    <w:p>
      <w:r>
        <w:br/>
        <w:t>Через тиждень я таки побував на тому болітці. Але на ньому вже горбатилися дві свіжі копиці — скосили осоку, і болітце відбілювало лисими куповатками.</w:t>
      </w:r>
    </w:p>
    <w:p>
      <w:r>
        <w:br/>
        <w:t>Досі не доберу, що то воно було. Серед осокового болітця і раптом червоне...</w:t>
      </w:r>
    </w:p>
    <w:p>
      <w:r>
        <w:br/>
        <w:t>Розповів якось товаришеві — сміється:</w:t>
      </w:r>
    </w:p>
    <w:p>
      <w:r>
        <w:br/>
        <w:t>— Щавель то кінський! Що там іще могло червоніти?</w:t>
      </w:r>
    </w:p>
    <w:p>
      <w:r>
        <w:br/>
        <w:t>А якщо не він? А коли це щось інше, щось таке, чого й не бачив ще?</w:t>
      </w:r>
    </w:p>
    <w:p>
      <w:r>
        <w:br/>
        <w:t>І треба було мені тоді вернутись! Кроків десять-дванадцять лишалося, не більше.</w:t>
      </w:r>
    </w:p>
    <w:p>
      <w:r>
        <w:br/>
        <w:t>У ПАРКУ</w:t>
      </w:r>
    </w:p>
    <w:p>
      <w:r>
        <w:br/>
        <w:t>У парку відпочинку цвітуть троянди. Тисячі троянд. Яких тільки кольорів, яких тільки відтінків, яких тільки форм тут немає — очі розбігаються!</w:t>
      </w:r>
    </w:p>
    <w:p>
      <w:r>
        <w:br/>
        <w:t>Маленька Інна до квіток нахиляється, гладить їх, ніби живі істоти. Інна дуже любить троянди. Коли це...</w:t>
      </w:r>
    </w:p>
    <w:p>
      <w:r>
        <w:br/>
        <w:t>— Ой-йой! — жалібно скрикнула вона і заплакала. З пальчика капала кров — подряпала об потайну колючку.</w:t>
      </w:r>
    </w:p>
    <w:p>
      <w:r>
        <w:br/>
        <w:t>І ми, дорослі, ніби змовившись, одночасно подивилися під ноги, шукаючи там подорожника, щоб прикласти до рани.</w:t>
      </w:r>
    </w:p>
    <w:p>
      <w:r>
        <w:br/>
        <w:t>КРИЛА</w:t>
      </w:r>
    </w:p>
    <w:p>
      <w:r>
        <w:br/>
        <w:t>Травинка гойдалася просто перед моїми очима. І поки я обідав, по ній аж двоє пройшлося.</w:t>
      </w:r>
    </w:p>
    <w:p>
      <w:r>
        <w:br/>
        <w:t>Спочатку травинкою пробігла чорна мураха. Ось вона дохо-пилася до вершечка, погойдалася, погойдалася — та й плюхнула додолу.</w:t>
      </w:r>
    </w:p>
    <w:p>
      <w:r>
        <w:br/>
        <w:t>А потім на травинку повільно почало здиратися сонечко — червона в чорну цяточку крапля. На вершечку сонечко теж погойдалося, погойдалося — та й... полетіло.</w:t>
      </w:r>
    </w:p>
    <w:p>
      <w:r>
        <w:br/>
        <w:t>Що-то, коли є крила.</w:t>
      </w:r>
    </w:p>
    <w:p>
      <w:r>
        <w:br/>
        <w:t>ОБРАЗЛИВО</w:t>
      </w:r>
    </w:p>
    <w:p>
      <w:r>
        <w:br/>
        <w:t>Шипшиновий кущ зустрів нас зніченим шерехом, ніби виправдовувався. З-поміж листя визирало всього кілька квіточок.</w:t>
      </w:r>
    </w:p>
    <w:p>
      <w:r>
        <w:br/>
        <w:t>Сміялося небо, гули сосни, шовковим шумом стелилася трава. А ми стояли, опустивши руки...</w:t>
      </w:r>
    </w:p>
    <w:p>
      <w:r>
        <w:br/>
        <w:t>Це був особливий кущ. Хтозна-яким вітром занесло на лісову галяву насіння шипшини, але кущ розрісся і щоразу на початку літа ряснів ніжними рожевими квітками.</w:t>
      </w:r>
    </w:p>
    <w:p>
      <w:r>
        <w:br/>
        <w:t>Це був наш кущ. Ми приходили сюди, як тільки випадала нагода. І було нам затишно, було нам урочисто-святково у царстві рожевоквітного дива.</w:t>
      </w:r>
    </w:p>
    <w:p>
      <w:r>
        <w:br/>
        <w:t>А тепер він обламаний...</w:t>
      </w:r>
    </w:p>
    <w:p>
      <w:r>
        <w:br/>
        <w:t>І нам до щему стало гірко, образливо. Не тому, що хтось невідомий вдерся в нашу неторкану казку. А що він, обламавши квіти, так і не відчув їхньої чарівної принади. Бо тут же, на прим'ятій траві, рожевим болем жеврів зів'ялий букет...</w:t>
      </w:r>
    </w:p>
    <w:p>
      <w:r>
        <w:br/>
        <w:t>ЛІСОВА КОПАНКА</w:t>
      </w:r>
    </w:p>
    <w:p>
      <w:r>
        <w:br/>
        <w:t>Вже як вийшли з лісу — відчули: таки добре стомилися. Із самісінького досвітку на ногах.</w:t>
      </w:r>
    </w:p>
    <w:p>
      <w:r>
        <w:br/>
        <w:t>І кошики ніби поважчали, хоч у них лише із десяток боровиків та по шапці іншої лісової здобичі — лисичок, сироїжок, моховиків. Але ж, як мовиться, стомленому на плечах і соломинка поліном стає.</w:t>
      </w:r>
    </w:p>
    <w:p>
      <w:r>
        <w:br/>
        <w:t>Попід лісом — широка піщана дорога. Далі — крутосхил. За ним —— поросла верболозом та вільшиною заплава. І аж ген удалині, за річкою,— село, куди приходить автобус.</w:t>
      </w:r>
    </w:p>
    <w:p>
      <w:r>
        <w:br/>
        <w:t>В Олега сорочка мокра на спині, з-під картуза теж патьоки на все обличчя. Але не нарікає ні на спеку, ні на втому — впертий.</w:t>
      </w:r>
    </w:p>
    <w:p>
      <w:r>
        <w:br/>
        <w:t>— Давай спочинемо,— пропоную.</w:t>
      </w:r>
    </w:p>
    <w:p>
      <w:r>
        <w:br/>
        <w:t>По очах бачу — зрадів. Але стримує радість:</w:t>
      </w:r>
    </w:p>
    <w:p>
      <w:r>
        <w:br/>
        <w:t>— Коли ви вже так хочете...</w:t>
      </w:r>
    </w:p>
    <w:p>
      <w:r>
        <w:br/>
        <w:t>Стали шукати підходяще місце — щоб і холодок, і трава. Аж тут на невисокому обтесаному стовпчику напис: "Копанка". І вниз збігає стежечка.</w:t>
      </w:r>
    </w:p>
    <w:p>
      <w:r>
        <w:br/>
        <w:t>Невдовзі ми вже сиділи в тіні молодих вільх, біля копанки, обкладеної дерев'яним зрубом. Вихлюпнули з пляшки рештки теплої води і, напившись свіжої, пороззувалися та й полягали в траві.</w:t>
      </w:r>
    </w:p>
    <w:p>
      <w:r>
        <w:br/>
        <w:t>А тут ще один грибник на спочинок завернув — низенький дідусь з коробом за плечима. Нас здивувало, що короб майже повний. Що ж то за гриби у ньому?</w:t>
      </w:r>
    </w:p>
    <w:p>
      <w:r>
        <w:br/>
        <w:t>— Гарні грибочки,— відповів дідусь і охоче став розповідати, де тут які гриби ростуть. Відпочивши, ми рушили до села втрьох. Олег каже:</w:t>
      </w:r>
    </w:p>
    <w:p>
      <w:r>
        <w:br/>
        <w:t>— Треба примітити це місце. Може, ще коли, як будемо в лісі, прийдемо.</w:t>
      </w:r>
    </w:p>
    <w:p>
      <w:r>
        <w:br/>
        <w:t>— Атож, атож,— закивав дідусь.— Бач, як у пригоді копанка стала. А малий же хлопець, хіба трохи більший за тебе, викопав. Лісників син. І табличку він написав.</w:t>
      </w:r>
    </w:p>
    <w:p>
      <w:r>
        <w:br/>
        <w:t>В автобусі Олег сидів біля вікна і, мабуть, як і я, думав про хлопчика, який подарував нам у лісі гарний спочинок.</w:t>
      </w:r>
    </w:p>
    <w:p>
      <w:r>
        <w:br/>
        <w:t>ВОДЯНА ЛІЛІЯ</w:t>
      </w:r>
    </w:p>
    <w:p>
      <w:r>
        <w:br/>
        <w:t>Юний день жаиворино видзвонював, застеляв сто-квітним дивом зелен луг.</w:t>
      </w:r>
    </w:p>
    <w:p>
      <w:r>
        <w:br/>
        <w:t>На затягнутому ряскою озерці білою зіркою розпустилася лілія. Сяє, ніби корона водяної царівни. А може, то сама водяна царівна обернулася квіткою і виглядає свого принца?</w:t>
      </w:r>
    </w:p>
    <w:p>
      <w:r>
        <w:br/>
        <w:t>...Пощастило згодом знову прийти сюди. Та що це з лугом?! Спохмурнів, пойнявся димчастою отавою, а осока й очерети на багнистій заплаві уже відцвіли і вицвіли. Навіть сонна ряска на озерці розтанула, наче імла.</w:t>
      </w:r>
    </w:p>
    <w:p>
      <w:r>
        <w:br/>
        <w:t>Коли зирк — а посеред озерця-люстерка усміхається біла водяна лілія...</w:t>
      </w:r>
    </w:p>
    <w:p>
      <w:r>
        <w:br/>
        <w:t>Здалося, та сама. Ніби мене виглядає.</w:t>
      </w:r>
    </w:p>
    <w:p>
      <w:r>
        <w:br/>
        <w:t>її усміх струменить у душу таким лагідним теплом, що від нього пробуджується, оживає і жайворовий дзвін, і стобарвність лугу, і п'янка зваба того юного дня.</w:t>
      </w:r>
    </w:p>
    <w:p>
      <w:r>
        <w:br/>
        <w:t>Радісно, коли тебе чекають.</w:t>
      </w:r>
    </w:p>
    <w:p>
      <w:r>
        <w:br/>
        <w:t>ПОРА ДОДОМУ</w:t>
      </w:r>
    </w:p>
    <w:p>
      <w:r>
        <w:br/>
        <w:t>Дятел постукує в темних вільхах. Тьмаво відсвічують берези на краю мочара. Тиха замрія снується зеленим надвечір'ям.</w:t>
      </w:r>
    </w:p>
    <w:p>
      <w:r>
        <w:br/>
        <w:t>Пора додому.</w:t>
      </w:r>
    </w:p>
    <w:p>
      <w:r>
        <w:br/>
        <w:t>А покрай пенька, прямо біля моїх ніг, два кущі папороті — розлаписто-простакуватий орляк і витончено-візерунчасте страусове перо. Такі гінкі, такі красиві кущі папороті!</w:t>
      </w:r>
    </w:p>
    <w:p>
      <w:r>
        <w:br/>
        <w:t>Пора додому.</w:t>
      </w:r>
    </w:p>
    <w:p>
      <w:r>
        <w:br/>
        <w:t>І мені чомусь трішечки сумно, що папороті не цвітуть. Бо ж до півночі уже недовго чекати, а ця ніч — купальська. Із притаєних сутінків озивається пізня птаха. Іду додому — пора.</w:t>
      </w:r>
    </w:p>
    <w:p>
      <w:r>
        <w:br/>
        <w:t>ПЕЙЗАЖ</w:t>
      </w:r>
    </w:p>
    <w:p>
      <w:r>
        <w:br/>
        <w:t>Тепер уже и не пригадаю, яка дорога привела мене на те поле. А от саме поле бачиться, як на фотографії. Ніде такого не стрічав: льон, льон і льон, синій, аж очі вбирає. А на горизонті прошва біло-білих беріз у серпанково-зелених накидках. А далі знову синява — небо...</w:t>
      </w:r>
    </w:p>
    <w:p>
      <w:r>
        <w:br/>
        <w:t>Тепер уже й не пригадаю, чи наповнився чимось того дня мій потертий кошіль. Та оте побачене ношу з собою й досі. І коли розказую комусь про своє Полісся, не забуваю сказати про поле, де льон, льон і льон, синій, аж очі вбирає, а на горизонті прошва біло-білих беріз у серпанково-зелених накидках, а далі знову синява — небо...</w:t>
      </w:r>
    </w:p>
    <w:p>
      <w:r>
        <w:br/>
        <w:t>POCA</w:t>
      </w:r>
    </w:p>
    <w:p>
      <w:r>
        <w:br/>
        <w:t>Сріблястою, веселково-кришталевою роса стане потім, як сонце підскочить над верби. А зараз вона сива-сива, і від неї весь луг сивий-сивий, аж дрижаки наганяє.</w:t>
      </w:r>
    </w:p>
    <w:p>
      <w:r>
        <w:br/>
        <w:t>Коли йти навпрошки, то річка уже недалеко. Але не хочеться зарошуватись — обходимо стежкою.</w:t>
      </w:r>
    </w:p>
    <w:p>
      <w:r>
        <w:br/>
        <w:t>Коли це сонце з-за горизонту рожево морг, морг!.. А в п'яти щось торк, торк, торк!.. Де вже тут обходитимеш! Подавай швидше річку. Роззуваємося, закасуємо холоші і навпростець. — Ух! Ах! Ох!..</w:t>
      </w:r>
    </w:p>
    <w:p>
      <w:r>
        <w:br/>
        <w:t>Роса, мов горошини, осипається, осипається.</w:t>
      </w:r>
    </w:p>
    <w:p>
      <w:r>
        <w:br/>
        <w:t>Роса штрикає і лоскоче, штрикає і лоскоче.</w:t>
      </w:r>
    </w:p>
    <w:p>
      <w:r>
        <w:br/>
        <w:t>Роса з нами, рибалками-мовчунами, робить незрозуміле: переповнила груди чимось іскристим, рвійним. Нам ніяк не втримати його в собі. І ми: "Га-ла-ла! Ха-ха-ха!" — на всю заплаву.</w:t>
      </w:r>
    </w:p>
    <w:p>
      <w:r>
        <w:br/>
        <w:t>Нарешті річка. Ша!</w:t>
      </w:r>
    </w:p>
    <w:p>
      <w:r>
        <w:br/>
        <w:t>А воно все не мовчиться.</w:t>
      </w:r>
    </w:p>
    <w:p>
      <w:r>
        <w:br/>
        <w:t>Між вербами уже прозиркує сонце — рум'яне, усміхнене. Теж, певно, по росі щойно босоніж пробіглося.</w:t>
      </w:r>
    </w:p>
    <w:p>
      <w:r>
        <w:br/>
        <w:t>ЧИСТОТА</w:t>
      </w:r>
    </w:p>
    <w:p>
      <w:r>
        <w:br/>
        <w:t>Від старезного моху дубові криничні цямрини зелені, аж темні. Зате джерельний живчик вибрикує, немов молоде козеня. І сусіди — жовтці та осоки — зіп'ялися навшпиньки: заглядають, як він витанцьовує.</w:t>
      </w:r>
    </w:p>
    <w:p>
      <w:r>
        <w:br/>
        <w:t>— Тату,— запитує мала Інна,— а хто в криницю води наливає?</w:t>
      </w:r>
    </w:p>
    <w:p>
      <w:r>
        <w:br/>
        <w:t>— Із землі,— відповідаю,— сама натікає.</w:t>
      </w:r>
    </w:p>
    <w:p>
      <w:r>
        <w:br/>
        <w:t>— А чого ж тоді вона не брудна? Намагаюся пояснити:</w:t>
      </w:r>
    </w:p>
    <w:p>
      <w:r>
        <w:br/>
        <w:t>— Усе, що із землі народжується, завжди чисте. Он біля криниці у траві незабудки — бачиш, які голубі?</w:t>
      </w:r>
    </w:p>
    <w:p>
      <w:r>
        <w:br/>
        <w:t>— Угу...— киває Інна.</w:t>
      </w:r>
    </w:p>
    <w:p>
      <w:r>
        <w:br/>
        <w:t>А через хвилину уже показує:</w:t>
      </w:r>
    </w:p>
    <w:p>
      <w:r>
        <w:br/>
        <w:t>— Глянь, сьогодні небо теж із землі народилося...</w:t>
      </w:r>
    </w:p>
    <w:p>
      <w:r>
        <w:br/>
        <w:t>І криниця, і донька навперебій розсипають свій сміх по неко-шених травах.</w:t>
      </w:r>
    </w:p>
    <w:p>
      <w:r>
        <w:br/>
        <w:t>БЕЗОДНЯ</w:t>
      </w:r>
    </w:p>
    <w:p>
      <w:r>
        <w:br/>
        <w:t>Можна під'їхати, тепер до села ходить автобус, але в таку духмяно-зелену теплінь чого гаяти час на зупинці? Та ще коли є коротка стежка.</w:t>
      </w:r>
    </w:p>
    <w:p>
      <w:r>
        <w:br/>
        <w:t>Вирушив пішки. Знаю: спочатку йтиму полем, потім через перелісок, а далі попід горою, де кучерявиться густий ліщиновий пояс. В тіні ліщинника — джерело. Безодня. Споконвіку це джерело так називають. Вода в ньому непроглядно-синя, аж чорна.</w:t>
      </w:r>
    </w:p>
    <w:p>
      <w:r>
        <w:br/>
        <w:t>Казали, ніби сюди впав з неба метеорит і це від нього утворилася безодня. А ми вірили, що звідси веде підземна протока аж до самого моря.</w:t>
      </w:r>
    </w:p>
    <w:p>
      <w:r>
        <w:br/>
        <w:t>В дитинстві ми боялися безодні, сторонилися її. Якось моторошно робилося від її таємничої теміні. І галаслива наша ватага, завзято обносячи горіхи в ліщиннику, ніколи не всідалася на спочинок біля цього джерела. ...Поле... Перелісок... Гора...</w:t>
      </w:r>
    </w:p>
    <w:p>
      <w:r>
        <w:br/>
        <w:t>А де ж це ліщинник?! Під горою голо-голісінько...</w:t>
      </w:r>
    </w:p>
    <w:p>
      <w:r>
        <w:br/>
        <w:t>Вже потім завважую: ні, тут зовсім не так уже й голо, на місці ліщинника тепер ряботять пагони кукурудзи.</w:t>
      </w:r>
    </w:p>
    <w:p>
      <w:r>
        <w:br/>
        <w:t>Збоку біля стежки — калюжа, напівзакидана усяким ломаччям. По тоненькій цівочці, що звідтіля в'юниться, здогадуюся: десь на її дні тліє живець джерельця.</w:t>
      </w:r>
    </w:p>
    <w:p>
      <w:r>
        <w:br/>
        <w:t>Далі — знову кукурудзяні цибухи...</w:t>
      </w:r>
    </w:p>
    <w:p>
      <w:r>
        <w:br/>
        <w:t>А де ж безодня?</w:t>
      </w:r>
    </w:p>
    <w:p>
      <w:r>
        <w:br/>
        <w:t>Погляд мій знову зупиняється на жалюгідній калюжі. "Невже?!" — пронизує здогад.</w:t>
      </w:r>
    </w:p>
    <w:p>
      <w:r>
        <w:br/>
        <w:t>А тоненький струмочок сочиться по сірій зморшкуватій землі, мов сльоза на старечій щоці.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ночує туман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