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когут піє на три держави</w:t>
      </w:r>
    </w:p>
    <w:p>
      <w:r>
        <w:br/>
        <w:t xml:space="preserve"> &lt;p&gt;Кольорові вікна Жмеринського двірця ллють на перон м'яке, тендітне світло. З них випромінюється припорошений залізничий затишок і тхне заколисаним подорожнім супокоєм. Глянеш на них — і хилить на сон. Над двірцем, у темному хаосі ночі, спалахують короткі блискавки. До вагона долітає іноді проціджений крізь паровозні гудки й перонний гамір кволий грім і сквапно тане в накуреному, заспаному повітрі. Цей грім тут такий знекровлений, такий миршавий, що аж дивно його чути. Немов заторохкотіла над ухом дитяча цяцька-калатало.</w:t>
      </w:r>
    </w:p>
    <w:p>
      <w:r>
        <w:br/>
        <w:t>Пероном ходить, позіхаючи, агент ОДТОДПУ. Йому теж хочеться спати, і він ледве проганяє дрімоту цигарками: погасив недокурок об підметку чобота й знову чиркнув сірником, запалює нову цигарку. Тоскно світить циферблат здоровенного годинника біля дверей, ніяк не дотягне стрілок до другої години. Куняє двірець. Йому тільки спровадить наш поїзд — і тоді до світанку на коліях усе затихне, засне.</w:t>
      </w:r>
    </w:p>
    <w:p>
      <w:r>
        <w:br/>
        <w:t>Велика стрілка на циферблаті нарешті здригнула, затрималась на мить, а тоді одразу перескочила через одну хвилину. Рівно друга година. Немов спросоння в глибині перону сполохано б'є на гвалт другий дзвінок. Рвучкий посвист кондуктора і — тихо, як за водою, пливе назад перон, освітлені вікна, блиснув семафор і згас. Жваво перебігають колеса на нову колію, торохкотять, підганяючи одне одного.</w:t>
      </w:r>
    </w:p>
    <w:p>
      <w:r>
        <w:br/>
        <w:t>В сусідньому купе знову розпочинається перервана суперечка. Поважний, певний себе баритон студента-кінгів-ця, смакуючи кожне слово, говорить до старого, метушливого єврея, мов вичитує неписьменному передовицю з учорашньої газети.</w:t>
      </w:r>
    </w:p>
    <w:p>
      <w:r>
        <w:br/>
        <w:t>— ...Да это подлые, мерзкие соглашатели! Они, эти сионисты, только и способны лизать империалистические сапоги Бальфуру, больше ни на что они не годятся...</w:t>
      </w:r>
    </w:p>
    <w:p>
      <w:r>
        <w:br/>
        <w:t>Єврею не подобався цей образ. Він заметушився на лаві, пританцьовуючи кульшами, і виставив перед себе розчепірені пальці.'</w:t>
      </w:r>
    </w:p>
    <w:p>
      <w:r>
        <w:br/>
        <w:t>— Что значить — империалистические сапоги? И почему вы думаете, что Бальфур безнепременно ходит в сапогах, а может быть, он как раз ходит в ботинках. И когда это, я хотел бы знать, сионисты лизали сапоги?</w:t>
      </w:r>
    </w:p>
    <w:p>
      <w:r>
        <w:br/>
        <w:t>Старий єврей непорозуміло підвів угору вузькі плечі, і зужитий, зашмаргований піджак зателіпався на його худезному тілі, як на вішалці.</w:t>
      </w:r>
    </w:p>
    <w:p>
      <w:r>
        <w:br/>
        <w:t>Студента спантеличили на хвилину "Бальфурові ботинки", він зовсім не сподівався, що вони нахабно й не до речі влізуть до суперечки, через те студент збився й сердито насупився.</w:t>
      </w:r>
    </w:p>
    <w:p>
      <w:r>
        <w:br/>
        <w:t>— Я говорю не о каких-то ботинках, а об английском империализме, который является самым хищническим, самым коварным...</w:t>
      </w:r>
    </w:p>
    <w:p>
      <w:r>
        <w:br/>
        <w:t>— Что значить —"коварным"? Мы его использоваем,— невронено відбиває новий удар старий єврей і переможно оглядає цікавих, що згрудились у проході.— Мы его ис-пользоваем и больше ничего. Что такое "коварный"?..</w:t>
      </w:r>
    </w:p>
    <w:p>
      <w:r>
        <w:br/>
        <w:t>Студентові блиснули очі, він нервово потягнув куточком губів цигарки й підпер долонею підборіддя.</w:t>
      </w:r>
    </w:p>
    <w:p>
      <w:r>
        <w:br/>
        <w:t>— А хто це "ми"? Значить, ви теж сіоніст?</w:t>
      </w:r>
    </w:p>
    <w:p>
      <w:r>
        <w:br/>
        <w:t>Це ясно було з самого початку, але питання, що його руба поставив студент, саркастично посміхаючись у самісінькі очі, засмутило старого єврея. Він засмикався на лаві, одвернувся до вікна, наче хотів сховати про всякий випадок своє обличчя, відповів вихлясто й роздратовано:</w:t>
      </w:r>
    </w:p>
    <w:p>
      <w:r>
        <w:br/>
        <w:t>— До чого тут "сіоніст"? Що таке —"сіоніст"? Кожний єнрей може бути сіоністом, в чому річ?</w:t>
      </w:r>
    </w:p>
    <w:p>
      <w:r>
        <w:br/>
        <w:t>— Далеко не кожний єврей — сіоніст! Це ви того...— авторитетно зауважує студент.</w:t>
      </w:r>
    </w:p>
    <w:p>
      <w:r>
        <w:br/>
        <w:t>Сіоністові не подобалась ця тема: вона занадто щільно підходила до його кредо, і через те він зманеврував:</w:t>
      </w:r>
    </w:p>
    <w:p>
      <w:r>
        <w:br/>
        <w:t>— Ні, ви мені скажіть, будь ласка,— і чому це Радянська влада дозволяє українцям любити Україну, грузинам — Грузію, а євреям — Палестину не можна? І чому оце, як єврей, так йому не можна, а всім іншим можна?!</w:t>
      </w:r>
    </w:p>
    <w:p>
      <w:r>
        <w:br/>
        <w:t>З горішньої полиці озвався посмішкувато другий студент:</w:t>
      </w:r>
    </w:p>
    <w:p>
      <w:r>
        <w:br/>
        <w:t>— Що ж там у тій Палестині — молочні ріки, чи що?</w:t>
      </w:r>
    </w:p>
    <w:p>
      <w:r>
        <w:br/>
        <w:t>— Палестина — це краще від золота, а не молоко"! Єврей вийшов із Палестини, і він повинен у Палестину повернутись. Поки він не матиме своєї держави, його ніхто не поважатиме. Да, да — своєї держави!..</w:t>
      </w:r>
    </w:p>
    <w:p>
      <w:r>
        <w:br/>
        <w:t>Студент на горішній полиці подався наперед і спустив долі лікті, мов готувався навкулачки:</w:t>
      </w:r>
    </w:p>
    <w:p>
      <w:r>
        <w:br/>
        <w:t>— Ну, а Жаботинського ви знаєте?</w:t>
      </w:r>
    </w:p>
    <w:p>
      <w:r>
        <w:br/>
        <w:t>— Жаботинський?! — сіоніст зневажливо скривив губи: — Хто ж Жаботинського не знає! Він два роки сидів за євреїв на каторзі...</w:t>
      </w:r>
    </w:p>
    <w:p>
      <w:r>
        <w:br/>
        <w:t>— А Петлюру? — настирливо підступає студент. Сіоніст наставив долоню до вуха й нахилився:</w:t>
      </w:r>
    </w:p>
    <w:p>
      <w:r>
        <w:br/>
        <w:t>— Петлюра-а?.. Так що—Петлюра?</w:t>
      </w:r>
    </w:p>
    <w:p>
      <w:r>
        <w:br/>
        <w:t>— Ну, а як ви ставитесь до того, що цей ваш Жаботинський склав був договора з Петлюрою? З тим Петлюрою, що вчинив найжахливіший проскурівський погром? Як оця спілка вам подобається?..</w:t>
      </w:r>
    </w:p>
    <w:p>
      <w:r>
        <w:br/>
        <w:t>Старий єврей, що допіру, не запинаючись, цитував Спінозу, крутив Кантом і не лякався Маркса, що прекрасно розумів своїх опонентів з першого ж слова, раптом прикинувся дурником:</w:t>
      </w:r>
    </w:p>
    <w:p>
      <w:r>
        <w:br/>
        <w:t>— Що таке-е? Жаботинський вчинив проскурівський погро-ом?!</w:t>
      </w:r>
    </w:p>
    <w:p>
      <w:r>
        <w:br/>
        <w:t>— Та не Жаботинський, а Петлюра, але Жаботинський з Петлюрою...</w:t>
      </w:r>
    </w:p>
    <w:p>
      <w:r>
        <w:br/>
        <w:t>— Так це, по-вашому, виходить, що Жаботинський з Петлюрою зробили проскурівський погром? Ви освічені люди, але перепрошую — це просто брехня... Жаботинський робив погром! Ха-ха... Мені навіть смішно слухати...</w:t>
      </w:r>
    </w:p>
    <w:p>
      <w:r>
        <w:br/>
        <w:t>Старий єврей махнув рукою і одвернувся: що там, мовляв, сперечатись, як отаке верзуть!</w:t>
      </w:r>
    </w:p>
    <w:p>
      <w:r>
        <w:br/>
        <w:t>Дебати закінчила якась літня, опасиста "гражданка", що раптом із чорного кутка на нижній лаві подала свій голос у просторінь:</w:t>
      </w:r>
    </w:p>
    <w:p>
      <w:r>
        <w:br/>
        <w:t>— Это, конечно, все пустяки, а вот беда, что мануфактуры нет, нигде нельзя достать...</w:t>
      </w:r>
    </w:p>
    <w:p>
      <w:r>
        <w:br/>
        <w:t>З передранкового присмерку виринають підсліпуваті вогники станцій і зникають позаду.</w:t>
      </w:r>
    </w:p>
    <w:p>
      <w:r>
        <w:br/>
        <w:t>Сербинівці, Комарівці, Деражня...</w:t>
      </w:r>
    </w:p>
    <w:p>
      <w:r>
        <w:br/>
        <w:t>Глухі станційки на від стороні 'від великих залізничних артерій. Колись місця запеклих боїв, колись криваві етапи на історичному від громадянської війни шляху Сходу на Захід. Глушиною й пусткою одгонить зрошена, порожня стерня. Хтось угноїв її колись своїм трупом, хтось розгубив на ній юнацькі роки... Колись... Уже зібрано хліб і звезено до клунь пишні копиці. Тужить порожня стерня в світанковій імлі. Он у далекому селі займаються перші ранкові вогники у вікнах, а за стіною все ще скавулить "гражданка", скаржиться, що нема мануфактури...</w:t>
      </w:r>
    </w:p>
    <w:p>
      <w:r>
        <w:br/>
        <w:t>Кам'янець. Спека, мов вийшов з поїзда в Севастополі. Візник лупить два карбованці, але це з недосвідченого. Треба покласти спокійно валізку й закурити цигарку. За п'ять хвилин роз'їжджаються нечисленні пасажири, порожніє вокзал, і тепер кон'юнктура міняється. Кілька порожніх візників завзято сперечаються між собою, випереджають передо мною один одного, врешті найближчий везе мене за вісімдесят копійок.</w:t>
      </w:r>
    </w:p>
    <w:p>
      <w:r>
        <w:br/>
        <w:t>— До кращого готелю. Який тут у вас кращий?</w:t>
      </w:r>
    </w:p>
    <w:p>
      <w:r>
        <w:br/>
        <w:t>— Кращий? Можна в "Лондон" або "Київські номери"...</w:t>
      </w:r>
    </w:p>
    <w:p>
      <w:r>
        <w:br/>
        <w:t>Але в "Лондоні" годі й думати спинитись. Бруднющі кам'яні східці крутяться кудись угору, де смердить якимись бридкими випарами, карболкою й на стінах чатують блощиці. Справжня азійська буцераня, а не "Лондон"!</w:t>
      </w:r>
    </w:p>
    <w:p>
      <w:r>
        <w:br/>
        <w:t>Я беру валізку й виходжу на вулицю шукати іншого гоіелю. Вони всі отут, на три кроки один від одного, на вузенькій уличці старого міста: "Лондон", "Венеція", "Одеса", "Київські номери"... Ще які? Певно, який-небудь "Версаль", "Париж", "Ренесанс".</w:t>
      </w:r>
    </w:p>
    <w:p>
      <w:r>
        <w:br/>
        <w:t>Але, вибачте,— в чому річ? Дві брудні постаті заступили мені дорогу.</w:t>
      </w:r>
    </w:p>
    <w:p>
      <w:r>
        <w:br/>
        <w:t>— Слушайте, слушайте. Вы имеете в "Венеции" что надо!</w:t>
      </w:r>
    </w:p>
    <w:p>
      <w:r>
        <w:br/>
        <w:t>— Пожальста, пожальста! Вот "Одесса"! В "Одессе" — вы что хотите. Я уже несу ваши вещи...</w:t>
      </w:r>
    </w:p>
    <w:p>
      <w:r>
        <w:br/>
        <w:t>Він справді живцем вириває мені з рук валізку. Я міцніше стискаю в руці держальце, але він смикає її щосили, немов це я схопив у нього річ, а він спішить на поїзд, що вже рушив. Він таки, каналія, міцно вчепився в мою валізку, і його очі пристрасно гасають зіньками по моєму обличчі, намагаючись удертись у саме моє нутро.</w:t>
      </w:r>
    </w:p>
    <w:p>
      <w:r>
        <w:br/>
        <w:t>— В "Одессе" — все! Чего же ви стоите?! — вже не запрошує, а кричить він.</w:t>
      </w:r>
    </w:p>
    <w:p>
      <w:r>
        <w:br/>
        <w:t>— Зачем вам "Одесса"? Вы же видели уже "Лондон", так зачем вам "Одесса"? Я извиняюсь — разрешите, я помогу...— і я чую, як мій сувій з подушкою лячно тремтить і подається назад. Моє становище серед цих галасливих "венеціянців" і "лондонців" посеред вулиці стає йо-лопським. На тротуарі спиняються перехожі, з балконів, де сушаться бруднющі, здоровенні перини, на нас дивляться зацікавлені єврейські дівчата. Я рішуче струснув своїми речами й ступив крок просто на "венеціянця".</w:t>
      </w:r>
    </w:p>
    <w:p>
      <w:r>
        <w:br/>
        <w:t>— Ні "Венеція", ні "Одеса", ні ще що там! Я йду до "Київських номерів".</w:t>
      </w:r>
    </w:p>
    <w:p>
      <w:r>
        <w:br/>
        <w:t>— Зачем же вам "Киевские", если в "Одессе" вы имеете?..</w:t>
      </w:r>
    </w:p>
    <w:p>
      <w:r>
        <w:br/>
        <w:t>Мені таки довелося штовхнути ліктем одного, щоб усе ж таки вийти якось на тротуар. Власники готелів здивовано розступились передо мною й застигли. За хвилину вони печально повертались розчаровані до своїх "Венецій".</w:t>
      </w:r>
    </w:p>
    <w:p>
      <w:r>
        <w:br/>
        <w:t>Я підходжу до "Київських номерів". Маленький одноповерховий будинок випнувся одним боком на вулицю, а другим вгрузає в якусь стайню... Завіски на вікнах поспішно розсуваються й з сутінок вікна визирають чиїсь зацікавлені очі, вбираючи моє лице. Коли я зникаю з їх овиду, вони одчиняють потихеньку вікно й дивляться мені вслід. Це зрозуміло: я нова людина, що допіру приїхала до міста. В Кам'янці — це новина, просто подія, а для власників готелів — навіть сенсація. Давно вже зірвано мости на Збручі, що ними їхали з кордону до Кам'янця балагули з крамом, одтято Бассарабію, куди бігла з Кам'янця залізниця, скасовано губернію, згорів навіть губернаторський дім, комерційні ріки пішли іншими річищами, увійшли в нові береги. Всохли економічні коріння, що живили були місто, і місто блякне в зануді, місто вмирає, поринаючи в глущину провінції.</w:t>
      </w:r>
    </w:p>
    <w:p>
      <w:r>
        <w:br/>
        <w:t>— Ну, це ви маєте, будьте ласка, найкращий номер, я вже — най так і буде — уступлю вам його за півтора карбованці.</w:t>
      </w:r>
    </w:p>
    <w:p>
      <w:r>
        <w:br/>
        <w:t>Мій покій — найкращий? Цікаво, що ж тоді являє собою найгірший?..</w:t>
      </w:r>
    </w:p>
    <w:p>
      <w:r>
        <w:br/>
        <w:t>Біля мальованої під якісь фантастичні шпалери стіни спокійно стоїть круглий стіл, вкритий темною, засмальцьованою скатертиною. Нема сумніву, що мої попередники в цьому "найкращому" використовували її, як носову хустинку, як серветку і як рушник. На столі порожня, суха, мов спеціально висушена, одкрита карафка. Туди всередину потрапила якась знудьгована муха й тоскно дзижчить. Коло карафки — шклянка. На дні її — жовта, смерДюча, невідома хімікам рідина. Невже хто-небудь нив будь-коли з цієї шклянки? Невже в карафці могла все ж таки колись бути вода?..</w:t>
      </w:r>
    </w:p>
    <w:p>
      <w:r>
        <w:br/>
        <w:t>Господар "Київських" піймав мій скептичний, печальний погляд і намагається подати деякі корективи:</w:t>
      </w:r>
    </w:p>
    <w:p>
      <w:r>
        <w:br/>
        <w:t>— Ну, скатертину можна, положим, перемінити, а в графин я Зараз наллю води.</w:t>
      </w:r>
    </w:p>
    <w:p>
      <w:r>
        <w:br/>
        <w:t>— Ні-ні, заберіть його собі зовсім! І шклянку, чуєте — неодмінно шклянку відціля!..</w:t>
      </w:r>
    </w:p>
    <w:p>
      <w:r>
        <w:br/>
        <w:t>Господар здивований: я перший якийсь чудило, що не хочу користуватися комфортом... Він неохоче згрібає те все у волосяні воскові руки й навшпиньках зникає.</w:t>
      </w:r>
    </w:p>
    <w:p>
      <w:r>
        <w:br/>
        <w:t>Я далі оглядаю свою конуру, що її тільки нужденна іронія міста, яке вмирає, могла назвати "найкращим покоєм", і моєму оку нема де спочити на її рябих стінах і брудних вогкуватих кутках. Цей готель, що в ньому я маю оце кілька днів жити, далебі скидається на Винни-ченкові "Номера для приезжих "Малороссия", і мені здається, що за стіною — то говорить із якоюсь жінкою Гаркун-Задунайський, а втім там досить шаблонна тема:</w:t>
      </w:r>
    </w:p>
    <w:p>
      <w:r>
        <w:br/>
        <w:t>— Я же вам три рубля предлагаю!</w:t>
      </w:r>
    </w:p>
    <w:p>
      <w:r>
        <w:br/>
        <w:t>— Вы очень даже ошибаетесь — штоб я за троячку целую ночь! Пять, а меньше и никак не будет; другая б "червяка" выматывала, а я тольки — пять. Как хотите себе...</w:t>
      </w:r>
    </w:p>
    <w:p>
      <w:r>
        <w:br/>
        <w:t>В деревне жить привольно —</w:t>
      </w:r>
    </w:p>
    <w:p>
      <w:r>
        <w:br/>
        <w:t>Збирать цветы довольно,</w:t>
      </w:r>
    </w:p>
    <w:p>
      <w:r>
        <w:br/>
        <w:t>Из бабочки играться</w:t>
      </w:r>
    </w:p>
    <w:p>
      <w:r>
        <w:br/>
        <w:t>И весело смеяться...</w:t>
      </w:r>
    </w:p>
    <w:p>
      <w:r>
        <w:br/>
        <w:t>Що за пісня? Що за чудні слова? Який навіжений поет плодючої землі української міг скласти отаку нісенітницю? Важко зійти з дива, бо ця малеча, що ходить колом і співає, вистукуючи ніжками такт: "привольно", "довольно", "играть-ся", не сама тут, у скверику. Біля гомінкого дитячого кола — квочкою біля курчат — ходить-похожає дошкільниця-вихователька. Це, безперечно, дитячий садок.</w:t>
      </w:r>
    </w:p>
    <w:p>
      <w:r>
        <w:br/>
        <w:t>Дитяче коло спинилось. Здається, вони мають зараз грати у квача, чи як там він у них тепер зветься?</w:t>
      </w:r>
    </w:p>
    <w:p>
      <w:r>
        <w:br/>
        <w:t>Стрижена дівчинка рахує посередині кола, тикаючи пальчиком кожного в груди:</w:t>
      </w:r>
    </w:p>
    <w:p>
      <w:r>
        <w:br/>
        <w:t>Эныки, бэныки</w:t>
      </w:r>
    </w:p>
    <w:p>
      <w:r>
        <w:br/>
        <w:t>Ели ва-реники,</w:t>
      </w:r>
    </w:p>
    <w:p>
      <w:r>
        <w:br/>
        <w:t>Эныки, бэныки —</w:t>
      </w:r>
    </w:p>
    <w:p>
      <w:r>
        <w:br/>
        <w:t>Клоц!</w:t>
      </w:r>
    </w:p>
    <w:p>
      <w:r>
        <w:br/>
        <w:t>"Клоц" буде квачем. Пам'ять повертає мені на мить моє далеке дитинство. Ці "Эныки-бэныки" є не що інше, як перелицьоване і вдосконалене колишнє:</w:t>
      </w:r>
    </w:p>
    <w:p>
      <w:r>
        <w:br/>
        <w:t>Ане, дуне, рес,</w:t>
      </w:r>
    </w:p>
    <w:p>
      <w:r>
        <w:br/>
        <w:t>Квінтер, вонтер, жес,</w:t>
      </w:r>
    </w:p>
    <w:p>
      <w:r>
        <w:br/>
        <w:t>Ане, дуне, раба,</w:t>
      </w:r>
    </w:p>
    <w:p>
      <w:r>
        <w:br/>
        <w:t>Квінтер, вонтер, жаба!</w:t>
      </w:r>
    </w:p>
    <w:p>
      <w:r>
        <w:br/>
        <w:t>Просто за проваллям, що через нього пройшла смуга Турецького мосту, вивершив башти й стиснув руїну раме-нами-мурами старий замок. Це турецька фортеця. Ордами пройшли віки повз її мури, і їхня холодна, похмура тінь застигла на барнавому камінні.</w:t>
      </w:r>
    </w:p>
    <w:p>
      <w:r>
        <w:br/>
        <w:t>Дні безкінечною черідкою летять у минуле, і в моїй уяві воскресає давній-предавній Кам'янець. Кам'янець — брама до Польщі, Кам'янець — міцна фортеця католицького світу, що а мечем напоготові виставила запанцеровані груди під удари ісламу. Кам'янець — пильне око магната серед українських ланів, де громадить гайдамаків Шпак, де кожне село сперечається з іншими за право називатись батьківщиною Кармелюка. Грізний, неприступний колись Кам'янець, тепер окружне місто нашого прикордоння.</w:t>
      </w:r>
    </w:p>
    <w:p>
      <w:r>
        <w:br/>
        <w:t>Я люблю нашу історію. Я люблю її буйну, далеку неповоротну романтику, яку жадні тенденції істориків не могли вкласти в прокрустове ложе Польщі й Росії. Я люблю ступати її стертими вже слідами і в тих слідах шукати пахощів минулого. Я люблю історію, бо вона вмерла і живе; в сьогоднішніх днях мені іноді промайне копія її найкращих шедеврів. Я люблю її німі надгробки й могилки: вони промовистіші за багатьох лекторів і гіпотези. Я люблю історію: вона вчить багато чого. Я знаю, що часто я зловживаю цією любов'ю в своїх літературних вправах і, може, передаю куті меду, але я не годен позбутись її. І я ла^ен геть зовсім зіпсувати свій — і без того тут зайвий — рефрен, щоб тільки ще раз вигукнути: я люблю нашу запашну історію і я дякую тому забутому вже давно випадкові, що познайомив мене з її хибами й добротами...</w:t>
      </w:r>
    </w:p>
    <w:p>
      <w:r>
        <w:br/>
        <w:t>Отож:</w:t>
      </w:r>
    </w:p>
    <w:p>
      <w:r>
        <w:br/>
        <w:t>Року 1620-го яничари облягли замок. Грізна повінь незлічних лав затопила край неба. Брами замкнуто, й у баштах прикипіла до гармат варта. Гримне перший постріл — і Кам'янець боронитиметься. Не на життя, а на смерть. Кам'янець — брама до Польщі. Він увесь застиг на скелях, готовий до бою. Тоді під'їхав до мурів султан Осман. Він глянув угору на чорні амбразури башт, що височіли над урвищем, і спитав:</w:t>
      </w:r>
    </w:p>
    <w:p>
      <w:r>
        <w:br/>
        <w:t>— Хто будував Замок?</w:t>
      </w:r>
    </w:p>
    <w:p>
      <w:r>
        <w:br/>
        <w:t>Хтось із почота йому смиренно відповів:</w:t>
      </w:r>
    </w:p>
    <w:p>
      <w:r>
        <w:br/>
        <w:t>— Сам бог збудував його надзвичайною природою місця...</w:t>
      </w:r>
    </w:p>
    <w:p>
      <w:r>
        <w:br/>
        <w:t>— То хай же бог і здобуває його! — сказав султан, і сурма заграла відворот...</w:t>
      </w:r>
    </w:p>
    <w:p>
      <w:r>
        <w:br/>
        <w:t>Року 1672-го Магомед IV і Петро Дорошенко обложили Кам'янець. 150 000 яничар орди і козаків стали табором під мурами.</w:t>
      </w:r>
    </w:p>
    <w:p>
      <w:r>
        <w:br/>
        <w:t>Коли важкі турецькі кам'яні ядра трощили мури, коли чотири башти вирячили чорні діри руїни, тоді вперше впав католицький Кам'янець.</w:t>
      </w:r>
    </w:p>
    <w:p>
      <w:r>
        <w:br/>
        <w:t>Року 1672-го серпня 28-го кам'янецький біскуп та підкоморій вийшли за мури вітати султана з перемогою. Султан в'їхав до міста через Руську браму, і перед ним розіслались подолані кам'янецькі вулиці, вкриті іконами з костелів і зрошені ягнячою кров'ю. У місті забрано до гарему 300 найкращих жінок і в катедральному костелі обрізано на магометанство християнського хлопчика...</w:t>
      </w:r>
    </w:p>
    <w:p>
      <w:r>
        <w:br/>
        <w:t>Року 1699-го за Карловицьким договором турецька залога вийшла з Кам'янця. Тоді на верхівці мінарету, що його спорудили турки, поруч катедрального костела, поляки поставили трьохсотпудову божу матір. Вона розтоптала металевий півмісяць і стоїть так і досі, розвівши руки, немов намагається заступити яничарам шлях.</w:t>
      </w:r>
    </w:p>
    <w:p>
      <w:r>
        <w:br/>
        <w:t>Року 1793-го ківтня 21 польський комендант Злотниць-кий передав ключі від Кам'янецького міста російському генералові Дерфельденові.</w:t>
      </w:r>
    </w:p>
    <w:p>
      <w:r>
        <w:br/>
        <w:t>Не стало більше "брами до Польщі" і в Кам'янці —"по-шла писать губерния"...</w:t>
      </w:r>
    </w:p>
    <w:p>
      <w:r>
        <w:br/>
        <w:t>Я йду до замку вузеньким Турецьким мостом. Ліворуч у долині ластівчиними гніздами притулились до скелі Карвасари. Це колишній Караван-Сарай, міська околиця, де спинялись із своїм крамом мандрівні купці різних народів. Ген-ген куди пішли тепер сучасні торговельні шляхи і вже ніколи на Каравасарах не заревуть верблюди щойноприбулої валки, не залунає східна мова засмалених, потомлених купців. І колишня річка Карвасарка — тепер ледве помітна калюжа.</w:t>
      </w:r>
    </w:p>
    <w:p>
      <w:r>
        <w:br/>
        <w:t>Під турецьким мостом день у день, з року в рік клекотить брама водоспаду. Мілкий, гнилуватий Смотрич оббіг навколо скель старого міста й під мостом обірвався у водяне провалля. Ніхто ще не сягав дна, де гримить і парує водоспад. Там, на дні його вже третє століття лежать кістки "князя Сарматії" небораки Юрка Хмельни-ченка. Його засудили колись турки на страту в Кам'янці за сварку з немирівським гендлярем. За турецьким звичаєм його задушено перше шнуром і тіло кинуто з мосту у вир водоспаду.</w:t>
      </w:r>
    </w:p>
    <w:p>
      <w:r>
        <w:br/>
        <w:t>За низькою замковою брамою — нутро фортеці Сторож веде до першої кутньої башти. Це Чорна башта.</w:t>
      </w:r>
    </w:p>
    <w:p>
      <w:r>
        <w:br/>
        <w:t>— Тут є криниця 36 метрів завглибшки. Киньте-но камінця й пильнуйте, заки буде впав.</w:t>
      </w:r>
    </w:p>
    <w:p>
      <w:r>
        <w:br/>
        <w:t>Я сторожко ступаю на ветхий дерев'яний поміст. Під ногами пашить вічною темрявою чорне провалля. Воно вабить до себе якоюсь страшною загадкою, і я поступаюсь трохи назад.</w:t>
      </w:r>
    </w:p>
    <w:p>
      <w:r>
        <w:br/>
        <w:t>— Осьдо, прошу, камінець маєте,— простягнув сторож руку. Я легенько кидаю камінця в чорну пащу. Напружена тиша.</w:t>
      </w:r>
    </w:p>
    <w:p>
      <w:r>
        <w:br/>
        <w:t>— ...три, чотири, п'ять, шість...— мертво плюснула десь у глибині вода й "потойбічною" луною озвалася вгорі під гонтою. Жаско... Морок віків причаївся в башті й гнітить душу. Мерщій на двір, на світло, до сонця!</w:t>
      </w:r>
    </w:p>
    <w:p>
      <w:r>
        <w:br/>
        <w:t>Вузеньке подвір'я замку. Посередині — кучугури грузу й кістяки бовдурів. Це свіжі руїни, руїни революційні. Російська влада перебравши від поляків Кам'янець, скоро замок втратив значення фортеці, обернула його на буцегарню. Десь у одній з цих башт сидів і Янко Кармелюк. Але часи минали, зуживались башти й мури, а в'язнів більшало. Мусили на подвір'ї збудувати нові заґратовані будівлі. Але замок довго ще залишався голгофою. Сторож міг би розповісти про багато страшних ночей у замкових печерах, що затаїли останній крик і короткий удар пострілу... Але сторож не розповідає, мовчить ("Та хто ж його знає, що воно таке питається! Щоб потім, гляди, клопоту не було..."), а вогке каміння в підземних ходах не годне оповідати. Колись складуть нові легенди (а може, їх уже й склали?..) про судні ночі за мурами Турецького замку, а тим часом печаттю минулого стоять мовчки башти, вартують спокій історії. їх дев'ять. Чорна, Лянцкорунська, або Лядська, Ружанка, Мала, Нова, Донна, Ласка, Колпак і Папська. Цехи, єпископи й навіть папа офірували гроші, щоб міцніше обсадити фортецю матки бозкої й пана Єзуса.</w:t>
      </w:r>
    </w:p>
    <w:p>
      <w:r>
        <w:br/>
        <w:t>Я дряпаюсь на мур визубнями руїни і йду горою. Груз і порох сиплеться під ногами, падає долу. Чорні відтулини бічних ходів виступають назустріч і поринають кудись у глибину муру. Ось Мала башта, тут був колись зводжений міст, до Нового замку, що його земляні вали виставили шпоришеві спини свої під сонце.</w:t>
      </w:r>
    </w:p>
    <w:p>
      <w:r>
        <w:br/>
        <w:t>Я знову дряпаюсь через вибоїну в мурі й ступаю через низенькі кам'яні двері. Це передостання — Колпак. Вузю-сінький хід у мурі башти кам'яними східцями угору. Діри стрільниць, вікно. З вікна видно дальні лани й довжецькі хати околиці теперішнього Кам'янця. Східці звертають ліворуч. З усіх боків — написи. Відвідувачі всіх режимів, хто як міг,— крейдою, олівцем, гострим каменем,— залишили по собі спомин. Останній шліфований камінь сходів і середина башти. Під гонтяним дахом сполохано лопотять крилами голуби й вилітають через бійниці. Збоку — руїни каміну. Тут грілося панство під час облоги, пило волоські вина, пишалось своїм заповзяттям. Крізь діри даху всередину вдирається серпневе сонце, посміхається іронічно з праху. Тихо в башті.</w:t>
      </w:r>
    </w:p>
    <w:p>
      <w:r>
        <w:br/>
        <w:t>— їй-бо, їдьте на кордон! До Жванця. Там побачите на тому боці Дністра — румунського болвана в синьому, та й польський кордон — тут же, за версту. Тільки перепустку візьміть у ДПУ.</w:t>
      </w:r>
    </w:p>
    <w:p>
      <w:r>
        <w:br/>
        <w:t>Це мені радить місцевий учитель, і я не бачу ніякої рації не погодитись із ним. Справді — чому мені не поїхати на кордон?</w:t>
      </w:r>
    </w:p>
    <w:p>
      <w:r>
        <w:br/>
        <w:t>Yesagt — getan! Jch bin fertig — як учив я колись у гімназії. Другого дня вранці — перепустка з ДПУ в мене в кишені, а в руці — мій сірий дощовик, що бачив уже пороги, руїни Січі, Крим і.Чорне море. Ще купити на дорогу яблук і можна рушати. А втім, треба ще сторгуватися із балагулою до Жванця. Ці кляті мені балагули! З ними треба також торгуватися, як із візниками, як із власниками готелів, а торгуватись — це моя ахіллесова п'ята. Мені здається, що, далебі легше, мабуть, украсти, аніж виторгувати в них справжню ціну. Але я добрав найпростішого способу до них —"непротивление злу". Тільки-но балагула загилить мені ціну, що її страшно навіть чути, як я мовчки обертаюсь і йду собі геть. Це впливає на них прекрасно. Вони спочатку не ймуть мені віри, що я таки справді пішов, але, коли я зникаю за ріжком завулку, вони сикають, свистять, гукають мене; коли ж не допомагає й це, вони, переганяючи один одного біжать за мною і їхні ціни катастрофічно падають. Це занадто примітивна й таки марудна "економічна політика", але нічого не поробиш. Словом, мене вони везуть туди й назад за п'ять карбованців, але, якщо трапиться котрогось іще пасажира там десь дорогою взяти; я не буду перечити. Згода! Натурально — мене везтиме не цей чолов'яга в порепаному кашкеті з таким хрипким голосом, що придатний тепер хіба що тільки гукати на коні, але не вимовляти звичайні слова, ні — він тільки посередник, організатор, так би мовити; але хай я трохи зачекаю — він зараз же накаже запрягати мені коні. Я можу вже й сісти в фаетон. Він зник під шопою. Біля фаетона стоїть старий ридван з повибиваними шибками. Цим ридваном колись їздив, мабуть, архієрей; кому охота тепер у ньому сидіти? Ридван порожній, тільки з передка, крехтячи, злазить старосвітська, містечкова борода. Сама борода досить таки брудна: серед її посріблених роками й дорожньою курявою волосинок теліпається де-не-де соломинка, рештки борщу, і я не міг би ручитися, що в ній усе гаразд щодо бліх і вошей, але вона така поважна, така показна, що привертає до себе всю увагу й поза нею не видати людини. Просто ніби — метрична виписка, а не борода! Бороду кілька разів помацала, перебираючи волосинки, довга кістлява рука, відтак борода нахилилась до мене:</w:t>
      </w:r>
    </w:p>
    <w:p>
      <w:r>
        <w:br/>
        <w:t>— Ви до границі?</w:t>
      </w:r>
    </w:p>
    <w:p>
      <w:r>
        <w:br/>
        <w:t>— Так. На кордон.</w:t>
      </w:r>
    </w:p>
    <w:p>
      <w:r>
        <w:br/>
        <w:t>Борода трохи поміркувала, прикидаючи мене оком.</w:t>
      </w:r>
    </w:p>
    <w:p>
      <w:r>
        <w:br/>
        <w:t>— Ви бачите мою карету?</w:t>
      </w:r>
    </w:p>
    <w:p>
      <w:r>
        <w:br/>
        <w:t>— Бачу.</w:t>
      </w:r>
    </w:p>
    <w:p>
      <w:r>
        <w:br/>
        <w:t>— У вас пропуск епеу є-е-е?</w:t>
      </w:r>
    </w:p>
    <w:p>
      <w:r>
        <w:br/>
        <w:t>— Є.</w:t>
      </w:r>
    </w:p>
    <w:p>
      <w:r>
        <w:br/>
        <w:t>— Ну, ето, положим, не важно... Слухайте — знаєте що-о?</w:t>
      </w:r>
    </w:p>
    <w:p>
      <w:r>
        <w:br/>
        <w:t>— Що?</w:t>
      </w:r>
    </w:p>
    <w:p>
      <w:r>
        <w:br/>
        <w:t>— Я вас за сім рублів у кареті приставлю, куди ви хочете.</w:t>
      </w:r>
    </w:p>
    <w:p>
      <w:r>
        <w:br/>
        <w:t>Борода вдивляється пильно до мене, вона, видно, не може гаразд орієнтуватись: чи мені — контрабанди, чи нелегально — на той бік.</w:t>
      </w:r>
    </w:p>
    <w:p>
      <w:r>
        <w:br/>
        <w:t>— Там є річка Збруч. Так за тою річкою є корчма. То то вже буде Польща... Я двадцять літ їжджу до кордону, а в тій корчмі я гей-гей скільки разів бував... Так за сім рублів ви будете в корчмі. Там — фільдеперсові чулки, пудра "Коті-і" і все, що ви хочете...</w:t>
      </w:r>
    </w:p>
    <w:p>
      <w:r>
        <w:br/>
        <w:t>Але мене не вабить ця перспектива, і борода флегматично суне назад куняти на передку свого ридвана.</w:t>
      </w:r>
    </w:p>
    <w:p>
      <w:r>
        <w:br/>
        <w:t>Коло фаетона вовтузяться вже, запрягаючи задрипані коні, два парубчаки. Це мої балагули. Я десь їх бачив у оповіданнях Шолом-Алейхема; прикордоння поклало на них своє тавро: їхні руки вміють не тільки барбатись із запрягом, але й ховати контрабанду. Одному з них, дебелішому, розбито верхню губу й на щоці ледве гоїться свіжа рана. Він каже, що це вчора впав з фаетона, але я дуже сумніваюся в цьому: тут, безперечно, попрацювала чиясь ворожа рука.</w:t>
      </w:r>
    </w:p>
    <w:p>
      <w:r>
        <w:br/>
        <w:t>— Вйо! Гаття!</w:t>
      </w:r>
    </w:p>
    <w:p>
      <w:r>
        <w:br/>
        <w:t>Парубчаки скочили на передок, і колеса торохкотять вузькими вуличками старого міста. Погорблені, кам'яні фігури святих, біля костелів, базар із стародавньою ратушею, Турецький міст, вали замку, й ми звертаємо на широкий шлях полем. Вітер зривається з стерні, тіпає коням гриви й мчить угору розганяти похмурі сьогодні хмаринки. Назустріч нам поспішають на базар до Кам'янця жванецькі балагули. Вони везуть у фаетоні по десять душ воднораз, і фаетон, як стара, набита докраю, торба, ось-ось, здається, трісне, розсиплеться на шляху грудками.</w:t>
      </w:r>
    </w:p>
    <w:p>
      <w:r>
        <w:br/>
        <w:t>На роздоріжжі — фігури. Через кожний кілометр — розіп'ятий бог. На високому хресті маленький скаюрчений тулуб Христа, нижче катівське приладдя — обценьки, молоток, драбинка, спис, а вгорі на хресті — звичайний бляшаний заіржавілий півень.</w:t>
      </w:r>
    </w:p>
    <w:p>
      <w:r>
        <w:br/>
        <w:t>Балагули жваво стьобають по ребрах коні. Дебеліший, з побитим лицем, через кожні десять хвилин обертається до мене й просить цигарки, другий, рудий, розповідає мені про давні часи. Йому нема ще, певно, й вісімнадцяти, але він, не вагаючись, віддає перевагу старому, коли балагули їздили валками з Кам'янця до самого Хотина, коли вони бували в Австрії, коли коні були кращі:</w:t>
      </w:r>
    </w:p>
    <w:p>
      <w:r>
        <w:br/>
        <w:t>— Тепер на цілий Кам'янець не буде ні одного такого балагули, як ті! То були здорові, крепкі балагули...</w:t>
      </w:r>
    </w:p>
    <w:p>
      <w:r>
        <w:br/>
        <w:t>Я дивлюся на сірі уболочені спини парубчаків. Вони одноманітно рухаються, щоб звести батога, вдарити по конях, сіпнути віжками й знову звести батога. Яка нудьга бути вічно балагулою! Кам"янець — Жванець, Жванець — Кам'янець, Кам'янець — Дунаєвці і знову — Кам'янець. Тільки: — віста-вйо-о! Гаття!..</w:t>
      </w:r>
    </w:p>
    <w:p>
      <w:r>
        <w:br/>
        <w:t>Праворуч з яру висувається село Гаврилівці. Передостаннє село до кордону. Воно одсувається поволі назад і тане радянська земля, бо отам, за пагорком, уже й Жванець. Балагули жвавішають, вони встають на передку й зазирають за пагорок. Ось-ось, як у Шолом-Алейхе-ма, вони обернуться до мене і прошепотять: "Ша! Ми вже на кордоні..."</w:t>
      </w:r>
    </w:p>
    <w:p>
      <w:r>
        <w:br/>
        <w:t>В далені, в межигір'ї блиснуло на мить шкляне плесо Дністра. Кордон!</w:t>
      </w:r>
    </w:p>
    <w:p>
      <w:r>
        <w:br/>
        <w:t>— Ви вже маєте границю,— як добре сторговане, подають мені цю звістку балагули й щодуху женуть коні. Шлях перебігає горби й вдирається в Жванець.</w:t>
      </w:r>
    </w:p>
    <w:p>
      <w:r>
        <w:br/>
        <w:t>Жванець. Колись останній фортифікований пункт Польщі, що за ним починалась земля Волоського господаря, турки, орда, тепер — останній кілометр УСРР. Спочатку — типозе українське село: на току молотять ціпами хліб, крізь тини визирають вічноцікаві соняшники, дорогою перебігає злякана зозуляста курка... Далі — містечко. Дві сільради — українська і єврейська, Комсомол, Райвиконком, Споживче Товариство.</w:t>
      </w:r>
    </w:p>
    <w:p>
      <w:r>
        <w:br/>
        <w:t>Важко уявити собі: тут — Комсомол, Сельбудинок, Райпарком, а отам, на тому березі, що його видно, як з Київської пристані — Труханівку, вже — сигуранца, Румунія...</w:t>
      </w:r>
    </w:p>
    <w:p>
      <w:r>
        <w:br/>
        <w:t>— Тррр-рр! Ми вже приїхали.</w:t>
      </w:r>
    </w:p>
    <w:p>
      <w:r>
        <w:br/>
        <w:t>Балагули метушливо стрибають з передка (чого вони завжди метушаться?), розпрягають коні.</w:t>
      </w:r>
    </w:p>
    <w:p>
      <w:r>
        <w:br/>
        <w:t>Комендатура кордонної охорони. Я йду засвідчити перепустку й просити червоноармійця показати кордон. Маленький кабінет коменданта. На столі апарат польового телефону, на стінах — мапа кордону і портрет Леніна. З узенького вікна добре видно румунський берег. Я запитую коменданта про кордонне життя. Чорний, засмалений, він незграбно одсуває на потилицю кашкета й бере олівця. Що сказати про кордон? Він працює тут з самого початку, відколи кордон заступив фронти. Йдуть за днями дні, але що в них цікавого? Бувають втікачі, бувають шпигуни, часом проскочить кілька озброєних пачкарів — але хіба ж то цікаве? Та воно ж буває мало не щодня...</w:t>
      </w:r>
    </w:p>
    <w:p>
      <w:r>
        <w:br/>
        <w:t>Комендант намагається відповідати мені по-українському, але він, далебі, не розуміє моєї цікавості:</w:t>
      </w:r>
    </w:p>
    <w:p>
      <w:r>
        <w:br/>
        <w:t>— Сказать, так пошти й нічого нема в нас інтересного. Глушина — понімаете, ніякого культурного життя, і вообще... Тепер, правда, легше тут служити, а ось у 21-му, 22-му році — еге-е!.. З-за кордону банди, з тилу по селах — банди, а тут роззуті, в самих онучах, на пост ходимо, і їсти нема чого. Прийдеш до дядька: "Дай пошамать", а він, понімаєте,— поставить на стіл миску, покладе ложку, а потім у миску — квітанцію продналога!—"їж, це твоє!"...</w:t>
      </w:r>
    </w:p>
    <w:p>
      <w:r>
        <w:br/>
        <w:t>Комендант закурює цигарку, посміхається.</w:t>
      </w:r>
    </w:p>
    <w:p>
      <w:r>
        <w:br/>
        <w:t>— Да, було, можна сказать. Тепер не так...</w:t>
      </w:r>
    </w:p>
    <w:p>
      <w:r>
        <w:br/>
        <w:t>Позад мене раптом грюкають несамовито двері, й до кабінету вдирається навіжений дитячий крик:</w:t>
      </w:r>
    </w:p>
    <w:p>
      <w:r>
        <w:br/>
        <w:t>— Пусти, пусти, дяденька! Я поеду в Вязьму. Пус-ти-и-и!..</w:t>
      </w:r>
    </w:p>
    <w:p>
      <w:r>
        <w:br/>
        <w:t>До кімнати вскакує однонога замурзана дівчинка і, як підстрелений кулик, кружляє коло столу до письма.</w:t>
      </w:r>
    </w:p>
    <w:p>
      <w:r>
        <w:br/>
        <w:t>До кабінету поспішно входять два канцеляристи й вартові. Усатий діловод несе маленьку милицю, хоче подати її дівчинці.</w:t>
      </w:r>
    </w:p>
    <w:p>
      <w:r>
        <w:br/>
        <w:t>— Идем, Маруся, на двор. На тебе костыль...</w:t>
      </w:r>
    </w:p>
    <w:p>
      <w:r>
        <w:br/>
        <w:t>— Не хочу на двор!</w:t>
      </w:r>
    </w:p>
    <w:p>
      <w:r>
        <w:br/>
        <w:t>Маруся вже долізла до коменданта й терзає землянис-тими пальцями синє галіфе:</w:t>
      </w:r>
    </w:p>
    <w:p>
      <w:r>
        <w:br/>
        <w:t>— Пусти, дяденька! Я — вяземская, в Вязьму поеду.</w:t>
      </w:r>
    </w:p>
    <w:p>
      <w:r>
        <w:br/>
        <w:t>Комендант зніяковів. Він підвівся з стільця, але дівчинка вчепилась у чобота. Комендант зовсім розгубився: він, як парубок, що йому несподівано хтось жартома доручив бавити вередливе немовля й він не годен дати собі з ним раду.</w:t>
      </w:r>
    </w:p>
    <w:p>
      <w:r>
        <w:br/>
        <w:t>— Маруся, яблока хочешь? Идем на двор — яблоко дам,— намагається вгамувати діловод, але кляте дівча зашилось у кутку під столом і лементує.</w:t>
      </w:r>
    </w:p>
    <w:p>
      <w:r>
        <w:br/>
        <w:t>— Пусти, дядя, я не хочу в детдом!</w:t>
      </w:r>
    </w:p>
    <w:p>
      <w:r>
        <w:br/>
        <w:t>Кімнату наповнюють військові, але їхні строї з синьо-зеленими кашкетами ДПУ, зовсім не пасують до їхніх спантеличених безпорадних облич. Справді,— що робити з Марусею? Вона кричить далі, немов її тут люто б'ють, і жадна принада її не спокушає,— тільки одне:</w:t>
      </w:r>
    </w:p>
    <w:p>
      <w:r>
        <w:br/>
        <w:t>— Пусти-и!..</w:t>
      </w:r>
    </w:p>
    <w:p>
      <w:r>
        <w:br/>
        <w:t>Діловод добирає останнього способу:</w:t>
      </w:r>
    </w:p>
    <w:p>
      <w:r>
        <w:br/>
        <w:t>— Маруся, а Маруся! Идем на двор с Каштанчиком играться.</w:t>
      </w:r>
    </w:p>
    <w:p>
      <w:r>
        <w:br/>
        <w:t>Взяло! Дівчинка метко вилазить з-під столу й хапає поспішно милицю.</w:t>
      </w:r>
    </w:p>
    <w:p>
      <w:r>
        <w:br/>
        <w:t>— А где Каштанчик?</w:t>
      </w:r>
    </w:p>
    <w:p>
      <w:r>
        <w:br/>
        <w:t>Милиця стукає вже підлогою, але Маруся помітила мій цивільний одяг і звертається до мене:</w:t>
      </w:r>
    </w:p>
    <w:p>
      <w:r>
        <w:br/>
        <w:t>— Дай копеечку, дядя. Да-а-а-ай! — настирливий, нахабний голосок усесоюзної безпритульності: — Ну, дд-а-ай! Што тебе разве жалко копеечки!..</w:t>
      </w:r>
    </w:p>
    <w:p>
      <w:r>
        <w:br/>
        <w:t>Діловод нагадує їй знову про Каштанчика, і Маруся вже забула про мене й "копеечку" — шкутильгає на двір.</w:t>
      </w:r>
    </w:p>
    <w:p>
      <w:r>
        <w:br/>
        <w:t>Кабінет коменданта порожніє. Комендант зітхнув, як збувся халепи, знову сідає до столу.</w:t>
      </w:r>
    </w:p>
    <w:p>
      <w:r>
        <w:br/>
        <w:t>— Вчора піймали її на кордоні, переходила з Польщі Збруч...</w:t>
      </w:r>
    </w:p>
    <w:p>
      <w:r>
        <w:br/>
        <w:t>— Переходила Збруч?</w:t>
      </w:r>
    </w:p>
    <w:p>
      <w:r>
        <w:br/>
        <w:t>— Да. Це поляки дуже часто роблять. Вони знають, що в нас малолєтніх не розстреливають і через те таких пацанов і посилають.</w:t>
      </w:r>
    </w:p>
    <w:p>
      <w:r>
        <w:br/>
        <w:t>— Невже ви думаєте, що вона шпигунка? — щиро здивувався я.</w:t>
      </w:r>
    </w:p>
    <w:p>
      <w:r>
        <w:br/>
        <w:t>Комендант посміхнувся:</w:t>
      </w:r>
    </w:p>
    <w:p>
      <w:r>
        <w:br/>
        <w:t>— Вона ввесь есесесер і всю Польщу знає! Ви тільки побалакайте з нею.</w:t>
      </w:r>
    </w:p>
    <w:p>
      <w:r>
        <w:br/>
        <w:t>— Що ж ви з нею робитимете?</w:t>
      </w:r>
    </w:p>
    <w:p>
      <w:r>
        <w:br/>
        <w:t>— Да треба ще подождать малость: может бить, "капать" начньот, а то до Кам'янця відправимо. Із таких пацанов самий хитрий елемент буває; це вона, я говорю вам, тільки так, вроді як би дурочку ізображає, а в дійсності, так вона — го-го!..</w:t>
      </w:r>
    </w:p>
    <w:p>
      <w:r>
        <w:br/>
        <w:t>До кабінету прийшов із вартівні вільний червоноармі-єць. Я можу вже йти на кордон. Комендант попереджає польовим телефоном застави, й ми виходимо.</w:t>
      </w:r>
    </w:p>
    <w:p>
      <w:r>
        <w:br/>
        <w:t>В садку під дикою грушею бавиться Маруся з Каштан-чиком. Каштанчик фецає задньою ногою й удавано кусає Марусю за руку. Збоку на лаві сидить переможцем усатий діловод, милується з наслідків своїх усоївіщань.</w:t>
      </w:r>
    </w:p>
    <w:p>
      <w:r>
        <w:br/>
        <w:t>Ми сходимо до самого берега Дністра. Кучугурами цегли й мулу стирчить з води зруйнований міст. На тому боці до урвища збігає село Атаки. Стріхи, садки, коло берега ліньки перевертають колеса водяні млини, шубов-стається на мілині дітвора... Дітвора сміється і радо кричить. По якому вони кричать? Вітер односить за течією їхні крики й не добрати слів. Та ні — вони, без сумніву, кричать по-українськи! І ті Атаки — то справжнє українське село; перепливти б човном на той бік,— та ж сама Україна з сопливою, замурзаною малечею, поважними дядьками й Сірком під клунею. І це — кордон!.. Який же це кордон! А де ж смугасті шлагбауми, де вартові, де кордонні стовпи? Нема нічого ні з нашого, ні з того боку. Сонце однаково пече й тут і там, ворони перелітають з правого берега Дністра на лівий і знову назад. Чиї це ворони — румунські чи радянські? З румунської сторони суне спроквола небесним "танком" синювата хмара. Ось вона підступила до берега, пливе Дністром і — вже на нашому боці. Допіру ще вона була румунською, а тепер наша, радянська хмара.</w:t>
      </w:r>
    </w:p>
    <w:p>
      <w:r>
        <w:br/>
        <w:t>Позад нас розтинається нагло постріл. Другий. Третій.</w:t>
      </w:r>
    </w:p>
    <w:p>
      <w:r>
        <w:br/>
        <w:t>— Это румыны вызывают наших,— привычка у них такая,— заспокоює мій запитливий погляд червоноармі-єць.</w:t>
      </w:r>
    </w:p>
    <w:p>
      <w:r>
        <w:br/>
        <w:t>— Сейчас с поста выйдут наши, и тогда они подплывут лодкой. Дела, значит, есть сегодня какие-то...</w:t>
      </w:r>
    </w:p>
    <w:p>
      <w:r>
        <w:br/>
        <w:t>Дністер одкинув назад нейтральний острів, що посередині, і ширшає. Під лісовим румунським берегом мчить на схід його бистрина. Я вдивляюсь на румунську сторону, але — хоч би тобі один поганенький румун у синьому однострої! Жодного. Тільки пастушки пасуть на узбіччі череду та до млина торохкотить селянський віз.</w:t>
      </w:r>
    </w:p>
    <w:p>
      <w:r>
        <w:br/>
        <w:t>На горбах коло нашого берега виглядають хати. Це останнє радянське село, Ісаківці. Тут стик трьох кордонів: радянського, румунського й польського. Це тут, як кажуть селяни,— когут піє на три держави.</w:t>
      </w:r>
    </w:p>
    <w:p>
      <w:r>
        <w:br/>
        <w:t>Просто, не попереджаючи мандрівника, ні нехворощами очеретів, ні понадбережними вербами, з яру вискочив Збруч і отак, як стій, упав у Дністер.</w:t>
      </w:r>
    </w:p>
    <w:p>
      <w:r>
        <w:br/>
        <w:t>Збруч. Вузенька, мілка річка Збруч...</w:t>
      </w:r>
    </w:p>
    <w:p>
      <w:r>
        <w:br/>
        <w:t>Грохіт понад Збручем</w:t>
      </w:r>
    </w:p>
    <w:p>
      <w:r>
        <w:br/>
        <w:t>Ген-ген грохотить,—</w:t>
      </w:r>
    </w:p>
    <w:p>
      <w:r>
        <w:br/>
        <w:t>На Дніпро, Вкраїну</w:t>
      </w:r>
    </w:p>
    <w:p>
      <w:r>
        <w:br/>
        <w:t>Нехай долетить...</w:t>
      </w:r>
    </w:p>
    <w:p>
      <w:r>
        <w:br/>
        <w:t>Це з колишньої дореволюційної пісні... Тихо тепер на Збручі. Вісім-десять кроків по коліна водою — і польський берег Збруча. Уярмлена Галичина. Український П'ємонт! Тепер приборкані, загнуздані креси...</w:t>
      </w:r>
    </w:p>
    <w:p>
      <w:r>
        <w:br/>
        <w:t>Нечутно біжить до Дністра Збруч, похапцем лине між двох кордонів його нікудишня квола бистрина — тягне його чисту прозору воду в широкий Дністер. Як тихо на Збручі! Ганебно тихо... Не тиші — громів би на Збручі! Не прозорої мізерної бистрини, а потужних би каламутних хвиль на прокляту ріку!</w:t>
      </w:r>
    </w:p>
    <w:p>
      <w:r>
        <w:br/>
        <w:t>Але тихо на Збручі.</w:t>
      </w:r>
    </w:p>
    <w:p>
      <w:r>
        <w:br/>
        <w:t>На тому боці — червоний стовп з білим орлом,— то Польща, на цьому — сірий, незграбний чурак з бляшаним гербом і літери УССР,— це Радянська Україна. Як тихо, навдивовижу тихо на Збручі...</w:t>
      </w:r>
    </w:p>
    <w:p>
      <w:r>
        <w:br/>
        <w:t>— Пойдем вверх, вон там взорванные мосты. Может статься — часового ихнего увидим...</w:t>
      </w:r>
    </w:p>
    <w:p>
      <w:r>
        <w:br/>
        <w:t>Що таке? Ах, це червоноармієць, що супроводить мене. Добре, добре, ходім нагору! Де ж вартовий?</w:t>
      </w:r>
    </w:p>
    <w:p>
      <w:r>
        <w:br/>
        <w:t>— Они-то, правда, не охотники макушку на солнце греть, больше — насчот холодка. Ну, авось который, может быть...</w:t>
      </w:r>
    </w:p>
    <w:p>
      <w:r>
        <w:br/>
        <w:t>Ми видряпались нагору. В долині побіг на північ Збруч краяти далі українську землю. Ех, Збруч, Збруч!</w:t>
      </w:r>
    </w:p>
    <w:p>
      <w:r>
        <w:br/>
        <w:t>Обірвались у минуле два шляхи — шосе й вузькоколійка, тільки бики самотньо звелись кам'яними шпилями над Збручем. Біжить шосе галицькою землею, мчить селом, поринає за обрій. Туди — де Станіславів, Рогатин, Львів, Перемишль...</w:t>
      </w:r>
    </w:p>
    <w:p>
      <w:r>
        <w:br/>
        <w:t>Сядьмо — тут спочити. За шосе — одразу городи. Капуста, огірки, кукурудза. Біля огірків порається якась бабуся. Видати її чорну запаску і, як живий, рухається вишиваний рукав. Далі за кукурудзою молодиця чи дівчина. Галичанки.</w:t>
      </w:r>
    </w:p>
    <w:p>
      <w:r>
        <w:br/>
        <w:t>— Ади, Ольго! Ондо... І здалеку обзивається:</w:t>
      </w:r>
    </w:p>
    <w:p>
      <w:r>
        <w:br/>
        <w:t>— Ая! То ще виділа десь учера...</w:t>
      </w:r>
    </w:p>
    <w:p>
      <w:r>
        <w:br/>
        <w:t>Шматки слів, галицьких слів, наївний привіт з-за Збруча. Зібрати б їх докупи, скласти речення, але вітер розкидає їх над водою, і слова тонуть у Збручі.</w:t>
      </w:r>
    </w:p>
    <w:p>
      <w:r>
        <w:br/>
        <w:t>Поруч мене сидить флегматичний червоноармієць і байдуже колупає каменем землю. Знічев'я він подивився на польський бік і стрепенувся.</w:t>
      </w:r>
    </w:p>
    <w:p>
      <w:r>
        <w:br/>
        <w:t>— Вон-вон! Автомобіль.</w:t>
      </w:r>
    </w:p>
    <w:p>
      <w:r>
        <w:br/>
        <w:t>Шляхом просто на нас мчить справді автомобіль. Він так швидко летить, що, здається, ладен перескочити з розгону Збруч. Але ось він затамував біг, фиркнув на останнє і там, де починався колись міст, спинився, і боязко позадкував від прірви. З автомобіля вийшли дві панни. Чорна шовкова сукня гарно облягає передній торс, біле випещене обличчя її дивиться напружено на схід. Панни зійшли до самого берега. Вони так близько, що мені здається — я чую, як шарудить у другої панни її дорожній плащ. Хто вони? Спитати б їх, але говорити через кордон суворо заборонено.</w:t>
      </w:r>
    </w:p>
    <w:p>
      <w:r>
        <w:br/>
        <w:t>— Из буржуев ихних, офицерские, видать,— компе-. тентно зауважує червоноармієць, але це не розв'язує мого запитання. Панни пройшли трохи берегом і спинились насупроти нас. Вони зацікавлено дивляться на мене й перешіптуються. Навіщо їм шепотіти, адже однаково я не маю права відповісти на їхні зауваження жодним словом: кордон!..</w:t>
      </w:r>
    </w:p>
    <w:p>
      <w:r>
        <w:br/>
        <w:t>Проте, нема сумніву: для них — я найзапекліший більшовик, якась урядова офіційна особа з Харкова чи Москви, і панни сторожко і серйозно вивчають мою зовнішність.</w:t>
      </w:r>
    </w:p>
    <w:p>
      <w:r>
        <w:br/>
        <w:t>— Идем на пост, што ли,— набридла червоноармійцеві ця пантоміма. На чаті — будинок колишньої митниці — нас зустрічають перше гавканням кудлаті Бровки та Шарики, а потім я обдивляюсь касарню. Охайність і лад між двома шерегами ліжок, а потім у їдальні, в Ленінському кутку, де із стін споглядають Ленін, Дзержинський і Балицький, вражають мене невійськового. Справді — як у них чисто, просто педантично чисто!</w:t>
      </w:r>
    </w:p>
    <w:p>
      <w:r>
        <w:br/>
        <w:t>Мені показують спостерігальний пункт. Відціля добре видно румунський берег і недалеке галицьке село.</w:t>
      </w:r>
    </w:p>
    <w:p>
      <w:r>
        <w:br/>
        <w:t>— Это село Окопы. Вон видать церковь, а около нее большой дом, это помещик там живет; ему и земля принадлежит та, что направо, за селом...— пояснює мені червоноармієць.</w:t>
      </w:r>
    </w:p>
    <w:p>
      <w:r>
        <w:br/>
        <w:t>Поміщицький дім, земля, що належить поміщиюові...— як дивно чути це! Немов із старої казки про замки, відьом, лицарів і домовиків. Тут — Дзержинський і Балицький, а там — поміщик і церква! Не вкладається в уяві.</w:t>
      </w:r>
    </w:p>
    <w:p>
      <w:r>
        <w:br/>
        <w:t>Я вдивляюсь у недалекі стріхи Окопів. Колись,, за турецької окупації Поділля, в Окопах отаборились поляки, щоб звідси наскакувати на торговельні валки й дрібні турецькі загони.</w:t>
      </w:r>
    </w:p>
    <w:p>
      <w:r>
        <w:br/>
        <w:t>Там, за Дністром — Хотин. Волоська земля, турецька зверхність. Гей-гей, куди подалась за Дністер, за Дунай, за Балкани Туреччина. Тепер — тут когут піє на три держави — на Румунію, Польщу й УСРР... Дарма! Одійшла до Босфору, до Царгороду Туреччина, одійдуть колись до своїх етнографічних меж Польща й Румунія. Одійдуть! А тим часом — тихо на Збручі. Як занадто тихо на Збручі!..</w:t>
      </w:r>
    </w:p>
    <w:p>
      <w:r>
        <w:br/>
        <w:t>Я з червоноармійцем зійшли до стику. Вбігає в Дністер Збруч, тане в Дністрі. На ріжку з того боку — роблять лампач. Два селянські парубки в довгих галицьких сорочках вталовують ногами болото. Скуйовджені чуби позвисали їм на чола, й піт струменить обличчями. Здається, без усякої мети, без жодної охоти вони бездушно тупса-ють на одному місці, і нема кінця-краю їх сизіфовій роботі. Край ями стоїть у підтяжках полячок, підкидає парубкам лопатою різану солому. Чим не символіка? Чи довго Ще вталовуватимуть болото на одному місці парубки в довгих, мов гамувальних, галицьких сорочках!.. Тихо на Збручі.</w:t>
      </w:r>
    </w:p>
    <w:p>
      <w:r>
        <w:br/>
        <w:t>— Скупайтесь, што ли,— пропонує мені червоноармієць: — до середины река наша, а там дальше — польская, не идите туда...</w:t>
      </w:r>
    </w:p>
    <w:p>
      <w:r>
        <w:br/>
        <w:t>Я швидко роздягнувся і — в воду. Чотири кроки по коліна в воді — це ще "наш" Збруч. Про мене! Мий мене, Збруче, проклята ріка! Я лягаю на дно й свіжа течія пестить мені плечі, груди, стегна. Яка, холодна, приємна вода! Ти, Збруче, бачу — не скоро ще ^сохнеш... Ступити б ще п'ять кроків праворуч, але однаково — і коло польського берега ти, Збруче, такий же німий, мілкий і'сумирний.</w:t>
      </w:r>
    </w:p>
    <w:p>
      <w:r>
        <w:br/>
        <w:t>Хвиль би тобі, Збруче! Глибини! Бескидів!.. Я одягаюся. На тому боці все ще вталовують болото парубки і порається з лопатою полячЬк.</w:t>
      </w:r>
    </w:p>
    <w:p>
      <w:r>
        <w:br/>
        <w:t>— Прощай, Збруче!</w:t>
      </w:r>
    </w:p>
    <w:p>
      <w:r>
        <w:br/>
        <w:t>За півкілометра до комендатури до нас долітає знайомий уже крик:</w:t>
      </w:r>
    </w:p>
    <w:p>
      <w:r>
        <w:br/>
        <w:t>— Пусти-и-и-и! Дяденька, пусти-и-й! Червоноармієць насупився.</w:t>
      </w:r>
    </w:p>
    <w:p>
      <w:r>
        <w:br/>
        <w:t>— Спать, мерзавка, не дает. Каждый день так: только светать начнет, она сейчас же тебе поднимает хай. Суда на нее нет! А команда вот уже третий день не высыпается...</w:t>
      </w:r>
    </w:p>
    <w:p>
      <w:r>
        <w:br/>
        <w:t>На румунському боці ліньки перевертають колеса водяні млини.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когут піє на три держави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