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Дбайлива Доріжка</w:t>
      </w:r>
    </w:p>
    <w:p>
      <w:r>
        <w:br/>
        <w:t xml:space="preserve"> &lt;p&gt;Хлопчик намагався перелізти через Паркан. Він пітнів, але уперто дерся вгору. Паркан крекотів, хитався й наполегливо пропонував маленькому пустуну пошукати собі іншу справу.</w:t>
      </w:r>
    </w:p>
    <w:p>
      <w:r>
        <w:br/>
        <w:t>&amp;#8195; – Все одно піднімуся, все одно перелізу! – торочив Хлопчик й знову та знову намагався підкорити підступну висоту.</w:t>
      </w:r>
    </w:p>
    <w:p>
      <w:r>
        <w:br/>
        <w:t>&amp;#8195; Нарешті – яка радість! – Хлопчик опинився на вершечку.</w:t>
      </w:r>
    </w:p>
    <w:p>
      <w:r>
        <w:br/>
        <w:t>&amp;#8195; – Яка височінь! – зрадів він.</w:t>
      </w:r>
    </w:p>
    <w:p>
      <w:r>
        <w:br/>
        <w:t>&amp;#8195; – Ця вага зайва! – зітхнув Паркан.</w:t>
      </w:r>
    </w:p>
    <w:p>
      <w:r>
        <w:br/>
        <w:t>&amp;#8195; – Хоч які, та зміни у житті! Хоча б побачу, що воно у світі робиться, – вирішила Скалка й уп’ялася Хлопчику в палець.</w:t>
      </w:r>
    </w:p>
    <w:p>
      <w:r>
        <w:br/>
        <w:t>&amp;#8195; Хлопчик від болю та несподіванки зойкнув, здригнувся, а ноги його втратили підпору.</w:t>
      </w:r>
    </w:p>
    <w:p>
      <w:r>
        <w:br/>
        <w:t>&amp;#8195; – Допоможіть! – сердешний відкрив було рота, але галас зійшов на тихенький писк.</w:t>
      </w:r>
    </w:p>
    <w:p>
      <w:r>
        <w:br/>
        <w:t>&amp;#8195; Першим очухався Пасок. Він миттєво зачепився за поперечку і Хлопчик зависнув на Паркані догори ногами. Дитина спробувала перекрутитися, але пряжка Паска боляче встромилася у живіт.</w:t>
      </w:r>
    </w:p>
    <w:p>
      <w:r>
        <w:br/>
        <w:t>&amp;#8195; Перед очима збентеженого Хлопчика маячила порошна асфальтова Доріжка. Вона хиталася, наче хвилі під час шторму, і щось примовляла.</w:t>
      </w:r>
    </w:p>
    <w:p>
      <w:r>
        <w:br/>
        <w:t>&amp;#8195; – Зараз я впаду, і мені буде ДУЖЕ незручно, – зітхав Хлопець.</w:t>
      </w:r>
    </w:p>
    <w:p>
      <w:r>
        <w:br/>
        <w:t>&amp;#8195; – Зараз він впаде, і в мене нова дощечка зламається, – сумував Паркан.</w:t>
      </w:r>
    </w:p>
    <w:p>
      <w:r>
        <w:br/>
        <w:t>&amp;#8195; – Зараз він впаде і розіб’ється... От якби мені зробитися м’якенькою, немов перина, – мріяла Доріжка.</w:t>
      </w:r>
    </w:p>
    <w:p>
      <w:r>
        <w:br/>
        <w:t>&amp;#8195; Невідомо, на скільки б вистачило сил у Паркана, та повз нього йшов Добрий Дядечко. Він зняв Хлопчика з Паркану. Паркан з полегшенням зітхнув. Доріжка радісно схлипнула. А Хлопчик подякував Дядечкові й застрибав на одній ніжці.</w:t>
      </w:r>
    </w:p>
    <w:p>
      <w:r>
        <w:br/>
        <w:t>&amp;#8195; – Го-го! А Доріжка, мабуть, під сонцем розтанула! – хихотів він. – Тепер на ній залишиться відбиток моєї ноги...</w:t>
      </w:r>
    </w:p>
    <w:p>
      <w:r>
        <w:br/>
        <w:t>&amp;#8195; – Запам’ятай цей випадок. І більше так не роби, – порадила Доріжка і затужавіла.</w:t>
      </w:r>
    </w:p>
    <w:p>
      <w:r>
        <w:br/>
        <w:t>&amp;#8195; – Навіщо неприємне пам’ятати? – здивувався Хлопчик. – Навпаки, його треба терміново забути.</w:t>
      </w:r>
    </w:p>
    <w:p>
      <w:r>
        <w:br/>
        <w:t>&amp;#8195; Але кожного разу, побачивши застиглий відбиток своєї ноги, Хлопчик не дерся на паркан, а проходив у хвіртку.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Дбайлива Доріжка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