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Дарунок горобця</w:t>
      </w:r>
    </w:p>
    <w:p>
      <w:r>
        <w:br/>
        <w:t xml:space="preserve"> &lt;p&gt;Прикута хворобою до ліжка, дівчинка жила в самому низу височезної бетонної башти, шпиль якої сягав аж до неба. Біля неї вирувало місто, але через вікно своєї підвальної кімнатки вона могла бачити лише ноги перехожих.</w:t>
      </w:r>
    </w:p>
    <w:p>
      <w:r>
        <w:br/>
        <w:t>"Куди вони йдуть, що шукають?" — запитувала дівчинка себе, але відповіді не знаходила. Над усе її хвилювали миготливі дитячі ніжки, особливо найменші. Коли вона дивилася на них, їй здавалося, що й вона кудись мчить. Швидко, швидше, ще швидше. На левади, полонини, в гори і далі: адже світ безкраїй і різноманітний!</w:t>
      </w:r>
    </w:p>
    <w:p>
      <w:r>
        <w:br/>
        <w:t>Якби була вітром, понеслася б вулицями, переплела б гілля дерев, поскидала б з голів у людей капелюхи. А якби стала хмаркою, опустилася б на вершину Срібної гори, похлюпалася б у морі, подалася б слідом за зірками й птахами. Дівчинка зітхнула. Зі свого бетонного подвір'я, обступленого будинками, наче прямовисними скелями, вона бачила лише клаптик голубого неба. Що ж вона могла знати про хмари? Тільки те, що вони схожі на метеликів і хутко кудись пливуть...</w:t>
      </w:r>
    </w:p>
    <w:p>
      <w:r>
        <w:br/>
        <w:t>Притримуючись за стіну, дівчинка спробувала ступити кілька кроків, але нічого з того не вийшло. Мати ж повернеться з роботи лише надвечір. Якби в неї був собака або кішка! Втім, де в її тісній комірчині їх розмістити?</w:t>
      </w:r>
    </w:p>
    <w:p>
      <w:r>
        <w:br/>
        <w:t>Дівчинка прислухалася.</w:t>
      </w:r>
    </w:p>
    <w:p>
      <w:r>
        <w:br/>
        <w:t>Знадвору долинали дитячі голоси. Чулися удари м'яча в стіну, радісний сміх переможця і ображені слова переможеного.. А тоді несподівано у вікно влетів м'яч. Хлопчак, який біг за ним, став на коліна й зазирнув у вікно.</w:t>
      </w:r>
    </w:p>
    <w:p>
      <w:r>
        <w:br/>
        <w:t>— Чи є тут хто-небудь? — запитав і збіг сходинками вниз.— Гей, хто там, викиньте мені м'яч! — Хлопчина ступив у кімнатку, але, побачивши дівчинку, відсахнувся, підхопив м'яч і вибіг на вулицю. Однак на другий день він постукав у двері й відтоді став майже щодня навідувати хвору. Щоразу він приносив із собою якийсь подарунок: то цвіт каштана, то відполірований кольоровий камінець, то горобчика з перебитим крилом...</w:t>
      </w:r>
    </w:p>
    <w:p>
      <w:r>
        <w:br/>
        <w:t>— Ледь врятував од кішки! — Хлопчина поклав поранену пташку на ковдру, а дівчинка, вжахнувшись, заховала голову під подушку. Проте вже за кілька хвилин її страх змінився співчуттям. Горобчик ледь дихав: чим вона ще могла допомогти пташині, крім того, що перебинтувала крильце й нагодувала крихтами хліба?</w:t>
      </w:r>
    </w:p>
    <w:p>
      <w:r>
        <w:br/>
        <w:t>Час збігав, як дощова вода по ринві, але горобчик одужував поволі. Аж коли вже несмілива травичка пробилася з-під землі, він вперше затріпотів крильцями. Однак лише тоді, як на подвір'ї розгулялося спекотливе літо, дівчинка відчинила вікно й прошепотіла:</w:t>
      </w:r>
    </w:p>
    <w:p>
      <w:r>
        <w:br/>
        <w:t>— Лети собі, нещасна пташко!</w:t>
      </w:r>
    </w:p>
    <w:p>
      <w:r>
        <w:br/>
        <w:t>Проте горобчик і не думав нікуди летіти ні першого, ні другого дня. Тільки третього злетів на підвіконня і процвірінькав:</w:t>
      </w:r>
    </w:p>
    <w:p>
      <w:r>
        <w:br/>
        <w:t>— Дякую тобі! Чекай мене завтра о цій порі!</w:t>
      </w:r>
    </w:p>
    <w:p>
      <w:r>
        <w:br/>
        <w:t>— Що? — Дівчинка, не вірячи собі, зажмурилася.— Може, це мені сниться? — Вона розплющила очі, глянула на підвіконня, але пташини там уже не було. "Мабуть, мені вчулося",— і вона вирішила ні матері, ні хлопчакові нічого не казати, бо ще висміють. "Коли це горобці говорили? — запитали б її.— Якась нісенітниця!"</w:t>
      </w:r>
    </w:p>
    <w:p>
      <w:r>
        <w:br/>
        <w:t>Наступного дня, зраненька, вона стала виглядати пташину, однак та не з'явилася. Але тільки дівчинка хотіла вкритися з головою, як почула чийсь голос:</w:t>
      </w:r>
    </w:p>
    <w:p>
      <w:r>
        <w:br/>
        <w:t>— Зараз же вставай, бо я поспішаю!</w:t>
      </w:r>
    </w:p>
    <w:p>
      <w:r>
        <w:br/>
        <w:t>— Хто ти такий і куди квапишся? — Дівчинка звелася на лікоть і роззирнулася по кімнаті: ніде нікого. "Певно, я ще сплю і бачу сон",— прошепотіла вона, проте той самий голос повторив, щоб вона вставала, не таячи часу. Дівчинка сіла в ліжку: на підвіконні сидів її горобчик, а біля його ніжок виблискувало щось маленьке, золотаве, схоже на кавунове насіннячко. "Невже то він сказав?" — Дівчинка знову лягла і натягла ковдру до підборіддя. Але відразу ж почула докірливий шепіт:</w:t>
      </w:r>
    </w:p>
    <w:p>
      <w:r>
        <w:br/>
        <w:t>— Вставай, бо мені ніколи з тобою балакати... Вставай, посади насінину розрив-трави[1] й чекай, поки вона не вродить. Коли плід репне, проковтни з нього зернину, але раніше не чіпай його і нікому нічого не розказуй! — Миттю, як і з'явився, горобчик вилетів у вікно.</w:t>
      </w:r>
    </w:p>
    <w:p>
      <w:r>
        <w:br/>
        <w:t>Дівчинка взяла з підвіконня насінинку і здивувалася: насінинка була тепла й важча від найбільшого кавуна. Дівчинка огледіла її зі всіх боків, посадила в горщик із землею і полила.</w:t>
      </w:r>
    </w:p>
    <w:p>
      <w:r>
        <w:br/>
        <w:t>Дні без упину змінювали один одного, за вікном уже пролітали перші сніжинки, а в горщику нічого не проростало.</w:t>
      </w:r>
    </w:p>
    <w:p>
      <w:r>
        <w:br/>
        <w:t>"Може, горобчик мені тільки приснився?" — подумала дівчинка, засинаючи, та вранці, розплющивши очі, помітила в горщику тоненький паросток розрив-трави.</w:t>
      </w:r>
    </w:p>
    <w:p>
      <w:r>
        <w:br/>
        <w:t>"Коли ж він виросте?" — щодня запитувала вона себе. Минали дні й місяці, знову весна золотим сяйвом просилася у вікно, а паросток і далі ледь стримів із землі. Знову було чути збуджені дитячі голоси й удари м'яча об стіну, але хлопчак більше не приходив. Мати сказала, що він з батьками переїхав в інше місто. Засумувала дівчинка. Вона вже навіть перестала поливати паросток, як одного дня помітила, що на ньому з'явився темно-синій пуп'янок. Він з кожним днем потроху ріс, а коли став розпускатися, дівчинка відчула, що і в неї прибуває сили. Якось увечері мати здивовано запитала:</w:t>
      </w:r>
    </w:p>
    <w:p>
      <w:r>
        <w:br/>
        <w:t>— Звідки взялася в горщику ця квіточка?</w:t>
      </w:r>
    </w:p>
    <w:p>
      <w:r>
        <w:br/>
        <w:t>Проте дівчинка нічого на те не відказала.</w:t>
      </w:r>
    </w:p>
    <w:p>
      <w:r>
        <w:br/>
        <w:t>Прозора, пахуча голуба квітка з високими рожевими тичинками гордо тріпотіла в сонячному пррмінні й з кожним днем ставала все більшою, все блискучішою. Незабаром у її середині проріс плід. Уся кімната була повна пахощів і сяяння, але мати більше нічого не запитувала. Бачила, що квітка заспокоює дівчину, тому й мовчала.</w:t>
      </w:r>
    </w:p>
    <w:p>
      <w:r>
        <w:br/>
        <w:t>"Чи він коли-небудь дозріє?" — Дівчинка нетерпляче оглядала плід зусібіч, а дні тяглися, мов дощові краплі по вікні. Усе-таки одного ранку з плоду вилетіла зернина і, наче золота бджілка, впала їй на долоню. Тремтячи від збудження, дівчинка проковтнула її і відразу ж зіскочила з ліжка.</w:t>
      </w:r>
    </w:p>
    <w:p>
      <w:r>
        <w:br/>
        <w:t>— Я ходжу! Я можу бігати! — не тямлячи себе від радості, вигукнула вона й хотіла бігти на вулицю, коли почула чийсь слабенький голосочок:</w:t>
      </w:r>
    </w:p>
    <w:p>
      <w:r>
        <w:br/>
        <w:t>— Це добре, що ти можеш бігати, але поможи й мені!</w:t>
      </w:r>
    </w:p>
    <w:p>
      <w:r>
        <w:br/>
        <w:t>"Може, це горобчик повернувся?" — подумала дівчинка й глянула на вікно, проте пташки там не було. Лише затиснутий між двома трісками борсався маленький рудий цвіркун.</w:t>
      </w:r>
    </w:p>
    <w:p>
      <w:r>
        <w:br/>
        <w:t>— Чого чекаєш? — Цвіркун нетерпляче підвів голову, а дівчинка, нарешті зрозумівши, що це саме він говорить, підійшла і вийняла його з розколинки, дивуючись, що розуміє мову не тільки птахів, а й комах.</w:t>
      </w:r>
    </w:p>
    <w:p>
      <w:r>
        <w:br/>
        <w:t>— Нема чого дивуватися! — Цвіркун тихо засміявся, ніби читав її думки.— Розрив-трава не тільки повернула тобі здоров'я, але й подарувала здатність розуміти мову всього живого на світі. Горобчика ж не чекай! Він у Країні Голубих вітрів, а мене послав, щоб я й тебе привів туди. Заплющ очі й лічи до десяти...</w:t>
      </w:r>
    </w:p>
    <w:p>
      <w:r>
        <w:br/>
        <w:t>— Який ти смішний! — Дівчинка заплющила очі й відразу поринула в сон...</w:t>
      </w:r>
    </w:p>
    <w:p>
      <w:r>
        <w:br/>
        <w:t>Ніхто не знає, скільки вона спала і що їй снилося. Коли розплющила очі, то побачила, що вона на березі якогось озера, перед ворітьми білого мармурового палацу.</w:t>
      </w:r>
    </w:p>
    <w:p>
      <w:r>
        <w:br/>
        <w:t>— Чий це такий гарний дім? Де я? — зчудувалася вона, але цвіркун попередив, аби ні про що не розпитувала. Та й розпитувати було вже ніколи: перед нею розчинилися прозорі сонцесяйні ворота, й вона опинилась у розкішному квітучому саду, відчула духмяний запах квітів, про які ніколи й не чула. Над високими різнобарвними квітами літали голубі птахи, схожі на величезних метеликів, але тріпотіння крил вона не чула.</w:t>
      </w:r>
    </w:p>
    <w:p>
      <w:r>
        <w:br/>
        <w:t>Зненацька один з них сів їй на плече й мовив:</w:t>
      </w:r>
    </w:p>
    <w:p>
      <w:r>
        <w:br/>
        <w:t>— Я — твій горобчик!</w:t>
      </w:r>
    </w:p>
    <w:p>
      <w:r>
        <w:br/>
        <w:t>— Не може бути,— дівчинка похитала головою.— Мій горобчик був сірий!</w:t>
      </w:r>
    </w:p>
    <w:p>
      <w:r>
        <w:br/>
        <w:t>— Сірим я був лише там, у місті. А це Країна Голубих вітрів, тож і горобці тут голубі. Але час мій закінчується: візьми пригорщу насіння і йди, бо ще багато на світі хворих і нещасних...</w:t>
      </w:r>
    </w:p>
    <w:p>
      <w:r>
        <w:br/>
        <w:t>Нараз голубе сяйво крил горобця перетворилося у клаптик паморозі й він зник. Кудись поділися і ясний місяць, і повний пахощів сад. Здивувавшись, дівйинка потерла очі: "Чи це можливо?" Вона знову була у своїй підвальній кімнатинці, над якою, наче прямовисні скелі, стриміли височезні будинки.</w:t>
      </w:r>
    </w:p>
    <w:p>
      <w:r>
        <w:br/>
        <w:t>"Мабуть, усе це мені наснилося?" — подумала дівчинка. Аж тут вона помітила кільканадцять золотавих насінин. Вони були незвичайно важкі й теплі. Дівчинка побігла на кухню й одну дала матері. Потім помандрувала світом і решту роздала хворим і нещасним...</w:t>
      </w:r>
    </w:p>
    <w:p>
      <w:r>
        <w:br/>
        <w:t>Перед нею летіли птахи і вказували дорогу, а квіти, розпускаючись, вітали її. І дівчинка йшла через гори й долини, пустелі й льодовики і з кожним днем ставала все стрункішою, гарнішою. Так вона ходила, поки з Країни Голубих вітрів не надійшла звістка про горобчика, який обернувся юнаком і помандрував світом, шукаючи красуню, котра колись перебинтувала йому крило...</w:t>
      </w:r>
    </w:p>
    <w:p>
      <w:r>
        <w:br/>
        <w:t>[1] Розрив-трава — чудодійна рослина з народних легенд: відводить від людини біду, виконує найзаповітніші її бажання.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Дарунок горобця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