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Данте і поезія доби</w:t>
      </w:r>
    </w:p>
    <w:p>
      <w:r>
        <w:br/>
        <w:t xml:space="preserve"> Як я при брамі тремтячи схиливсь&lt;br /&gt;</w:t>
        <w:br/>
        <w:t>Узрівши Найблаженнішу · згадавши&lt;br /&gt;</w:t>
        <w:br/>
        <w:t>В гарячці ті гіркотні ночі · й друг&lt;br /&gt;</w:t>
        <w:br/>
        <w:t>За мною стежив спочутливо · й дихав&lt;br /&gt;</w:t>
        <w:br/>
        <w:t>Я нею лиш і співом їй моїм:&lt;br /&gt;</w:t>
        <w:br/>
        <w:t>На сміх я людям був · бо не стрясуть їх&lt;br /&gt;</w:t>
        <w:br/>
        <w:t>Любовні наші скарги — коли ми&lt;br /&gt;</w:t>
        <w:br/>
        <w:t>Минущі в мріях живемо як вічні.</w:t>
      </w:r>
    </w:p>
    <w:p>
      <w:r>
        <w:br/>
        <w:t>Змужнів я · вразила мене ганьба&lt;br /&gt;</w:t>
        <w:br/>
        <w:t>Держав спустошуваних лже-вождями...&lt;br /&gt;</w:t>
        <w:br/>
        <w:t>Де лиш рятунок мрів — я йшов на поміч&lt;br /&gt;</w:t>
        <w:br/>
        <w:t>Добром і духом з руйначем боротись.&lt;br /&gt;</w:t>
        <w:br/>
        <w:t>Відплачено мені було вигнанням&lt;br /&gt;</w:t>
        <w:br/>
        <w:t>І я роками під дверми чужими&lt;br /&gt;</w:t>
        <w:br/>
        <w:t>Жебрачу на наказ дурних — от-от&lt;br /&gt;</w:t>
        <w:br/>
        <w:t>Вони вже прах без назви · я ж існую.</w:t>
      </w:r>
    </w:p>
    <w:p>
      <w:r>
        <w:br/>
        <w:t>Як потім мій багатобитий шлях ·&lt;br /&gt;</w:t>
        <w:br/>
        <w:t>Мій біль на наші самохитні муки ·&lt;br /&gt;</w:t>
        <w:br/>
        <w:t>Мій гнів на літеплих зіпсутих ницих&lt;br /&gt;</w:t>
        <w:br/>
        <w:t>Загус у мідній формі: вчули многі&lt;br /&gt;</w:t>
        <w:br/>
        <w:t>Як тільки щез їх страх — луну грімку&lt;br /&gt;</w:t>
        <w:br/>
        <w:t>І хоч не відчував ніхто з них кігтів&lt;br /&gt;</w:t>
        <w:br/>
        <w:t>Та й жару в серці: з Адідже до Тібру&lt;br /&gt;</w:t>
        <w:br/>
        <w:t>Набухла слава про ізгоя житло.</w:t>
      </w:r>
    </w:p>
    <w:p>
      <w:r>
        <w:br/>
        <w:t>Та коли світу я уник · долини&lt;br /&gt;</w:t>
        <w:br/>
        <w:t>Узрів Блаженних · янгольські хорали&lt;br /&gt;</w:t>
        <w:br/>
        <w:t>Сприйняв і передав: то мою гарфу&lt;br /&gt;</w:t>
        <w:br/>
        <w:t>Прозвали здитинілою.. о глупі!&lt;br /&gt;</w:t>
        <w:br/>
        <w:t>Я з печі головешку взяв ·роздув —&lt;br /&gt;</w:t>
        <w:br/>
        <w:t>Бурхнуло пекло · та вогню я прагнув&lt;br /&gt;</w:t>
        <w:br/>
        <w:t>Щоб опромінити любов найвищу&lt;br /&gt;</w:t>
        <w:br/>
        <w:t>І провістити сонце і зорю.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Данте і поезія доби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