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Далеко!</w:t>
      </w:r>
    </w:p>
    <w:p>
      <w:r>
        <w:br/>
        <w:t xml:space="preserve"> Забренїли ой! весною&lt;br /&gt;</w:t>
        <w:br/>
        <w:t>Чисті ріки з гір водою,&lt;br /&gt;</w:t>
        <w:br/>
        <w:t>Зашуміли у простори&lt;br /&gt;</w:t>
        <w:br/>
        <w:t>Поміж ниви, поміж гори.&lt;br /&gt;</w:t>
        <w:br/>
        <w:t>Хвиля котить ся весела&lt;br /&gt;</w:t>
        <w:br/>
        <w:t>У ті наші тихі села.&lt;br /&gt;</w:t>
        <w:br/>
        <w:t>А над ними лист берези&lt;br /&gt;</w:t>
        <w:br/>
        <w:t>Ронить сльози наче слези;&lt;br /&gt;</w:t>
        <w:br/>
        <w:t>А здовж струї ген видати&lt;br /&gt;</w:t>
        <w:br/>
        <w:t>Чорні стріхи, низькі хати:&lt;br /&gt;</w:t>
        <w:br/>
        <w:t>Стали мовчки в довгім шнурі&lt;br /&gt;</w:t>
        <w:br/>
        <w:t>У задумі, у понурій...&lt;br /&gt;</w:t>
        <w:br/>
        <w:t>Сьвітить сонце, сипле лучі&lt;br /&gt;</w:t>
        <w:br/>
        <w:t>На люд в селах тих живучих,&lt;br /&gt;</w:t>
        <w:br/>
        <w:t>Сьвітить, свьвітить, жаром сїє,&lt;br /&gt;</w:t>
        <w:br/>
        <w:t>Та серць змерзлих не зігріє;&lt;br /&gt;</w:t>
        <w:br/>
        <w:t>Буйний вітер не всушає&lt;br /&gt;</w:t>
        <w:br/>
        <w:t>Слїз, що нарід проливає;&lt;br /&gt;</w:t>
        <w:br/>
        <w:t>Хоч землицю зелень вбрала,&lt;br /&gt;</w:t>
        <w:br/>
        <w:t>В нього ярь ще не настала.&lt;br /&gt;</w:t>
        <w:br/>
        <w:t>А довкола глухо, сумно,&lt;br /&gt;</w:t>
        <w:br/>
        <w:t>Мов зложили щастє в трумно...</w:t>
      </w:r>
    </w:p>
    <w:p>
      <w:r>
        <w:br/>
        <w:t>Не весело і дїтворі,&lt;br /&gt;</w:t>
        <w:br/>
        <w:t>Білі личка аж прозорі...&lt;br /&gt;</w:t>
        <w:br/>
        <w:t>Не співає над потоком&lt;br /&gt;</w:t>
        <w:br/>
        <w:t>Дївчинонька з ясним оком;&lt;br /&gt;</w:t>
        <w:br/>
        <w:t>І дїдусь, наш голуб сивий,&lt;br /&gt;</w:t>
        <w:br/>
        <w:t>Слезним зором мірить ниви...&lt;br /&gt;</w:t>
        <w:br/>
        <w:t>Пісня з поля ллєсь тужлива:&lt;br /&gt;</w:t>
        <w:br/>
        <w:t>"Ой ти доле нещаслива!"&lt;br /&gt;</w:t>
        <w:br/>
        <w:t>Мряка села налягає,&lt;br /&gt;</w:t>
        <w:br/>
        <w:t>Все сумує і зітхає&lt;br /&gt;</w:t>
        <w:br/>
        <w:t>Від бабусї до дитяти,&lt;br /&gt;</w:t>
        <w:br/>
        <w:t>Бо далеко щастє хати.</w:t>
      </w:r>
    </w:p>
    <w:p>
      <w:r>
        <w:br/>
        <w:t>Ллють ся ріки в край широкий,&lt;br /&gt;</w:t>
        <w:br/>
        <w:t>Ген у море у глибоке...&lt;br /&gt;</w:t>
        <w:br/>
        <w:t>По дорозї сьвіта много,&lt;br /&gt;</w:t>
        <w:br/>
        <w:t>Мало щастя, сила злого!&lt;br /&gt;</w:t>
        <w:br/>
        <w:t>Та де вдарять в берег води,&lt;br /&gt;</w:t>
        <w:br/>
        <w:t>Всюди братий два є роди:&lt;br /&gt;</w:t>
        <w:br/>
        <w:t>Панувати сей охочий,&lt;br /&gt;</w:t>
        <w:br/>
        <w:t>А брат другий — віл робочий;&lt;br /&gt;</w:t>
        <w:br/>
        <w:t>Сей в тоненькім ходить платю,&lt;br /&gt;</w:t>
        <w:br/>
        <w:t>Того спина у лахматю;&lt;br /&gt;</w:t>
        <w:br/>
        <w:t>Сему вінцї з рож сплїтають,&lt;br /&gt;</w:t>
        <w:br/>
        <w:t>Того й рястом не квітчають;&lt;br /&gt;</w:t>
        <w:br/>
        <w:t>Сей безкарно топче права&lt;br /&gt;</w:t>
        <w:br/>
        <w:t>І йому ще з сього слава,&lt;br /&gt;</w:t>
        <w:br/>
        <w:t>А той другий кровю тільки&lt;br /&gt;</w:t>
        <w:br/>
        <w:t>Може змити шалу хвильку!</w:t>
      </w:r>
    </w:p>
    <w:p>
      <w:r>
        <w:br/>
        <w:t>Вють ся ріки між полями,&lt;br /&gt;</w:t>
        <w:br/>
        <w:t>Могутнїють слїзоньками,&lt;br /&gt;</w:t>
        <w:br/>
        <w:t>А їх хвиль гучнії звуки&lt;br /&gt;</w:t>
        <w:br/>
        <w:t>Глушать зойк біди й розпуки.&lt;br /&gt;</w:t>
        <w:br/>
        <w:t>Лиш із рідка, в неохотї&lt;br /&gt;</w:t>
        <w:br/>
        <w:t>Кине кожний гріш бідноті:&lt;br /&gt;</w:t>
        <w:br/>
        <w:t>Бідний руку простягає,&lt;br /&gt;</w:t>
        <w:br/>
        <w:t>Згорда лепту пан кидає,&lt;br /&gt;</w:t>
        <w:br/>
        <w:t>Як рабови, не як брату,&lt;br /&gt;</w:t>
        <w:br/>
        <w:t>Що з ним дїлить серце й хату.&lt;br /&gt;</w:t>
        <w:br/>
        <w:t>Хоч піт ллєть ся, гнуть ся спини,&lt;br /&gt;</w:t>
        <w:br/>
        <w:t>Сьвітла, долї нї крихтини!&lt;br /&gt;</w:t>
        <w:br/>
        <w:t>Плещуть води вниз до моря —&lt;br /&gt;</w:t>
        <w:br/>
        <w:t>Не свитає щастя зоря...&lt;br /&gt;</w:t>
        <w:br/>
        <w:t>Струя сліїзми в щерть налита,&lt;br /&gt;</w:t>
        <w:br/>
        <w:t>Та далеко щастє сьвіта!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