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 квітці відчути...</w:t>
      </w:r>
    </w:p>
    <w:p>
      <w:r>
        <w:br/>
        <w:t xml:space="preserve"> Дай квітці відчути&lt;br /&gt;</w:t>
        <w:br/>
        <w:t>своє цвітіння&lt;br /&gt;</w:t>
        <w:br/>
        <w:t>І яблуку дай&lt;br /&gt;</w:t>
        <w:br/>
        <w:t>зрозуміти достиглість&lt;br /&gt;</w:t>
        <w:br/>
        <w:t>власну…&lt;br /&gt;</w:t>
        <w:br/>
        <w:t>Гріховній планеті –&lt;br /&gt;</w:t>
        <w:br/>
        <w:t>свою непорочність&lt;br /&gt;</w:t>
        <w:br/>
        <w:t>зоряну…&lt;br /&gt;</w:t>
        <w:br/>
        <w:t>Народжена в сорочині&lt;br /&gt;</w:t>
        <w:br/>
        <w:t>туманів іще не ядерних,&lt;br /&gt;</w:t>
        <w:br/>
        <w:t>Вона і понині вірить&lt;br /&gt;</w:t>
        <w:br/>
        <w:t>У всякі людські гаразди&lt;br /&gt;</w:t>
        <w:br/>
        <w:t>У Погорільцях і Тампере,&lt;br /&gt;</w:t>
        <w:br/>
        <w:t>Провінціальнім Онтаріо&lt;br /&gt;</w:t>
        <w:br/>
        <w:t>І там,&lt;br /&gt;</w:t>
        <w:br/>
        <w:t>де навіть віра людська&lt;br /&gt;</w:t>
        <w:br/>
        <w:t>На волосинці єдиній тепліє.&lt;br /&gt;</w:t>
        <w:br/>
        <w:t>…Дай квітці відчути&lt;br /&gt;</w:t>
        <w:br/>
        <w:t>своє цвітіння&lt;br /&gt;</w:t>
        <w:br/>
        <w:t>І яблуку&lt;br /&gt;</w:t>
        <w:br/>
        <w:t>дай зрозуміти&lt;br /&gt;</w:t>
        <w:br/>
        <w:t>достиглість власну…&lt;br /&gt;</w:t>
        <w:br/>
        <w:t>Гріховній планеті –&lt;br /&gt;</w:t>
        <w:br/>
        <w:t>свою непорочність&lt;br /&gt;</w:t>
        <w:br/>
        <w:t>зоряну…&lt;br /&gt;</w:t>
        <w:br/>
        <w:t>Аби не змаліла&lt;br /&gt;</w:t>
        <w:br/>
        <w:t>пташина мала&lt;br /&gt;</w:t>
        <w:br/>
        <w:t>в польоті,&lt;br /&gt;</w:t>
        <w:br/>
        <w:t>Аби велетенському лайнеру&lt;br /&gt;</w:t>
        <w:br/>
        <w:t>Не переставала світити&lt;br /&gt;</w:t>
        <w:br/>
        <w:t>Крихітна цятка сигнальна&lt;br /&gt;</w:t>
        <w:br/>
        <w:t>З рідного аеродрому,&lt;br /&gt;</w:t>
        <w:br/>
        <w:t>Аби не зазнала зради&lt;br /&gt;</w:t>
        <w:br/>
        <w:t>Квітка коханих усіх&lt;br /&gt;</w:t>
        <w:br/>
        <w:t>Люби-мене-не-покинь.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 квітці відчути...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