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Дачник</w:t>
      </w:r>
    </w:p>
    <w:p>
      <w:r>
        <w:br/>
        <w:t xml:space="preserve"> Була у нас пригода:&lt;br /&gt;</w:t>
        <w:br/>
        <w:t>Із міста до села&lt;br /&gt;</w:t>
        <w:br/>
        <w:t>Спочити на природі&lt;br /&gt;</w:t>
        <w:br/>
        <w:t>Родина прибула.</w:t>
      </w:r>
    </w:p>
    <w:p>
      <w:r>
        <w:br/>
        <w:t>А в тій родині — хлопець.&lt;br /&gt;</w:t>
        <w:br/>
        <w:t>Ми всі — до нього враз.&lt;br /&gt;</w:t>
        <w:br/>
        <w:t>— Як звуть тебе? — питаєм.&lt;br /&gt;</w:t>
        <w:br/>
        <w:t>— Миколкою... А вас?</w:t>
      </w:r>
    </w:p>
    <w:p>
      <w:r>
        <w:br/>
        <w:t>— Це Васильок, це Сава,&lt;br /&gt;</w:t>
        <w:br/>
        <w:t>Я — Гнат, а то — Гордій.&lt;br /&gt;</w:t>
        <w:br/>
        <w:t>Гайда гуляти з нами!&lt;br /&gt;</w:t>
        <w:br/>
        <w:t>— Ходімо. Я — радий!</w:t>
      </w:r>
    </w:p>
    <w:p>
      <w:r>
        <w:br/>
        <w:t>І ми ведемо гостя&lt;br /&gt;</w:t>
        <w:br/>
        <w:t>На поле та на луг.&lt;br /&gt;</w:t>
        <w:br/>
        <w:t>Цікаво,&lt;br /&gt;</w:t>
        <w:br/>
        <w:t>пильно-пильно&lt;br /&gt;</w:t>
        <w:br/>
        <w:t>Він дивиться навкруг.</w:t>
      </w:r>
    </w:p>
    <w:p>
      <w:r>
        <w:br/>
        <w:t>— Це що цвіте — жоржини? —&lt;br /&gt;</w:t>
        <w:br/>
        <w:t>Про соняхи пита.&lt;br /&gt;</w:t>
        <w:br/>
        <w:t>— Які високі трави! —&lt;br /&gt;</w:t>
        <w:br/>
        <w:t>Киває на жита.</w:t>
      </w:r>
    </w:p>
    <w:p>
      <w:r>
        <w:br/>
        <w:t>— Ой, оси! — він гукає&lt;br /&gt;</w:t>
        <w:br/>
        <w:t>На бджілок золотих.&lt;br /&gt;</w:t>
        <w:br/>
        <w:t>А ми ідемо поряд,&lt;br /&gt;</w:t>
        <w:br/>
        <w:t>Ледь стримуємо сміх.</w:t>
      </w:r>
    </w:p>
    <w:p>
      <w:r>
        <w:br/>
        <w:t>Коли ж корів колгоспних&lt;br /&gt;</w:t>
        <w:br/>
        <w:t>Назвав хлопчак "воли",—&lt;br /&gt;</w:t>
        <w:br/>
        <w:t>Ми реготом зайшлися,&lt;br /&gt;</w:t>
        <w:br/>
        <w:t>Аж долі полягли!</w:t>
      </w:r>
    </w:p>
    <w:p>
      <w:r>
        <w:br/>
        <w:t>— Ой! Ха-ха-ха! Ну й дачник!&lt;br /&gt;</w:t>
        <w:br/>
        <w:t>— Ха-ха! Ну і дивак!..—&lt;br /&gt;</w:t>
        <w:br/>
        <w:t>Нахмурився Миколка,&lt;br /&gt;</w:t>
        <w:br/>
        <w:t>Почервонів, як мак...</w:t>
      </w:r>
    </w:p>
    <w:p>
      <w:r>
        <w:br/>
        <w:t>Йдемо ми далі й далі&lt;br /&gt;</w:t>
        <w:br/>
        <w:t>По стежці польовій.&lt;br /&gt;</w:t>
        <w:br/>
        <w:t>Побачив Коля трактор,—&lt;br /&gt;</w:t>
        <w:br/>
        <w:t>Спинився, наче стій.</w:t>
      </w:r>
    </w:p>
    <w:p>
      <w:r>
        <w:br/>
        <w:t>— Потіха, хлопці, буде,—&lt;br /&gt;</w:t>
        <w:br/>
        <w:t>Шепоче Васильок.—&lt;br /&gt;</w:t>
        <w:br/>
        <w:t>Він зараз запитає:&lt;br /&gt;</w:t>
        <w:br/>
        <w:t>"Це бричка чи візок?".</w:t>
      </w:r>
    </w:p>
    <w:p>
      <w:r>
        <w:br/>
        <w:t>А я шепчу: — Будь певен,&lt;br /&gt;</w:t>
        <w:br/>
        <w:t>Такого наверзе! —&lt;br /&gt;</w:t>
        <w:br/>
        <w:t>І раптом Коля каже:&lt;br /&gt;</w:t>
        <w:br/>
        <w:t>— О! Трактор ЕМ-ТЕ-ЗЕ!</w:t>
      </w:r>
    </w:p>
    <w:p>
      <w:r>
        <w:br/>
        <w:t>Нова модель. Остання...&lt;br /&gt;</w:t>
        <w:br/>
        <w:t>А хто з вас, хлопці, зна,&lt;br /&gt;</w:t>
        <w:br/>
        <w:t>Яка у цій машині&lt;br /&gt;</w:t>
        <w:br/>
        <w:t>Будова двигуна?</w:t>
      </w:r>
    </w:p>
    <w:p>
      <w:r>
        <w:br/>
        <w:t>Звертається до Сави:&lt;br /&gt;</w:t>
        <w:br/>
        <w:t>— Не скажеш ти, бува? —&lt;br /&gt;</w:t>
        <w:br/>
        <w:t>Ми так і остовпіли:&lt;br /&gt;</w:t>
        <w:br/>
        <w:t>Ого! Оце дива!</w:t>
      </w:r>
    </w:p>
    <w:p>
      <w:r>
        <w:br/>
        <w:t>— Двигун...— почав був Сава, —&lt;br /&gt;</w:t>
        <w:br/>
        <w:t>Двигун... він...— тик та мик.&lt;br /&gt;</w:t>
        <w:br/>
        <w:t>І замовчав одразу,&lt;br /&gt;</w:t>
        <w:br/>
        <w:t>Мов проковтнув язик.</w:t>
      </w:r>
    </w:p>
    <w:p>
      <w:r>
        <w:br/>
        <w:t>Миколка ледь всміхнувся&lt;br /&gt;</w:t>
        <w:br/>
        <w:t>І знову запитав:&lt;br /&gt;</w:t>
        <w:br/>
        <w:t>— Скажіть, а хто з вас знає,&lt;br /&gt;</w:t>
        <w:br/>
        <w:t>Що значить "феросплав"?</w:t>
      </w:r>
    </w:p>
    <w:p>
      <w:r>
        <w:br/>
        <w:t>А що таке "конвертер"?&lt;br /&gt;</w:t>
        <w:br/>
        <w:t>Які є чавуни?&lt;br /&gt;</w:t>
        <w:br/>
        <w:t>І що воно за штука&lt;br /&gt;</w:t>
        <w:br/>
        <w:t>"Розмельні бігуни"?</w:t>
      </w:r>
    </w:p>
    <w:p>
      <w:r>
        <w:br/>
        <w:t>"Каркас", "литво у кокіль",&lt;br /&gt;</w:t>
        <w:br/>
        <w:t>"Модель", "вагранка", "шлак"? —-&lt;br /&gt;</w:t>
        <w:br/>
        <w:t>І чеше, чеше далі,&lt;br /&gt;</w:t>
        <w:br/>
        <w:t>Не спиниться ніяк!&lt;br /&gt;</w:t>
        <w:br/>
        <w:t>В нас мову відібрало:&lt;br /&gt;</w:t>
        <w:br/>
        <w:t>Ну й "дачник", ну й "дивак"!</w:t>
      </w:r>
    </w:p>
    <w:p>
      <w:r>
        <w:br/>
        <w:t>Питаємо нарешті,&lt;br /&gt;</w:t>
        <w:br/>
        <w:t>Коли він ледь простиг:&lt;br /&gt;</w:t>
        <w:br/>
        <w:t>— Де, Колю, ти набрався&lt;br /&gt;</w:t>
        <w:br/>
        <w:t>Премудрощів отих?&lt;br /&gt;</w:t>
        <w:br/>
        <w:t>Ніколи зроду-віку&lt;br /&gt;</w:t>
        <w:br/>
        <w:t>Не чули ми про них!</w:t>
      </w:r>
    </w:p>
    <w:p>
      <w:r>
        <w:br/>
        <w:t>Всміхнувся Коля вдруге:&lt;br /&gt;</w:t>
        <w:br/>
        <w:t>— У батька я учусь:&lt;br /&gt;</w:t>
        <w:br/>
        <w:t>Працює на заводі&lt;br /&gt;</w:t>
        <w:br/>
        <w:t>Ливарником татусь.</w:t>
      </w:r>
    </w:p>
    <w:p>
      <w:r>
        <w:br/>
        <w:t>Для тракторів, комбайнів,&lt;br /&gt;</w:t>
        <w:br/>
        <w:t>Для будь-яких машин&lt;br /&gt;</w:t>
        <w:br/>
        <w:t>Деталі й запчастини&lt;br /&gt;</w:t>
        <w:br/>
        <w:t>Виготовляє він.</w:t>
      </w:r>
    </w:p>
    <w:p>
      <w:r>
        <w:br/>
        <w:t>Їх тато відливає&lt;br /&gt;</w:t>
        <w:br/>
        <w:t>Із сталі й чавуну.&lt;br /&gt;</w:t>
        <w:br/>
        <w:t>Люблю його роботу&lt;br /&gt;</w:t>
        <w:br/>
        <w:t>Цікаву і складну.</w:t>
      </w:r>
    </w:p>
    <w:p>
      <w:r>
        <w:br/>
        <w:t>Я в тата на заводі&lt;br /&gt;</w:t>
        <w:br/>
        <w:t>В цеху не раз бував...</w:t>
      </w:r>
    </w:p>
    <w:p>
      <w:r>
        <w:br/>
        <w:t>Він раптом зашарівся,&lt;br /&gt;</w:t>
        <w:br/>
        <w:t>Помовчав і додав:</w:t>
      </w:r>
    </w:p>
    <w:p>
      <w:r>
        <w:br/>
        <w:t>— А за життя уперше&lt;br /&gt;</w:t>
        <w:br/>
        <w:t>Приїхав до села,&lt;br /&gt;</w:t>
        <w:br/>
        <w:t>Тому не відрізняю&lt;br /&gt;</w:t>
        <w:br/>
        <w:t>Корову від вола,</w:t>
      </w:r>
    </w:p>
    <w:p>
      <w:r>
        <w:br/>
        <w:t>Тому не розберуся,&lt;br /&gt;</w:t>
        <w:br/>
        <w:t>Де жито, де трава...&lt;br /&gt;</w:t>
        <w:br/>
        <w:t>А ми: — Та годі, Колю,&lt;br /&gt;</w:t>
        <w:br/>
        <w:t>Ти — хлопець-голова!..</w:t>
      </w:r>
    </w:p>
    <w:p>
      <w:r>
        <w:br/>
        <w:t>...Побув із місяць Коля&lt;br /&gt;</w:t>
        <w:br/>
        <w:t>У нашому селі.&lt;br /&gt;</w:t>
        <w:br/>
        <w:t>Узнав він таємниці&lt;br /&gt;</w:t>
        <w:br/>
        <w:t>Рослини і землі.</w:t>
      </w:r>
    </w:p>
    <w:p>
      <w:r>
        <w:br/>
        <w:t>Ми теж ума набрались:&lt;br /&gt;</w:t>
        <w:br/>
        <w:t>Вже тямить кожен з нас&lt;br /&gt;</w:t>
        <w:br/>
        <w:t>І що таке "конвертер",&lt;br /&gt;</w:t>
        <w:br/>
        <w:t>І що таке "каркас",</w:t>
      </w:r>
    </w:p>
    <w:p>
      <w:r>
        <w:br/>
        <w:t>"Модель", "литво у кокіль",&lt;br /&gt;</w:t>
        <w:br/>
        <w:t>"Шаблон", "вагранка", "шлак"...&lt;br /&gt;</w:t>
        <w:br/>
        <w:t>Ми згадуємо Колю —&lt;br /&gt;</w:t>
        <w:br/>
        <w:t>Хороший він хлопчак!..</w:t>
      </w:r>
    </w:p>
    <w:p>
      <w:r>
        <w:br/>
        <w:t>Життя — як довга нива,—&lt;br /&gt;</w:t>
        <w:br/>
        <w:t>Ми, стрінемось колись...&lt;br /&gt;</w:t>
        <w:br/>
        <w:t>Ти чуєш нас, Миколко?&lt;br /&gt;</w:t>
        <w:br/>
        <w:t>Миколко-о, відгукни-ись!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Дачник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