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Coda</w:t>
      </w:r>
    </w:p>
    <w:p>
      <w:r>
        <w:br/>
        <w:t xml:space="preserve"> І&lt;br /&gt;</w:t>
        <w:br/>
        <w:t>О, не гудіть мене, що я співак зневіри,&lt;br /&gt;</w:t>
        <w:br/>
        <w:t>Що від моїх пісень заносить пліснь гробів,&lt;br /&gt;</w:t>
        <w:br/>
        <w:t>Не ремствуйте, брати, що я з моєї ліри&lt;br /&gt;</w:t>
        <w:br/>
        <w:t>Умію викликать лиш тихий плач рабів.&lt;br /&gt;</w:t>
        <w:br/>
        <w:t>Я син часу, дитя всіх ваших смутків, болів,&lt;br /&gt;</w:t>
        <w:br/>
        <w:t>Всіу. ваших скорбних дій і всіх нових недуг,&lt;br /&gt;</w:t>
        <w:br/>
        <w:t>В моїй душі лежить гніздо всіх ваших молів:&lt;br /&gt;</w:t>
        <w:br/>
        <w:t>Безсильних поривань, і сліз, і вічних туг.&lt;br /&gt;</w:t>
        <w:br/>
        <w:t>Я чую се, брати, і каюсь до загину,&lt;br /&gt;</w:t>
        <w:br/>
        <w:t>Що дався все нести струям безплодних мрій,&lt;br /&gt;</w:t>
        <w:br/>
        <w:t>І плачу, що мої літа пішли без чину&lt;br /&gt;</w:t>
        <w:br/>
        <w:t>В дожиданню, коли озветься клич: на бій!&lt;br /&gt;</w:t>
        <w:br/>
        <w:t>Ні, не гудіть мене, не ремствуйте на мене:&lt;br /&gt;</w:t>
        <w:br/>
        <w:t>Вкажіть моїй душі новий, ясніший путь.&lt;br /&gt;</w:t>
        <w:br/>
        <w:t>Кругом безмежна ніч і серце поранене&lt;br /&gt;</w:t>
        <w:br/>
        <w:t>Привалює одчай. Ох, вдартеся у грудь!..</w:t>
      </w:r>
    </w:p>
    <w:p>
      <w:r>
        <w:br/>
        <w:t>II&lt;br /&gt;</w:t>
        <w:br/>
        <w:t>Я не чую до вас ні крихітки жалю,&lt;br /&gt;</w:t>
        <w:br/>
        <w:t>Ви невинні злочинці жорстокі!&lt;br /&gt;</w:t>
        <w:br/>
        <w:t>Хоч палить мене гнів, я спокійно терплю,&lt;br /&gt;</w:t>
        <w:br/>
        <w:t>Як терплять лиш сильні й одинокі.&lt;br /&gt;</w:t>
        <w:br/>
        <w:t>Хоч спивав я від вас все цикуту знаруг,&lt;br /&gt;</w:t>
        <w:br/>
        <w:t>Що живцем мене гнала в могилу,&lt;br /&gt;</w:t>
        <w:br/>
        <w:t>Я прощав вас, сліпці, і з несплаканих туг&lt;br /&gt;</w:t>
        <w:br/>
        <w:t>Ткав панцир на знеможену силу.&lt;br /&gt;</w:t>
        <w:br/>
        <w:t>І ішов я життям, як сумний херувим,&lt;br /&gt;</w:t>
        <w:br/>
        <w:t>Що затратив до неба дорогу,&lt;br /&gt;</w:t>
        <w:br/>
        <w:t>І за що ж ви єще злобним словом, гірким&lt;br /&gt;</w:t>
        <w:br/>
        <w:t>Доливали до скрути-знемогу?&lt;br /&gt;</w:t>
        <w:br/>
        <w:t>Не потрібний я вам — та й без вас я ішов&lt;br /&gt;</w:t>
        <w:br/>
        <w:t>І не жебрав підмоги в нікого.&lt;br /&gt;</w:t>
        <w:br/>
        <w:t>І чого ви в мені вбили віру й любов,&lt;br /&gt;</w:t>
        <w:br/>
        <w:t>А натомість не дали нічого?&lt;br /&gt;</w:t>
        <w:br/>
        <w:t>Я не чую до вас ні крихітки жалю,&lt;br /&gt;</w:t>
        <w:br/>
        <w:t>Хоч болючий вінок мій терновий…&lt;br /&gt;</w:t>
        <w:br/>
        <w:t>Та палить мене гнів, що я блазням терплю,&lt;br /&gt;</w:t>
        <w:br/>
        <w:t>Замість дати поличник здоровий.</w:t>
      </w:r>
    </w:p>
    <w:p>
      <w:r>
        <w:br/>
        <w:t>III&lt;br /&gt;</w:t>
        <w:br/>
        <w:t>Несесь мій віз вибоями, горбами —&lt;br /&gt;</w:t>
        <w:br/>
        <w:t>Щораз бистріше котиться до цілі.&lt;br /&gt;</w:t>
        <w:br/>
        <w:t>Мої вороні від бігу примліли&lt;br /&gt;</w:t>
        <w:br/>
        <w:t>Й значать мій шлях сріблистими п’ятнами.&lt;br /&gt;</w:t>
        <w:br/>
        <w:t>Несесь мій віз… А скрізь поза плотами&lt;br /&gt;</w:t>
        <w:br/>
        <w:t>Голодні пси, жадні моєї згуби,&lt;br /&gt;</w:t>
        <w:br/>
        <w:t>З-за вуглів хат скалять блискучі зуби&lt;br /&gt;</w:t>
        <w:br/>
        <w:t>І скавулять грізними голосами.&lt;br /&gt;</w:t>
        <w:br/>
        <w:t>Лящить мій бич і дудонить дорога,&lt;br /&gt;</w:t>
        <w:br/>
        <w:t>Мій віз гримить і котиться стрілою.&lt;br /&gt;</w:t>
        <w:br/>
        <w:t>А ген за ним — між дикою юрбою —&lt;br /&gt;</w:t>
        <w:br/>
        <w:t>Скажена лють і немічна тривога.&lt;br /&gt;</w:t>
        <w:br/>
        <w:t>Я їду, їду! Перед моїм оком&lt;br /&gt;</w:t>
        <w:br/>
        <w:t>Зринає світ нових надій і сили.&lt;br /&gt;</w:t>
        <w:br/>
        <w:t>Хоч зуби псів не раз мене зранили,&lt;br /&gt;</w:t>
        <w:br/>
        <w:t>Я все росту, змагаюсь з кожним кроком.</w:t>
      </w:r>
    </w:p>
    <w:p>
      <w:r>
        <w:br/>
        <w:t>IV&lt;br /&gt;</w:t>
        <w:br/>
        <w:t>Гіркий я став, брати, нещирий і жорстокий,&lt;br /&gt;</w:t>
        <w:br/>
        <w:t>Лице порив леміш досади і терпінь,&lt;br /&gt;</w:t>
        <w:br/>
        <w:t>Іду посеред вас, похмурий, одинокий,&lt;br /&gt;</w:t>
        <w:br/>
        <w:t>Як серед сонних піль хитка, тремтюча тінь.&lt;br /&gt;</w:t>
        <w:br/>
        <w:t>Не ждіть від мене слів, навіяних чувствами&lt;br /&gt;</w:t>
        <w:br/>
        <w:t>Високої душі й весняного тепла,&lt;br /&gt;</w:t>
        <w:br/>
        <w:t>Задовго вже мій дух кормився слізоньками,&lt;br /&gt;</w:t>
        <w:br/>
        <w:t>І жар пекучих ран спалив його дотла.&lt;br /&gt;</w:t>
        <w:br/>
        <w:t>Колись, як вічний сон приспить в мені всі страсти,&lt;br /&gt;</w:t>
        <w:br/>
        <w:t>І ніч мене спов’є в таємну сліпоту,&lt;br /&gt;</w:t>
        <w:br/>
        <w:t>Тоді ваш жаль прийде до ніг моїх припасти&lt;br /&gt;</w:t>
        <w:br/>
        <w:t>І сповідать свою бездонну сліпоту.&lt;br /&gt;</w:t>
        <w:br/>
        <w:t>Тоді опир тоски й довічної розлуки&lt;br /&gt;</w:t>
        <w:br/>
        <w:t>Обнажить вам мої невідомі хрести,&lt;br /&gt;</w:t>
        <w:br/>
        <w:t>І ви в тяжкій журбі здіймете вгору руки&lt;br /&gt;</w:t>
        <w:br/>
        <w:t>І, вдаривши чолом, заплачете: "Прости!"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Coda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