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Чужі</w:t>
      </w:r>
    </w:p>
    <w:p>
      <w:r>
        <w:br/>
        <w:t xml:space="preserve"> &lt;p&gt;ЧУЖІ</w:t>
      </w:r>
    </w:p>
    <w:p>
      <w:r>
        <w:br/>
        <w:t>I</w:t>
      </w:r>
    </w:p>
    <w:p>
      <w:r>
        <w:br/>
        <w:t>Кошлатий будяк... Жовтий, пересохлий, стебло вже перегнулося, і заплуталось на ньому кілька останніх скручених листочків.</w:t>
      </w:r>
    </w:p>
    <w:p>
      <w:r>
        <w:br/>
        <w:t>Глянеш — жалко... Але як доторкнешся — вколе, добре вколе.</w:t>
      </w:r>
    </w:p>
    <w:p>
      <w:r>
        <w:br/>
        <w:t>Отакий Кіндрат, батько.</w:t>
      </w:r>
    </w:p>
    <w:p>
      <w:r>
        <w:br/>
        <w:t>У нього — син Михась, робітник із заводу, юний виклик на герць.</w:t>
      </w:r>
    </w:p>
    <w:p>
      <w:r>
        <w:br/>
        <w:t>...За містом, на Крутій вулиці є дім із підвалом. У підвалі куточок — там жив Кіндрат і жив даром, підмітав двір, дрова носив, та й куточок нікому не потрібний.</w:t>
      </w:r>
    </w:p>
    <w:p>
      <w:r>
        <w:br/>
        <w:t>Колись, як ще крутився біля церковних будинків і попівської кухні, жилося краще: і кімната була, і жінка. Довго там прожив (він, мов той реп'ях — одірвати трудно), а потім, як прогнали, довго шкодував. Кожну службу вистоював на церковних східцях і ловив губами попівську руку.</w:t>
      </w:r>
    </w:p>
    <w:p>
      <w:r>
        <w:br/>
        <w:t>Надвечір Кіндрат обмотував ліву ногу ганчірками, чіпляв костура — і в дірку, через паркан. Крадькома...</w:t>
      </w:r>
    </w:p>
    <w:p>
      <w:r>
        <w:br/>
        <w:t>Але всі про це знали.</w:t>
      </w:r>
    </w:p>
    <w:p>
      <w:r>
        <w:br/>
        <w:t>На розі шумної вулиці скорчиться й ловить повітря рукою. І на бульварчик заходив: там багато народу товчеться.</w:t>
      </w:r>
    </w:p>
    <w:p>
      <w:r>
        <w:br/>
        <w:t>Був випадок:</w:t>
      </w:r>
    </w:p>
    <w:p>
      <w:r>
        <w:br/>
        <w:t>— Молодой человек, згляньтеся, дайте на пропитаніє...</w:t>
      </w:r>
    </w:p>
    <w:p>
      <w:r>
        <w:br/>
        <w:t>"Молодой человек", стрункий, в насунутій на очі кепці, здригнувся на його голос і глянув через плече. Потім хапко пошарив у кишені і, ткнувши копійку, прошепотів:</w:t>
      </w:r>
    </w:p>
    <w:p>
      <w:r>
        <w:br/>
        <w:t>— У бляшанку, в сундучок...</w:t>
      </w:r>
    </w:p>
    <w:p>
      <w:r>
        <w:br/>
        <w:t>"Ах, ти ж..." — майнуло старому в голові, і сині губи роз'їхалися від несподіванки — Михась... Ач, хлюст який! Рідному батькові подав... В бляшанку, в сундучок... Погань...</w:t>
      </w:r>
    </w:p>
    <w:p>
      <w:r>
        <w:br/>
        <w:t>Але поза думками, поза лайкою, в саме ніжне вп'явся гострий біль і тоненько-тоненько заквилив.</w:t>
      </w:r>
    </w:p>
    <w:p>
      <w:r>
        <w:br/>
        <w:t>Згинці пошкандибав додому. Там довго розглядав мідячка, підкидаючи його на долоні, потім витягнув бляшанку й вагаючись кинув...</w:t>
      </w:r>
    </w:p>
    <w:p>
      <w:r>
        <w:br/>
        <w:t>— Погань,— сказав хтось на вухо, а тоненький біль тоненькими ниточками обмотував груди. І цілу ніч снився Михась.</w:t>
      </w:r>
    </w:p>
    <w:p>
      <w:r>
        <w:br/>
        <w:t>Це було так: Михась покинув батька незабаром після того, як померла Кіндратова жінка. Тоді Михась, ще хлопчиком, ходив коло попівської худоби. Раз отець Симеон дав йому в зуби, плюнувши матюком. І в той же момент, схаменувшись, перехрестився:</w:t>
      </w:r>
    </w:p>
    <w:p>
      <w:r>
        <w:br/>
        <w:t>— Через тебе паскудо, гріха ще наберуся.</w:t>
      </w:r>
    </w:p>
    <w:p>
      <w:r>
        <w:br/>
        <w:t>Довідався батько й теж побив.</w:t>
      </w:r>
    </w:p>
    <w:p>
      <w:r>
        <w:br/>
        <w:t>Михась зненавидів обох. Особливо рясу. Відношення змінилися.</w:t>
      </w:r>
    </w:p>
    <w:p>
      <w:r>
        <w:br/>
        <w:t>— Даром хліба не дадуть. Треба працювати.</w:t>
      </w:r>
    </w:p>
    <w:p>
      <w:r>
        <w:br/>
        <w:t>І запрягли, працював.</w:t>
      </w:r>
    </w:p>
    <w:p>
      <w:r>
        <w:br/>
        <w:t>Кожна провина, свідома чи ні, кінчалася тим, що не давали їсти.</w:t>
      </w:r>
    </w:p>
    <w:p>
      <w:r>
        <w:br/>
        <w:t>— Я тебе, дурня, виведу в люди, потім дякувати будеш,— казав і погладжував бороду.</w:t>
      </w:r>
    </w:p>
    <w:p>
      <w:r>
        <w:br/>
        <w:t>Хотілося — ех! — хотілося розмахнутись...</w:t>
      </w:r>
    </w:p>
    <w:p>
      <w:r>
        <w:br/>
        <w:t>Боязко було: куди ж потім?</w:t>
      </w:r>
    </w:p>
    <w:p>
      <w:r>
        <w:br/>
        <w:t>Хотілося вилізти на дзвіницю й заверещати до тих, що йшли в браму:</w:t>
      </w:r>
    </w:p>
    <w:p>
      <w:r>
        <w:br/>
        <w:t>— Гей, ви, дурні! Куди? Та чи знаєте ви?.. — все, все викричать.</w:t>
      </w:r>
    </w:p>
    <w:p>
      <w:r>
        <w:br/>
        <w:t>Так росла в ньому буремна злоба, ненависть і протест.</w:t>
      </w:r>
    </w:p>
    <w:p>
      <w:r>
        <w:br/>
        <w:t>Юнаки із сусіднього заводу, з якими водився, казали:</w:t>
      </w:r>
    </w:p>
    <w:p>
      <w:r>
        <w:br/>
        <w:t>— Чудак... Покинь.</w:t>
      </w:r>
    </w:p>
    <w:p>
      <w:r>
        <w:br/>
        <w:t>А Михась вагався... не знав...</w:t>
      </w:r>
    </w:p>
    <w:p>
      <w:r>
        <w:br/>
        <w:t>Через деякий час повторилося старе. Але, як тільки веснущата рука підвелася вдруге, Михась рішуче блиснув очима по рудій бороді й відпалив так заскалено-міцно, як чував на вулиці.</w:t>
      </w:r>
    </w:p>
    <w:p>
      <w:r>
        <w:br/>
        <w:t>Того ж дня його прогнали. Батькові на очі не показувався, бо знав, що битиме. Тинявся кілька день по місті й нарешті попав на завод. Там і зостався.</w:t>
      </w:r>
    </w:p>
    <w:p>
      <w:r>
        <w:br/>
        <w:t>Батько запив (давно мав нахил). А потім — рік, ще рік, багато-багато різних зжитих днів, непотрібних, як трухле осіннє листя. Крута вулиця. Підвал. Сундучок. Бляшанка. В бляшанці гроші — "капітал", який лишила після себе мати й половину якого завіщала Михасеві. Другу — старшому синові, але того потаскали в Сибір, і пропав він безвісти. Кіндрат помаленьку доповнював бляшанку, трусився над нею, ховав...</w:t>
      </w:r>
    </w:p>
    <w:p>
      <w:r>
        <w:br/>
        <w:t>Нащо?</w:t>
      </w:r>
    </w:p>
    <w:p>
      <w:r>
        <w:br/>
        <w:t>Може, і сам не знав.</w:t>
      </w:r>
    </w:p>
    <w:p>
      <w:r>
        <w:br/>
        <w:t>Зустрічалися рідко. Одного разу Михась прийшов блідий, аж зелений. Хворий. Просив позичити грошей, але батько відмовив. З того часу все порвалося.</w:t>
      </w:r>
    </w:p>
    <w:p>
      <w:r>
        <w:br/>
        <w:t>І знову потяглися дні...</w:t>
      </w:r>
    </w:p>
    <w:p>
      <w:r>
        <w:br/>
        <w:t>В одному кінці дні й ночі над вогнем, в диму гартувалися чорні, похмурі люди. І Михась із ними. Гартувалися, коптіли, а в суботу бігли до лазні одмитися від чадного бруду.</w:t>
      </w:r>
    </w:p>
    <w:p>
      <w:r>
        <w:br/>
        <w:t>В другому мали досхочу сонця й повітря — і все ж загнивалися, а в суботу бігли до церкви зчищати гній.</w:t>
      </w:r>
    </w:p>
    <w:p>
      <w:r>
        <w:br/>
        <w:t>І Кіндрат...</w:t>
      </w:r>
    </w:p>
    <w:p>
      <w:r>
        <w:br/>
        <w:t>Після церкви йшов до попа, випивав на кухні склянку чаю й захоплено ловив "божественні слова", що їх одсапував отець Симеон після смачної вечері.</w:t>
      </w:r>
    </w:p>
    <w:p>
      <w:r>
        <w:br/>
        <w:t>II</w:t>
      </w:r>
    </w:p>
    <w:p>
      <w:r>
        <w:br/>
        <w:t>Коли бахнуло могутнім розмахом, коли розбіглися на схід густі ешелони,— з'явився й Михась.</w:t>
      </w:r>
    </w:p>
    <w:p>
      <w:r>
        <w:br/>
        <w:t>У гущавині переплутаних днів закрутилося життя.</w:t>
      </w:r>
    </w:p>
    <w:p>
      <w:r>
        <w:br/>
        <w:t>Бадьоро вигукували, палали дні. І полохливо тремтіли, згасали дні...</w:t>
      </w:r>
    </w:p>
    <w:p>
      <w:r>
        <w:br/>
        <w:t>Плюнуло на мозолі рук, ухнуло й розсипалося сміхом мільйонів сердець...</w:t>
      </w:r>
    </w:p>
    <w:p>
      <w:r>
        <w:br/>
        <w:t>Попи й монахи казали, що то антихрист, а люди в сірих кепках і сірих свитках дрочили його червоними хустками й викликали на герць.</w:t>
      </w:r>
    </w:p>
    <w:p>
      <w:r>
        <w:br/>
        <w:t>... Михась тоді одержав наказа заарештувати весь причт Успенської церкви й зробити трус.</w:t>
      </w:r>
    </w:p>
    <w:p>
      <w:r>
        <w:br/>
        <w:t>Попа дома не застали — сховався. Догадалися. Поїхали на Круту, в підвал, але й там не було. Тільки в кутку на тапчані притайно тулився Кіндрат. Він злякався нагана й христом-богом присягався, що не знає, а коли по всьому будинку розповзлися з трусом, Михась знову заскочив у підвал і схопив батька за руки:</w:t>
      </w:r>
    </w:p>
    <w:p>
      <w:r>
        <w:br/>
        <w:t>— Скажіть правду, сховали? Ну, прошу вас, правду скажіть! Вам нічого не буде! Ручаюсь!</w:t>
      </w:r>
    </w:p>
    <w:p>
      <w:r>
        <w:br/>
        <w:t>Кіндрат хитнув головою.</w:t>
      </w:r>
    </w:p>
    <w:p>
      <w:r>
        <w:br/>
        <w:t>— Та ви ж знаєте. Я певен, що знаєте. Невже й тепер іще будете за ними? Га? Скажіть! Ви ж наш! Ви повинні бути з нами! Ну?</w:t>
      </w:r>
    </w:p>
    <w:p>
      <w:r>
        <w:br/>
        <w:t>Пустив руки.</w:t>
      </w:r>
    </w:p>
    <w:p>
      <w:r>
        <w:br/>
        <w:t>— Ну?</w:t>
      </w:r>
    </w:p>
    <w:p>
      <w:r>
        <w:br/>
        <w:t>Кіндрат заморгав очима і, ковтаючи сльози:</w:t>
      </w:r>
    </w:p>
    <w:p>
      <w:r>
        <w:br/>
        <w:t>— А ти, значить, з цими?</w:t>
      </w:r>
    </w:p>
    <w:p>
      <w:r>
        <w:br/>
        <w:t>— Ніколи зараз вам усе пояснити... Я потім... ви зрозумієте...</w:t>
      </w:r>
    </w:p>
    <w:p>
      <w:r>
        <w:br/>
        <w:t>— А ти, значить, з цими? Ти руку підняв? На бога? На мене? Погань! Будь ти проклятий. Не син ти мені! Чуєш?</w:t>
      </w:r>
    </w:p>
    <w:p>
      <w:r>
        <w:br/>
        <w:t>Михась рвонувся, хотів відповісти...</w:t>
      </w:r>
    </w:p>
    <w:p>
      <w:r>
        <w:br/>
        <w:t>Перед ним скорчилося щось маленьке, сухе — його батько. Плакало червоними в зморшках очима — його батько. Тремтячи, проклинало за бога, за царя, за кощунство, проклинало й відрікалося — його батько.</w:t>
      </w:r>
    </w:p>
    <w:p>
      <w:r>
        <w:br/>
        <w:t>І в цей момент він почув величезну безодню між ними, і такими далекими, чужими стали вони. Більш ніж чужими. Один — сильний, молодий, що розмахнувся викликом над перетертими шляхами, другий — старий, непотрібний будяк при шляху.</w:t>
      </w:r>
    </w:p>
    <w:p>
      <w:r>
        <w:br/>
        <w:t>Михась одвернувся.</w:t>
      </w:r>
    </w:p>
    <w:p>
      <w:r>
        <w:br/>
        <w:t>Попа так і не знайшли.</w:t>
      </w:r>
    </w:p>
    <w:p>
      <w:r>
        <w:br/>
        <w:t>— Взять старого! — І тихенько: — може, скаже... а як ні — випустить.</w:t>
      </w:r>
    </w:p>
    <w:p>
      <w:r>
        <w:br/>
        <w:t>Повели через місто, штовхнули в якусь порожню кімнату. Зразу був туман, холодний, пронизливий — все тіло тряслося. Потім випнулися голі стіни із старими обірваними шпалерами. Стіни тіпнулися, попливли й потаскали за собою розірване шмаття думок.</w:t>
      </w:r>
    </w:p>
    <w:p>
      <w:r>
        <w:br/>
        <w:t>Що це? Антихрист? Де це?..</w:t>
      </w:r>
    </w:p>
    <w:p>
      <w:r>
        <w:br/>
        <w:t>Щось сильно розгойднулося, тріснуло й розсипалось — це зрозумів.</w:t>
      </w:r>
    </w:p>
    <w:p>
      <w:r>
        <w:br/>
        <w:t>Темно й страшно.</w:t>
      </w:r>
    </w:p>
    <w:p>
      <w:r>
        <w:br/>
        <w:t>Здавалося — хтось вискочив на всесвіт, свиснув так, що вуха заклякли, і дзвонить. В повітрі висить величезний дзвін, а він божевільно гойдає його і дзвонить.</w:t>
      </w:r>
    </w:p>
    <w:p>
      <w:r>
        <w:br/>
        <w:t>Бум! Бам!</w:t>
      </w:r>
    </w:p>
    <w:p>
      <w:r>
        <w:br/>
        <w:t>Від кожного удару стискується серце й потріскує череп.</w:t>
      </w:r>
    </w:p>
    <w:p>
      <w:r>
        <w:br/>
        <w:t>Бум! Бам!</w:t>
      </w:r>
    </w:p>
    <w:p>
      <w:r>
        <w:br/>
        <w:t>Невже край?</w:t>
      </w:r>
    </w:p>
    <w:p>
      <w:r>
        <w:br/>
        <w:t>Майнула думка: признатись — виказати... Схопився за неї радісно, але вона тут же зломилася, мов та соломинка.</w:t>
      </w:r>
    </w:p>
    <w:p>
      <w:r>
        <w:br/>
        <w:t>Признатися?</w:t>
      </w:r>
    </w:p>
    <w:p>
      <w:r>
        <w:br/>
        <w:t>Ні.</w:t>
      </w:r>
    </w:p>
    <w:p>
      <w:r>
        <w:br/>
        <w:t>Закутав руками голову, тихенько сів долі й раптом почав швидко хреститися.</w:t>
      </w:r>
    </w:p>
    <w:p>
      <w:r>
        <w:br/>
        <w:t>— Господи Сусе... Помилуй, помилуй,— облизував сльози й стукався чолом у підлогу.</w:t>
      </w:r>
    </w:p>
    <w:p>
      <w:r>
        <w:br/>
        <w:t>III</w:t>
      </w:r>
    </w:p>
    <w:p>
      <w:r>
        <w:br/>
        <w:t>Палали бурхливі дні — і задиміли...</w:t>
      </w:r>
    </w:p>
    <w:p>
      <w:r>
        <w:br/>
        <w:t>Тоді сторожко насупились димарі.</w:t>
      </w:r>
    </w:p>
    <w:p>
      <w:r>
        <w:br/>
        <w:t>А внизу — метушня... Бігали люди, і, взявшись у боки, реготали над ними гармати.</w:t>
      </w:r>
    </w:p>
    <w:p>
      <w:r>
        <w:br/>
        <w:t>Відблиски вогневих заграв запалили очі Михасеві. В них, у цих очах, було все: пожежа, кулемети, червоне, страшне, смерть — тільки не каяття.</w:t>
      </w:r>
    </w:p>
    <w:p>
      <w:r>
        <w:br/>
        <w:t>Там десь високо, за чорними пасмами, в душнім чаду било на сполох, а під ворітьми повзав Михась і сипав, і сипав обойми.</w:t>
      </w:r>
    </w:p>
    <w:p>
      <w:r>
        <w:br/>
        <w:t>...Всіх було восьмеро в цьому дворі, але до вечора лишилося тільки троє. Заховалися в другому кварталі на горищі в бакалейщика Йося. Гулко й нерівно стукало три серця, три пари очей фосфорично поблискували, і кожний звук хапав за горло і придушував так міцно, що стискалися курки й котилася по горлі слина.</w:t>
      </w:r>
    </w:p>
    <w:p>
      <w:r>
        <w:br/>
        <w:t>Шарудів напружений шепіт...</w:t>
      </w:r>
    </w:p>
    <w:p>
      <w:r>
        <w:br/>
        <w:t>Що з тими? Де штаб? Як урятувати документи, що тут, при них?</w:t>
      </w:r>
    </w:p>
    <w:p>
      <w:r>
        <w:br/>
        <w:t>— Товариші, може, мене той... уб'ють, так ви...</w:t>
      </w:r>
    </w:p>
    <w:p>
      <w:r>
        <w:br/>
        <w:t>— Тсс... Ти й думати не смій...</w:t>
      </w:r>
    </w:p>
    <w:p>
      <w:r>
        <w:br/>
        <w:t>Перетрусили сотні різних комбінацій, складних, смішних та ефемерних, як казка, але трудно було зупинитися на чомусь певному.</w:t>
      </w:r>
    </w:p>
    <w:p>
      <w:r>
        <w:br/>
        <w:t>Нудьга й нервування... День. Два.</w:t>
      </w:r>
    </w:p>
    <w:p>
      <w:r>
        <w:br/>
        <w:t>Йось, що крадькома носив їжу, повідомляв, що влада в місті зміцнюється й що "наші" далеко втекли. А Михась сердився:</w:t>
      </w:r>
    </w:p>
    <w:p>
      <w:r>
        <w:br/>
        <w:t>— Дурниці мелеш!..</w:t>
      </w:r>
    </w:p>
    <w:p>
      <w:r>
        <w:br/>
        <w:t>Йось стурбовано хитав головою: добрі-бо йому дурниці, коли вранці трясли його за бороду, ставили до стіни, допитували, чи не знає де комуністів.</w:t>
      </w:r>
    </w:p>
    <w:p>
      <w:r>
        <w:br/>
        <w:t>Михась у темряві піймав Йосьчиного рукава й притягнув близько до себе:</w:t>
      </w:r>
    </w:p>
    <w:p>
      <w:r>
        <w:br/>
        <w:t>— Гляди, Йось! Чуєш? Зроби все, ти можеш! А як ні — гляди!</w:t>
      </w:r>
    </w:p>
    <w:p>
      <w:r>
        <w:br/>
        <w:t>Другого дня Йось пошепки доложив:</w:t>
      </w:r>
    </w:p>
    <w:p>
      <w:r>
        <w:br/>
        <w:t>— Треба грошей. Все можна, тільки грошей треба... Я дам, що маю, але цього мало... Скажіть, може, піти куди?</w:t>
      </w:r>
    </w:p>
    <w:p>
      <w:r>
        <w:br/>
        <w:t>Дали адресу, дістали трохи — вечором будуть посвідчення.</w:t>
      </w:r>
    </w:p>
    <w:p>
      <w:r>
        <w:br/>
        <w:t>— Ще треба... небагато. То ж задаток...</w:t>
      </w:r>
    </w:p>
    <w:p>
      <w:r>
        <w:br/>
        <w:t>Стало сумно.</w:t>
      </w:r>
    </w:p>
    <w:p>
      <w:r>
        <w:br/>
        <w:t>Місто... тисячі паразитів із набитими кишенями, а тут лише кілька золотих... кілька золотих...</w:t>
      </w:r>
    </w:p>
    <w:p>
      <w:r>
        <w:br/>
        <w:t>— У-у! Попадись!..</w:t>
      </w:r>
    </w:p>
    <w:p>
      <w:r>
        <w:br/>
        <w:t>Михась раптом хлопнув рукою по підлозі:</w:t>
      </w:r>
    </w:p>
    <w:p>
      <w:r>
        <w:br/>
        <w:t>— Товариші, годі! Завтра будемо вільні. Ручаюся!</w:t>
      </w:r>
    </w:p>
    <w:p>
      <w:r>
        <w:br/>
        <w:t>А над вечір передягнувся й пішов.</w:t>
      </w:r>
    </w:p>
    <w:p>
      <w:r>
        <w:br/>
        <w:t>Ворожі люди сновигали по вулицях. Будинки, небо теж ворожі. Можливо й так: раз — і край!</w:t>
      </w:r>
    </w:p>
    <w:p>
      <w:r>
        <w:br/>
        <w:t>— Аа... Наплювать!</w:t>
      </w:r>
    </w:p>
    <w:p>
      <w:r>
        <w:br/>
        <w:t>Ішов твердо, рішуче, посвистував, наче свій. Коли ж добувся до знайомого будинку на Крутій вулиці, Кіндрат, що на той час стояв біля воріт, пізнавши його, тороплено здригнувся:</w:t>
      </w:r>
    </w:p>
    <w:p>
      <w:r>
        <w:br/>
        <w:t>— Чи ти не здурів?</w:t>
      </w:r>
    </w:p>
    <w:p>
      <w:r>
        <w:br/>
        <w:t>Зайшли до підвалу.</w:t>
      </w:r>
    </w:p>
    <w:p>
      <w:r>
        <w:br/>
        <w:t>— Тату, я тікаю... Дайте грошей.</w:t>
      </w:r>
    </w:p>
    <w:p>
      <w:r>
        <w:br/>
        <w:t>— Ага... Тепер "тату". А як таскав через ціле місто під ружжями, тоді не був тато? Нема.</w:t>
      </w:r>
    </w:p>
    <w:p>
      <w:r>
        <w:br/>
        <w:t>— Дайте.</w:t>
      </w:r>
    </w:p>
    <w:p>
      <w:r>
        <w:br/>
        <w:t>— Я тобі кажу, нема. Біжи до батюшки, він уже повернув. Він уже дома... Може, він дасть...</w:t>
      </w:r>
    </w:p>
    <w:p>
      <w:r>
        <w:br/>
        <w:t>— Слухайте, я прошу. Швидше! Я ж маю право.</w:t>
      </w:r>
    </w:p>
    <w:p>
      <w:r>
        <w:br/>
        <w:t>— Я тебе й знать не знаю. Іди собі, чоловіче, звідкіля прийшов.</w:t>
      </w:r>
    </w:p>
    <w:p>
      <w:r>
        <w:br/>
        <w:t>— Дайте, бо сам візьму!</w:t>
      </w:r>
    </w:p>
    <w:p>
      <w:r>
        <w:br/>
        <w:t>Очі в Кіндрата звузилися, заховалися в щілини, сам він присів хижаком.</w:t>
      </w:r>
    </w:p>
    <w:p>
      <w:r>
        <w:br/>
        <w:t>— Ну?</w:t>
      </w:r>
    </w:p>
    <w:p>
      <w:r>
        <w:br/>
        <w:t>— Вон!</w:t>
      </w:r>
    </w:p>
    <w:p>
      <w:r>
        <w:br/>
        <w:t>Михась шарпнув тапчаном і обхопив руками сундучка.</w:t>
      </w:r>
    </w:p>
    <w:p>
      <w:r>
        <w:br/>
        <w:t>— У-а-а-а!.. — безтямний вереск розіп'явся над ним.</w:t>
      </w:r>
    </w:p>
    <w:p>
      <w:r>
        <w:br/>
        <w:t>Скочив — у Кіндрата в руках сокира.</w:t>
      </w:r>
    </w:p>
    <w:p>
      <w:r>
        <w:br/>
        <w:t>— Покиньте!</w:t>
      </w:r>
    </w:p>
    <w:p>
      <w:r>
        <w:br/>
        <w:t>— Вон!</w:t>
      </w:r>
    </w:p>
    <w:p>
      <w:r>
        <w:br/>
        <w:t>— Покинь!</w:t>
      </w:r>
    </w:p>
    <w:p>
      <w:r>
        <w:br/>
        <w:t>Свиснуло над вухом і сіло на плече щось важке, болюче...</w:t>
      </w:r>
    </w:p>
    <w:p>
      <w:r>
        <w:br/>
        <w:t>Тоді Михась кинувся, затулив рота батькові й почав трясти.</w:t>
      </w:r>
    </w:p>
    <w:p>
      <w:r>
        <w:br/>
        <w:t>— Мовчи! Мовчи! Все одно візьму. Мовчи...</w:t>
      </w:r>
    </w:p>
    <w:p>
      <w:r>
        <w:br/>
        <w:t>Стогнали, сопіли, качалися по підлозі.</w:t>
      </w:r>
    </w:p>
    <w:p>
      <w:r>
        <w:br/>
        <w:t>Втомилися...</w:t>
      </w:r>
    </w:p>
    <w:p>
      <w:r>
        <w:br/>
        <w:t>Кіндрат поволеньки ізсунувся на підлогу й усміхнувся кров'ю...</w:t>
      </w:r>
    </w:p>
    <w:p>
      <w:r>
        <w:br/>
        <w:t>Харків,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