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Чудесний камінь</w:t>
      </w:r>
    </w:p>
    <w:p>
      <w:r>
        <w:br/>
        <w:t xml:space="preserve"> Рабіндранат Тагор&lt;br /&gt;</w:t>
        <w:br/>
        <w:t>Два вірші у перекладі з бенгальської мови</w:t>
      </w:r>
    </w:p>
    <w:p>
      <w:r>
        <w:br/>
        <w:t>Перекладач: Василь Мисик&lt;br /&gt;</w:t>
        <w:br/>
        <w:t>Джерело: З книги: Захід і Схід: Переклади/ К.:Дніпро,1990</w:t>
      </w:r>
    </w:p>
    <w:p>
      <w:r>
        <w:br/>
        <w:t>Чудесний камінь</w:t>
      </w:r>
    </w:p>
    <w:p>
      <w:r>
        <w:br/>
        <w:t>Безумець із розпатланим волоссям,&lt;br /&gt;</w:t>
        <w:br/>
        <w:t>Брудний і чорний, цілий вік шукає&lt;br /&gt;</w:t>
        <w:br/>
        <w:t>чудесний камінь,&lt;br /&gt;</w:t>
        <w:br/>
        <w:t>Весь висох він, повипинались кості,&lt;br /&gt;</w:t>
        <w:br/>
        <w:t>Уста зімкнув він,&lt;br /&gt;</w:t>
        <w:br/>
        <w:t>і замкнув він серце,&lt;br /&gt;</w:t>
        <w:br/>
        <w:t>I тільки полум'ям палають очі —&lt;br /&gt;</w:t>
        <w:br/>
        <w:t>Як світляки,&lt;br /&gt;</w:t>
        <w:br/>
        <w:t>вони в усі кутки&lt;br /&gt;</w:t>
        <w:br/>
        <w:t>Присвічують невтомно серед ночі.</w:t>
      </w:r>
    </w:p>
    <w:p>
      <w:r>
        <w:br/>
        <w:t>Ніхто йому не відчиняє двері,&lt;br /&gt;</w:t>
        <w:br/>
        <w:t>не просить до вечері&lt;br /&gt;</w:t>
        <w:br/>
        <w:t>Голодного, в убогому лахмітті.&lt;br /&gt;</w:t>
        <w:br/>
        <w:t>Ніхто не привітає,&lt;br /&gt;</w:t>
        <w:br/>
        <w:t>не спитає,&lt;br /&gt;</w:t>
        <w:br/>
        <w:t>Куди іде він і чого шукає,&lt;br /&gt;</w:t>
        <w:br/>
        <w:t>Він, найнещасніший бідняк на світі!</w:t>
      </w:r>
    </w:p>
    <w:p>
      <w:r>
        <w:br/>
        <w:t>I він пишався,&lt;br /&gt;</w:t>
        <w:br/>
        <w:t>що не піддавався&lt;br /&gt;</w:t>
        <w:br/>
        <w:t>Принадам світу, що йому не треба&lt;br /&gt;</w:t>
        <w:br/>
        <w:t>Ні злота, ні прикрас,&lt;br /&gt;</w:t>
        <w:br/>
        <w:t>він із нужди сміявсь&lt;br /&gt;</w:t>
        <w:br/>
        <w:t>I тільки каменя шукав для себе.</w:t>
      </w:r>
    </w:p>
    <w:p>
      <w:r>
        <w:br/>
        <w:t>Шуміло перед ним безмежне море,&lt;br /&gt;</w:t>
        <w:br/>
        <w:t>I хвилі підіймались,&lt;br /&gt;</w:t>
        <w:br/>
        <w:t>насміхались&lt;br /&gt;</w:t>
        <w:br/>
        <w:t>Над божевільним.&lt;br /&gt;</w:t>
        <w:br/>
        <w:t>Небо неозоре&lt;br /&gt;</w:t>
        <w:br/>
        <w:t>Дивилось, не моргнувши.&lt;br /&gt;</w:t>
        <w:br/>
        <w:t>Вітер дужий,&lt;br /&gt;</w:t>
        <w:br/>
        <w:t>Усе ламаючи, ревів навколо.&lt;br /&gt;</w:t>
        <w:br/>
        <w:t>На зміну дневі&lt;br /&gt;</w:t>
        <w:br/>
        <w:t>в неясному мреві&lt;br /&gt;</w:t>
        <w:br/>
        <w:t>Зринало місяця повільне коло.</w:t>
      </w:r>
    </w:p>
    <w:p>
      <w:r>
        <w:br/>
        <w:t>Вода текла й співала,&lt;br /&gt;</w:t>
        <w:br/>
        <w:t>наче знала,&lt;br /&gt;</w:t>
        <w:br/>
        <w:t>Де камінь той, на березі якому.&lt;br /&gt;</w:t>
        <w:br/>
        <w:t>Щоб відшукати,&lt;br /&gt;</w:t>
        <w:br/>
        <w:t>треба розгадати&lt;br /&gt;</w:t>
        <w:br/>
        <w:t>Її тихеньку, таємничу мову...</w:t>
      </w:r>
    </w:p>
    <w:p>
      <w:r>
        <w:br/>
        <w:t>А море грало,&lt;br /&gt;</w:t>
        <w:br/>
        <w:t>грало і співало,&lt;br /&gt;</w:t>
        <w:br/>
        <w:t>Байдуже слухаючи власний голос,&lt;br /&gt;</w:t>
        <w:br/>
        <w:t>I люди йшли, і люди все змінялись,&lt;br /&gt;</w:t>
        <w:br/>
        <w:t>і плакали, й сміялись,&lt;br /&gt;</w:t>
        <w:br/>
        <w:t>I далі йшов безумець напівголий.</w:t>
      </w:r>
    </w:p>
    <w:p>
      <w:r>
        <w:br/>
        <w:t>Розповідають, нібито колись,&lt;br /&gt;</w:t>
        <w:br/>
        <w:t>Як золотом на камені чудеснім&lt;br /&gt;</w:t>
        <w:br/>
        <w:t>З'явився перший твір, боги небесні&lt;br /&gt;</w:t>
        <w:br/>
        <w:t>Навшпинячки до моря подались&lt;br /&gt;</w:t>
        <w:br/>
        <w:t>Із демонами вкупі&lt;br /&gt;</w:t>
        <w:br/>
        <w:t>й зазирнули&lt;br /&gt;</w:t>
        <w:br/>
        <w:t>З цікавістю в глибінь (і не здригнули&lt;br /&gt;</w:t>
        <w:br/>
        <w:t>Божественні повіки).&lt;br /&gt;</w:t>
        <w:br/>
        <w:t>Мовчазні,&lt;br /&gt;</w:t>
        <w:br/>
        <w:t>Схиливши голови, вони стояли&lt;br /&gt;</w:t>
        <w:br/>
        <w:t>I голос океану наслухали,&lt;br /&gt;</w:t>
        <w:br/>
        <w:t>Заплющившись, неначе у півсні.&lt;br /&gt;</w:t>
        <w:br/>
        <w:t>I потім у глибінь вони пірнули,&lt;br /&gt;</w:t>
        <w:br/>
        <w:t>I вічну тайну&lt;br /&gt;</w:t>
        <w:br/>
        <w:t>сколихнули,&lt;br /&gt;</w:t>
        <w:br/>
        <w:t>Запінили весь обшир океану —&lt;br /&gt;</w:t>
        <w:br/>
        <w:t>I після довгих&lt;br /&gt;</w:t>
        <w:br/>
        <w:t>і тяжких зусиль&lt;br /&gt;</w:t>
        <w:br/>
        <w:t>Богиня Лакшмі, вийшовши із хвиль,&lt;br /&gt;</w:t>
        <w:br/>
        <w:t>Красу їм появила незрівнянну.</w:t>
      </w:r>
    </w:p>
    <w:p>
      <w:r>
        <w:br/>
        <w:t>I на цьому-от узбережжі,&lt;br /&gt;</w:t>
        <w:br/>
        <w:t>худий, в пошарпаній одежі,&lt;br /&gt;</w:t>
        <w:br/>
        <w:t>Блукав безумець, розбирав каміння...&lt;br /&gt;</w:t>
        <w:br/>
        <w:t>Надію втратив, та зберіг терпіння —&lt;br /&gt;</w:t>
        <w:br/>
        <w:t>I вже за звичкою&lt;br /&gt;</w:t>
        <w:br/>
        <w:t>тремтячими руками&lt;br /&gt;</w:t>
        <w:br/>
        <w:t>Він помацки шукав&lt;br /&gt;</w:t>
        <w:br/>
        <w:t>чудесний камінь.&lt;br /&gt;</w:t>
        <w:br/>
        <w:t>А роки йшли.&lt;br /&gt;</w:t>
        <w:br/>
        <w:t>Він забував про втому.</w:t>
      </w:r>
    </w:p>
    <w:p>
      <w:r>
        <w:br/>
        <w:t>...Покинута, сама у цілім світі&lt;br /&gt;</w:t>
        <w:br/>
        <w:t>До себе друга кличе&lt;br /&gt;</w:t>
        <w:br/>
        <w:t>пташка в вітті,&lt;br /&gt;</w:t>
        <w:br/>
        <w:t>Всю ніч зове в гаю глухому,&lt;br /&gt;</w:t>
        <w:br/>
        <w:t>Гукає днями,&lt;br /&gt;</w:t>
        <w:br/>
        <w:t>без надії й тями,&lt;br /&gt;</w:t>
        <w:br/>
        <w:t>Зове товариша свого додому.&lt;br /&gt;</w:t>
        <w:br/>
        <w:t>Здіймає море,&lt;br /&gt;</w:t>
        <w:br/>
        <w:t>забутнe, суворе,&lt;br /&gt;</w:t>
        <w:br/>
        <w:t>Під небо хвилі, мов кого шукає,&lt;br /&gt;</w:t>
        <w:br/>
        <w:t>Але ніхто йому не відгукнеться!&lt;br /&gt;</w:t>
        <w:br/>
        <w:t>Даремно в берег б'еться,&lt;br /&gt;</w:t>
        <w:br/>
        <w:t>Зове того,&lt;br /&gt;</w:t>
        <w:br/>
        <w:t>кого й само не знає!</w:t>
      </w:r>
    </w:p>
    <w:p>
      <w:r>
        <w:br/>
        <w:t>Кого шукає в пітьмі світовій&lt;br /&gt;</w:t>
        <w:br/>
        <w:t>Мінливий всесвіт наш, іскринок рій?&lt;br /&gt;</w:t>
        <w:br/>
        <w:t>Так суджено йому — плисти в безмежжі!&lt;br /&gt;</w:t>
        <w:br/>
        <w:t>Так і безумець бідний: без надій&lt;br /&gt;</w:t>
        <w:br/>
        <w:t>шукає камінь свій,&lt;br /&gt;</w:t>
        <w:br/>
        <w:t>Скитається в пошарпаній одежі.&lt;br /&gt;</w:t>
        <w:br/>
        <w:t>Його хлоп'я серед села зустріло:&lt;br /&gt;</w:t>
        <w:br/>
        <w:t>"Саньясі, звідкіля у вас&lt;br /&gt;</w:t>
        <w:br/>
        <w:t>цей дивовижний пас,&lt;br /&gt;</w:t>
        <w:br/>
        <w:t>Цеп золотий, що облягає тіло?"&lt;br /&gt;</w:t>
        <w:br/>
        <w:t>Аж затрусивсь бідняк.&lt;br /&gt;</w:t>
        <w:br/>
        <w:t>I справді так!&lt;br /&gt;</w:t>
        <w:br/>
        <w:t>Коли ж залізо ржаве злотом стало?&lt;br /&gt;</w:t>
        <w:br/>
        <w:t>Він ланки золоті перебирав,&lt;br /&gt;</w:t>
        <w:br/>
        <w:t>Він думав, що то сон,&lt;br /&gt;</w:t>
        <w:br/>
        <w:t>пуста мара,&lt;br /&gt;</w:t>
        <w:br/>
        <w:t>Він очі тер, а диво не зникало.&lt;br /&gt;</w:t>
        <w:br/>
        <w:t>Себе по лобі вдарив мандрівник,&lt;br /&gt;</w:t>
        <w:br/>
        <w:t>і до землі поник,&lt;br /&gt;</w:t>
        <w:br/>
        <w:t>I кляв себе, і дико озирався.</w:t>
      </w:r>
    </w:p>
    <w:p>
      <w:r>
        <w:br/>
        <w:t>Де ділося воно,&lt;br /&gt;</w:t>
        <w:br/>
        <w:t>те диво див,&lt;br /&gt;</w:t>
        <w:br/>
        <w:t>Що У руках він мав і знов згубив,&lt;br /&gt;</w:t>
        <w:br/>
        <w:t>Що ради нього цілий вік скитався?&lt;br /&gt;</w:t>
        <w:br/>
        <w:t>I далі вирушає він у світ,&lt;br /&gt;</w:t>
        <w:br/>
        <w:t>I дику гальку,&lt;br /&gt;</w:t>
        <w:br/>
        <w:t>як багато літ,&lt;br /&gt;</w:t>
        <w:br/>
        <w:t>До ржавого заліза тулить знову,&lt;br /&gt;</w:t>
        <w:br/>
        <w:t>I відкидає безуважно вбік.&lt;br /&gt;</w:t>
        <w:br/>
        <w:t>Отак-то він,&lt;br /&gt;</w:t>
        <w:br/>
        <w:t>нещасний чоловік,&lt;br /&gt;</w:t>
        <w:br/>
        <w:t>Десь викинув і знахідку чудову!</w:t>
      </w:r>
    </w:p>
    <w:p>
      <w:r>
        <w:br/>
        <w:t>На захід сонце, меркнучи, іде,&lt;br /&gt;</w:t>
        <w:br/>
        <w:t>I захід —&lt;br /&gt;</w:t>
        <w:br/>
        <w:t>наче золото прозоре.&lt;br /&gt;</w:t>
        <w:br/>
        <w:t>I золотом тече гаряче море,&lt;br /&gt;</w:t>
        <w:br/>
        <w:t>Й зоря вечірня&lt;br /&gt;</w:t>
        <w:br/>
        <w:t>снить про золоте.&lt;br /&gt;</w:t>
        <w:br/>
        <w:t>А божевільний дід&lt;br /&gt;</w:t>
        <w:br/>
        <w:t>бреде на схід,&lt;br /&gt;</w:t>
        <w:br/>
        <w:t>Розшукує свій скарб серед каміння.&lt;br /&gt;</w:t>
        <w:br/>
        <w:t>Знесилився,&lt;br /&gt;</w:t>
        <w:br/>
        <w:t>зігнувсь високий стан,&lt;br /&gt;</w:t>
        <w:br/>
        <w:t>I серце зсохло, наче те коріння&lt;br /&gt;</w:t>
        <w:br/>
        <w:t>У дерева, що вирвав буревій.&lt;br /&gt;</w:t>
        <w:br/>
        <w:t>I довга путь — хоч би душа на ній!&lt;br /&gt;</w:t>
        <w:br/>
        <w:t>Прослалася з нікуди у нікуди.</w:t>
      </w:r>
    </w:p>
    <w:p>
      <w:r>
        <w:br/>
        <w:t>Кругом — лише пісок.&lt;br /&gt;</w:t>
        <w:br/>
        <w:t>I знову змрок&lt;br /&gt;</w:t>
        <w:br/>
        <w:t>Землі поблідлій наляга на груди.</w:t>
      </w:r>
    </w:p>
    <w:p>
      <w:r>
        <w:br/>
        <w:t>Піввіку, бідний, у шуканні збув —&lt;br /&gt;</w:t>
        <w:br/>
        <w:t>I тільки раз, не бачивши, відчув&lt;br /&gt;</w:t>
        <w:br/>
        <w:t>У стомленій руці чудесний камінь!&lt;br /&gt;</w:t>
        <w:br/>
        <w:t>I скільки б не судилося йому&lt;br /&gt;</w:t>
        <w:br/>
        <w:t>Прожити літ на березі цьому,&lt;br /&gt;</w:t>
        <w:br/>
        <w:t>Він проживе їх у шуканні.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Чудесний камінь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