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Човен</w:t>
      </w:r>
    </w:p>
    <w:p>
      <w:r>
        <w:br/>
        <w:t xml:space="preserve"> Заграло, запінилось синєє море,&lt;br /&gt;</w:t>
        <w:br/>
        <w:t>І буйнії вітри по морю шумлять,&lt;br /&gt;</w:t>
        <w:br/>
        <w:t>І хвиля гуляє, мов чорнії гори&lt;br /&gt;</w:t>
        <w:br/>
        <w:t>Одна за другою біжать.&lt;br /&gt;</w:t>
        <w:br/>
        <w:t>Як темная нічка, насупились хмари,&lt;br /&gt;</w:t>
        <w:br/>
        <w:t>В тих хмарах, мов голос небесної кари,&lt;br /&gt;</w:t>
        <w:br/>
        <w:t>За громом громи гуркотять.</w:t>
      </w:r>
    </w:p>
    <w:p>
      <w:r>
        <w:br/>
        <w:t>І грає, і піниться синєє море.&lt;br /&gt;</w:t>
        <w:br/>
        <w:t>Хтось човен на море пустив,&lt;br /&gt;</w:t>
        <w:br/>
        <w:t>Бурхнув він по хвилі, ниряє на волі,&lt;br /&gt;</w:t>
        <w:br/>
        <w:t>Од берега геть покотив;&lt;br /&gt;</w:t>
        <w:br/>
        <w:t>Качається, бідний, один без весельця.&lt;br /&gt;</w:t>
        <w:br/>
        <w:t>Ох, жаль мені човна, ох, жаль мого серця!&lt;br /&gt;</w:t>
        <w:br/>
        <w:t>Чого він під бурю поплив?</w:t>
      </w:r>
    </w:p>
    <w:p>
      <w:r>
        <w:br/>
        <w:t>Ущухнуло море, і хвилі вляглися;&lt;br /&gt;</w:t>
        <w:br/>
        <w:t>Пустують по піні мавки;&lt;br /&gt;</w:t>
        <w:br/>
        <w:t>Уп'ять забіліли, уп'ять простяглися&lt;br /&gt;</w:t>
        <w:br/>
        <w:t>По морю кругом байдаки;&lt;br /&gt;</w:t>
        <w:br/>
        <w:t>Де ж човен'дівався, де плавле, мій милий?&lt;br /&gt;</w:t>
        <w:br/>
        <w:t>Мабуть, він не плавле, бо онде по хвилі&lt;br /&gt;</w:t>
        <w:br/>
        <w:t>Біліють із його тріски.</w:t>
      </w:r>
    </w:p>
    <w:p>
      <w:r>
        <w:br/>
        <w:t>Як човнові море, для мене світ білий&lt;br /&gt;</w:t>
        <w:br/>
        <w:t>Ізмалку здавався страшним;&lt;br /&gt;</w:t>
        <w:br/>
        <w:t>Да як заховаться? не можна ж вік цілий&lt;br /&gt;</w:t>
        <w:br/>
        <w:t>Пробути з собою, одним.&lt;br /&gt;</w:t>
        <w:br/>
        <w:t>Прощай, мій покою, пускаюсь у море!&lt;br /&gt;</w:t>
        <w:br/>
        <w:t>І, може, недоля і лютеє горе .&lt;br /&gt;</w:t>
        <w:br/>
        <w:t>Пограються з човном моїм.&lt;br /&gt;</w:t>
        <w:br/>
        <w:t>1833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