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Човен</w:t>
      </w:r>
    </w:p>
    <w:p>
      <w:r>
        <w:br/>
        <w:t xml:space="preserve"> Пам'яті найбільшого епічного поета&lt;br /&gt;</w:t>
        <w:br/>
        <w:t>нових часів — Адама Міцкевича</w:t>
      </w:r>
    </w:p>
    <w:p>
      <w:r>
        <w:br/>
        <w:t>Рибалка довго ходить по дібровах,&lt;br /&gt;</w:t>
        <w:br/>
        <w:t>Де чорний дрізд у муравах шовкових&lt;br /&gt;</w:t>
        <w:br/>
        <w:t>Шукає спілих, медових ягід,&lt;br /&gt;</w:t>
        <w:br/>
        <w:t>Де ведмедиця полишає слід,&lt;br /&gt;</w:t>
        <w:br/>
        <w:t>Одточуючи пазури об кору,&lt;br /&gt;</w:t>
        <w:br/>
        <w:t>Де ключ прозоро б'є з-під косогору,&lt;br /&gt;</w:t>
        <w:br/>
        <w:t>І рине, і дробиться по піску.&lt;br /&gt;</w:t>
        <w:br/>
        <w:t>Там лист осик у вічному танку&lt;br /&gt;</w:t>
        <w:br/>
        <w:t>Тремтить, і поривається, і лине&lt;br /&gt;</w:t>
        <w:br/>
        <w:t>У височінь. Там горді верховини&lt;br /&gt;</w:t>
        <w:br/>
        <w:t>Довгорукавих і густих ялин&lt;br /&gt;</w:t>
        <w:br/>
        <w:t>Гудуть і до соснових верховин&lt;br /&gt;</w:t>
        <w:br/>
        <w:t>Схиляються для дружньої розмови.&lt;br /&gt;</w:t>
        <w:br/>
        <w:t>Там розкидається шатро дубове,&lt;br /&gt;</w:t>
        <w:br/>
        <w:t>Гостинне, ніби лицарський намет...</w:t>
      </w:r>
    </w:p>
    <w:p>
      <w:r>
        <w:br/>
        <w:t>Чи диких бджіл густий, прозорий мед&lt;br /&gt;</w:t>
        <w:br/>
        <w:t>Кривим ножем вирізує в дуплі він,&lt;br /&gt;</w:t>
        <w:br/>
        <w:t>Чи, ніби грім, він кидається, гнівен,&lt;br /&gt;</w:t>
        <w:br/>
        <w:t>На вовка, ворога його отар?&lt;br /&gt;</w:t>
        <w:br/>
        <w:t>Чи трав шукає й корінців для чар,&lt;br /&gt;</w:t>
        <w:br/>
        <w:t>Готуючи на ворога напої?&lt;br /&gt;</w:t>
        <w:br/>
        <w:t>Ні ратища, ні лука,— тільки й зброї,&lt;br /&gt;</w:t>
        <w:br/>
        <w:t>Що біля крайки вузької висить&lt;br /&gt;</w:t>
        <w:br/>
        <w:t>Сокира гостра, що як дзвін дзвенить.&lt;br /&gt;</w:t>
        <w:br/>
        <w:t>Байдужо топче він червоні смолки&lt;br /&gt;</w:t>
        <w:br/>
        <w:t>І козельці, що золотої голки&lt;br /&gt;</w:t>
        <w:br/>
        <w:t>Та заполочі золотої слід&lt;br /&gt;</w:t>
        <w:br/>
        <w:t>Нагадують. Не сарниних копит&lt;br /&gt;</w:t>
        <w:br/>
        <w:t>Шукає він одбитків серед моху,&lt;br /&gt;</w:t>
        <w:br/>
        <w:t>Де віє вогкістю, немов із льоху;&lt;br /&gt;</w:t>
        <w:br/>
        <w:t>Не виклика він піснею дівчат,&lt;br /&gt;</w:t>
        <w:br/>
        <w:t>Що ягоди збирають, до дріад[1]&lt;br /&gt;</w:t>
        <w:br/>
        <w:t>Подібні станом, та лицем смуглявим,&lt;br /&gt;</w:t>
        <w:br/>
        <w:t>Та сміхом переливчасто-лукавим.&lt;br /&gt;</w:t>
        <w:br/>
        <w:t>Не ставить він і пасток на куниць&lt;br /&gt;</w:t>
        <w:br/>
        <w:t>І срібнокрилих не чатує птиць,&lt;br /&gt;</w:t>
        <w:br/>
        <w:t>Розкидавши серед кущів тернових&lt;br /&gt;</w:t>
        <w:br/>
        <w:t>Зрадливу сітку із ниток шовкових.&lt;br /&gt;</w:t>
        <w:br/>
        <w:t>Обходячи високі дерева,&lt;br /&gt;</w:t>
        <w:br/>
        <w:t>То головою в роздумі кива,&lt;br /&gt;</w:t>
        <w:br/>
        <w:t>То одійде і щось під ніс мугиче,&lt;br /&gt;</w:t>
        <w:br/>
        <w:t>Немов клятьби шепоче таємничі,&lt;br /&gt;</w:t>
        <w:br/>
        <w:t>То підійде, то по корі дзвенить&lt;br /&gt;</w:t>
        <w:br/>
        <w:t>Тяжким обухом,— і з-під верховіть&lt;br /&gt;</w:t>
        <w:br/>
        <w:t>Луна йому сто раз одповідає,&lt;br /&gt;</w:t>
        <w:br/>
        <w:t>Тетерюків полохаючи зграї.&lt;br /&gt;</w:t>
        <w:br/>
        <w:t>І довго ходить мовчазний рибак.&lt;br /&gt;</w:t>
        <w:br/>
        <w:t>Аж врешті там, де крізь густий байрак&lt;br /&gt;</w:t>
        <w:br/>
        <w:t>Здійма в блакить чоло своє левине&lt;br /&gt;</w:t>
        <w:br/>
        <w:t>Високий дуб чи стовбур сокорини&lt;br /&gt;</w:t>
        <w:br/>
        <w:t>Підноситься і рівний, і гінкий,—&lt;br /&gt;</w:t>
        <w:br/>
        <w:t>Дзвенить, сокира, ніби ревний бій&lt;br /&gt;</w:t>
        <w:br/>
        <w:t>Зчинили серед пралісу сатири...[2]&lt;br /&gt;</w:t>
        <w:br/>
        <w:t>Багато є роботи для сокири:&lt;br /&gt;</w:t>
        <w:br/>
        <w:t>Рубать сучки, вигладжувать, рівнять,&lt;br /&gt;</w:t>
        <w:br/>
        <w:t>Обтесувати й знову виправлять!&lt;br /&gt;</w:t>
        <w:br/>
        <w:t>Він долотом, як гостроокий предок,&lt;br /&gt;</w:t>
        <w:br/>
        <w:t>Роздовбує упертий осередок&lt;br /&gt;</w:t>
        <w:br/>
        <w:t>І, жаром розігрівши, одгина&lt;br /&gt;</w:t>
        <w:br/>
        <w:t>Краї трудом добутого човна.&lt;br /&gt;</w:t>
        <w:br/>
        <w:t>І от з вершин, із гущі лісової&lt;br /&gt;</w:t>
        <w:br/>
        <w:t>Пливе каюк повільною ходою&lt;br /&gt;</w:t>
        <w:br/>
        <w:t>На глиб ковбань, де тонкоусий сом&lt;br /&gt;</w:t>
        <w:br/>
        <w:t>Ліниво плеще віялом-хвостом.</w:t>
      </w:r>
    </w:p>
    <w:p>
      <w:r>
        <w:br/>
        <w:t>Так і поет, досвідчений і зрілий,&lt;br /&gt;</w:t>
        <w:br/>
        <w:t>Вдивляється, як наростають сили,&lt;br /&gt;</w:t>
        <w:br/>
        <w:t>Як піниться, як міниться життя,&lt;br /&gt;</w:t>
        <w:br/>
        <w:t>Як те в імлі згаса без вороття,&lt;br /&gt;</w:t>
        <w:br/>
        <w:t>А те, мов брость пахуча, розгортає&lt;br /&gt;</w:t>
        <w:br/>
        <w:t>Тонкі листки — і пишно розцвітає,&lt;br /&gt;</w:t>
        <w:br/>
        <w:t>Готуючи на осінь повний плід.&lt;br /&gt;</w:t>
        <w:br/>
        <w:t>Він гостро ловить зміни днів і літ&lt;br /&gt;</w:t>
        <w:br/>
        <w:t>І, кидаючи плевели-дрібниці,&lt;br /&gt;</w:t>
        <w:br/>
        <w:t>Збирає пишну золоту пшеницю&lt;br /&gt;</w:t>
        <w:br/>
        <w:t>Великих дум і постатей ясних.&lt;br /&gt;</w:t>
        <w:br/>
        <w:t>Зокола думають: поет затих,&lt;br /&gt;</w:t>
        <w:br/>
        <w:t>Поет засох, як джерело у спеку.&lt;br /&gt;</w:t>
        <w:br/>
        <w:t>А він тим часом, вільно і далеко&lt;br /&gt;</w:t>
        <w:br/>
        <w:t>Ширяючи на крилах голубих,&lt;br /&gt;</w:t>
        <w:br/>
        <w:t>У днях труда, блаженних і тяжких,&lt;br /&gt;</w:t>
        <w:br/>
        <w:t>У затишку своїх самотніх келій&lt;br /&gt;</w:t>
        <w:br/>
        <w:t>Творить постави грізні та веселі,&lt;br /&gt;</w:t>
        <w:br/>
        <w:t>Живе серед химерних диваків,&lt;br /&gt;</w:t>
        <w:br/>
        <w:t>Дівчат, вояк, царів і бунтарів&lt;br /&gt;</w:t>
        <w:br/>
        <w:t>І все, що снами й веснами розлито,&lt;br /&gt;</w:t>
        <w:br/>
        <w:t>Спрямовує у пишне творче літо.</w:t>
      </w:r>
    </w:p>
    <w:p>
      <w:r>
        <w:br/>
        <w:t>Так дні ідуть. Так долото стальне&lt;br /&gt;</w:t>
        <w:br/>
        <w:t>Заглиблюється в дерево міцне,&lt;br /&gt;</w:t>
        <w:br/>
        <w:t>Так те, що смілим не дається чарам,&lt;br /&gt;</w:t>
        <w:br/>
        <w:t>Поет пече свойого серця жаром,&lt;br /&gt;</w:t>
        <w:br/>
        <w:t>Розрівнює, розширює, кріпить,&lt;br /&gt;</w:t>
        <w:br/>
        <w:t>В постійний згук заковуючи мить,—&lt;br /&gt;</w:t>
        <w:br/>
        <w:t>І от нарешті з темних улоговин&lt;br /&gt;</w:t>
        <w:br/>
        <w:t>На вільне плесо випливає човен.</w:t>
      </w:r>
    </w:p>
    <w:p>
      <w:r>
        <w:br/>
        <w:t>1924</w:t>
      </w:r>
    </w:p>
    <w:p>
      <w:r>
        <w:br/>
        <w:t>[1] Дріади — у грецькій міфології німфи,&lt;br /&gt;</w:t>
        <w:br/>
        <w:t>покровительки дерев.</w:t>
      </w:r>
    </w:p>
    <w:p>
      <w:r>
        <w:br/>
        <w:t>[2] Сатири — лісові божества за уявленням&lt;br /&gt;</w:t>
        <w:br/>
        <w:t>стародавніх греків.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