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колір — колір зради</w:t>
      </w:r>
    </w:p>
    <w:p>
      <w:r>
        <w:br/>
        <w:t xml:space="preserve"> Чорний колір — колір зради,&lt;br /&gt;</w:t>
        <w:br/>
        <w:t>а червоний — то любов,&lt;br /&gt;</w:t>
        <w:br/>
        <w:t>очі в мене два свічада&lt;br /&gt;</w:t>
        <w:br/>
        <w:t>і палка татарська кров.</w:t>
      </w:r>
    </w:p>
    <w:p>
      <w:r>
        <w:br/>
        <w:t>О тікай, стрункий юначе,&lt;br /&gt;</w:t>
        <w:br/>
        <w:t>стережись моїх очей:&lt;br /&gt;</w:t>
        <w:br/>
        <w:t>подивлюсь — припадком наче —&lt;br /&gt;</w:t>
        <w:br/>
        <w:t>і не спатимеш ночей.</w:t>
      </w:r>
    </w:p>
    <w:p>
      <w:r>
        <w:br/>
        <w:t>Поцілую — і до скону&lt;br /&gt;</w:t>
        <w:br/>
        <w:t>будеш прагнуть уст моїх,&lt;br /&gt;</w:t>
        <w:br/>
        <w:t>і затроїть кров червону,&lt;br /&gt;</w:t>
        <w:br/>
        <w:t>кров юначу п'яний гріх.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колір — колір зради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