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хрест</w:t>
      </w:r>
    </w:p>
    <w:p>
      <w:r>
        <w:br/>
        <w:t xml:space="preserve"> &lt;p&gt;Наближався фронт. Темними ночами уже видно було, як переблискували на заході зірниці, а Олена Павлівна ніяких розпоряджень не одержувала. Вона поїхала в районний центр.</w:t>
      </w:r>
    </w:p>
    <w:p>
      <w:r>
        <w:br/>
        <w:t>У райнаросвіті майже всі кімнати були порожні. Вона зайшла до знайомого вчителя, але і його не було дома. Усі, хто тільки міг працювати, поїхали десь на земляні роботи, щоб ровами загородити шлях ворожим танкам. Треба було вирішувати самій, і вона поспішила додому.</w:t>
      </w:r>
    </w:p>
    <w:p>
      <w:r>
        <w:br/>
        <w:t>Коли повертала назад, мрячив дощ, над чорними полями низько кружляло гайвороння і своїм криком вганяло в сум. Щодалі доводилося все частіше звертати з колії, щоб дати дорогу машинам, в яких за стерном сиділи шофери у військових пілотках. Попереду чулась канонада. Візниця став настирливіше підганяти коней.</w:t>
      </w:r>
    </w:p>
    <w:p>
      <w:r>
        <w:br/>
        <w:t>— Таке, Олено Павлівно, ніби як у війну вже в'їхали! В Олени Павлівни тривожно забилося серце. Закидані</w:t>
      </w:r>
    </w:p>
    <w:p>
      <w:r>
        <w:br/>
        <w:t>болотом військові машини ішли вже одна за одною, убік від шляху простував підрозділ піхоти, на пагорках то з'являлися, то зникали вершники.</w:t>
      </w:r>
    </w:p>
    <w:p>
      <w:r>
        <w:br/>
        <w:t>Краєм шляху ішов гурт бійців. Олена Павлівна зіскочила з воза й запитала:</w:t>
      </w:r>
    </w:p>
    <w:p>
      <w:r>
        <w:br/>
        <w:t>— Хіба німці вже близько?</w:t>
      </w:r>
    </w:p>
    <w:p>
      <w:r>
        <w:br/>
        <w:t>— Краще, товаришко, повертайте назад,— відказав один. Уявивши на мить, що вона вже відрізана від дитини, від</w:t>
      </w:r>
    </w:p>
    <w:p>
      <w:r>
        <w:br/>
        <w:t>матері, Олена Павлівна мало не скрикнула: "Що ви сказали?"</w:t>
      </w:r>
    </w:p>
    <w:p>
      <w:r>
        <w:br/>
        <w:t>Може, він пожартував? Але солдати поспішали і навіть не оглянулись. Олена Павлівна все ще чекала на відповідь і розгублено дивилась їм услід. Візниця, старий колгоспник, зашкріб у потилиці.</w:t>
      </w:r>
    </w:p>
    <w:p>
      <w:r>
        <w:br/>
        <w:t>— "Задача! Що ж тепер будем робити, товаришко? Під снарядами їхати?</w:t>
      </w:r>
    </w:p>
    <w:p>
      <w:r>
        <w:br/>
        <w:t>Бачачи безпорадність учительки, він відповів сам:</w:t>
      </w:r>
    </w:p>
    <w:p>
      <w:r>
        <w:br/>
        <w:t>— Хай йому трясця, ще вскочимо в пащу Гітлера, а які в нього порядки, чули вже. Давайте завертати!</w:t>
      </w:r>
    </w:p>
    <w:p>
      <w:r>
        <w:br/>
        <w:t>Але Олена Павлівна не сіла на віз. Вона, мов уві сні, пішла вперед по шляху, потім звернула в балку й побігла. Так вона вийшла в садок своєї школи. Назустріч уже летіли кулі, десь вибухали снаряди, але всього цього вона не помічала, бо думала тільки про свого Марка.</w:t>
      </w:r>
    </w:p>
    <w:p>
      <w:r>
        <w:br/>
        <w:t>Коли Олена Павлівна вскочила до себе в хату, у матері затремтіли старечі губи, і вона тихо заплакала. Біля неї сидів зляканий хлопчик у капітанці і на кожний постріл витягав шию до вікна. Побачивши матір, він схопився на ноги.</w:t>
      </w:r>
    </w:p>
    <w:p>
      <w:r>
        <w:br/>
        <w:t>— Мамо, а ми коли поїдемо? Дядя Костя вже поїхав, ї всі поїхали.</w:t>
      </w:r>
    </w:p>
    <w:p>
      <w:r>
        <w:br/>
        <w:t>Олена Павлівна, тримаючи руку біля серця, упала на стілець.</w:t>
      </w:r>
    </w:p>
    <w:p>
      <w:r>
        <w:br/>
        <w:t>— Збирайте валізку. Марчика в шубку треба одягти, скоріше, наші відходять.— І визирнула у вікно.</w:t>
      </w:r>
    </w:p>
    <w:p>
      <w:r>
        <w:br/>
        <w:t>В очах її ще миготіли червопоармійці, автомашини па шляху, але перед вікнами рух чомусь урвався. Зовсім близько стояло щось неоковирне і велике, заляпане болотом. На сірій стінці чітко виднівся чорний хрест з білими смужками. Через силу починаючи розуміти, що сталося, вона злякано глянула на матір. Мати сиділа нерухомо й приреченими очима дивилася на двері, за якими вже панував інший світ.</w:t>
      </w:r>
    </w:p>
    <w:p>
      <w:r>
        <w:br/>
        <w:t>Олена Павлівна похолола. Страшно було подумати, що зараз можуть відчинитися двері і до кімнати вдеруться ті, про яких вона не раз розповідала дітям як про непримиренних ворогів. А найстрашніше, що всі її знайомі і друзі, певно, встигли відійти з Червоною Армією, тільки вона залишилася між цими хрестами.</w:t>
      </w:r>
    </w:p>
    <w:p>
      <w:r>
        <w:br/>
        <w:t>Стало до болю тоскно і порожньо. Олена Павлівна загорнулась у теплу хустку, але пропасниця не переставала бити. Вся спустошена, вона продовжувала дивитися у вікно, не пізнаючи вже такого знайомого краєвиду. Танк вистрілив, і від пострілу підстрибнув, як цуцик, і так само загримів ланцюгами.</w:t>
      </w:r>
    </w:p>
    <w:p>
      <w:r>
        <w:br/>
        <w:t>Під вікном промайнуло обличчя колгоспного рахівника, завжди тихого й послужливого Івана Сидоровича. Олена Павлівна полегшено зітхнула — значить, не одна вона опинилася в такому становищі, буде з ким порадитись. Але слідом за рахівником промайнули гострі багнети над круглими касками. Олена Павлівна побачила їх вперше, і її обдало нестерпним холодом. Німецькі солдати кудись повели рахівника, тепер вони прийдуть за нею. На інше не було чого й сподіватися, але щоб так хутко обірвалося життя,— це було неможливо. Жінка ще раз оглянула свою кімнату. У ній ще був її світ — радянський: з портрета на стіні усміхався батьківською посмішкою Ленін. Але ж сюди зараз вдеруться фашисти і вона інстинктивно простягла руку до портрета, щоб затулити, хоч замаскувати його чим, і гірко посміхнулась. На стінах висіли ще портрети керівників партії, на столі лежали книжки. Вся кімната, нарешті, вона сама, відсвічувала радянським світлом, якого не можна було ні затулити, ні замаскувати.</w:t>
      </w:r>
    </w:p>
    <w:p>
      <w:r>
        <w:br/>
        <w:t>Руки безсило опустилися. Мати мовчки снувала по кімнаті й затикала в темні кутки Маркові костюмчики. Сльози, мов краплини дощу, котилися їй по зморшках і зірочками мітили підлогу. За нею, мов тінь, ходив Марко. Враз він обернувся до матері й сказав:</w:t>
      </w:r>
    </w:p>
    <w:p>
      <w:r>
        <w:br/>
        <w:t>— Мамо, баба каже, репнуло наше життя, уже німці будуть!</w:t>
      </w:r>
    </w:p>
    <w:p>
      <w:r>
        <w:br/>
        <w:t>Олена Павлівна злякано махнула на нього рукою і прислухалась: у коридорі лунали важкі кроки. Вона випросталась, пересмикнула хустку і сіла біля столу. Марчика притягла до себе й поклала йому руки на русяву голівку.</w:t>
      </w:r>
    </w:p>
    <w:p>
      <w:r>
        <w:br/>
        <w:t>— Мабуть, синку, коленому треба випробувати свою долю.</w:t>
      </w:r>
    </w:p>
    <w:p>
      <w:r>
        <w:br/>
        <w:t>Двері луснули, як постріл, і в чорному проваллі жов-" тою плямою виступило довгасте обличчя Івана Сидоровича. Воно посміхалось, і Олена Павлівна навіть закліпала очима: може, їй тільки здається, що це Іван Сидорович, з яким вона вже попрощалась у думках. Але він уже зайшов до кімнати і справді посміхався, тільки якоюсь зловтішною посмішкою. За ним, як олов'яні, не згинаючи колін, зайшли солдати в рогатих касках. Олена Павлівна навіть заплющила очі: в кімнаті стояли фашисти.</w:t>
      </w:r>
    </w:p>
    <w:p>
      <w:r>
        <w:br/>
        <w:t>— Не захотіли чи не встигли, гОлено Павлівно? — спитав скрадливо Іван Сидорович.</w:t>
      </w:r>
    </w:p>
    <w:p>
      <w:r>
        <w:br/>
        <w:t>Олена Павлівна дивилася на нього вже широко відкритими очима й мовчала.</w:t>
      </w:r>
    </w:p>
    <w:p>
      <w:r>
        <w:br/>
        <w:t>— Значить, не встигли. Не дивуйтеся, пані, я на цей день двадцять років чекав. Дайте молока солдатам. А з цим, шановні, треба покінчити і тепер уже назавжди.</w:t>
      </w:r>
    </w:p>
    <w:p>
      <w:r>
        <w:br/>
        <w:t>Він указав на портрети.</w:t>
      </w:r>
    </w:p>
    <w:p>
      <w:r>
        <w:br/>
        <w:t>Солдати перезирнулися й щось заґелґотіли.</w:t>
      </w:r>
    </w:p>
    <w:p>
      <w:r>
        <w:br/>
        <w:t>— Ну, чули, що я казав? — постать Івана Сидоровича враз відмінилась. Він випростався, розправив плечі і закинув назад голову так, ніби вийшов перед строєм дивізії, а не стояв перед сільською вчителькою, до якої не раз приходив просити простеньких книжечок. На палицю він уже не спирався, а грав нею, як оголеною шаблею.</w:t>
      </w:r>
    </w:p>
    <w:p>
      <w:r>
        <w:br/>
        <w:t>— Ви ж знаєте, Сидоровичу, що молока сьогодні в колгоспі не видавали нікому.</w:t>
      </w:r>
    </w:p>
    <w:p>
      <w:r>
        <w:br/>
        <w:t>— Сидорович,— передражнив її рахівник і роблено засміявся.— Був, та загув Сидорович. Чого ви так дивитесь? Давайте хоч води!</w:t>
      </w:r>
    </w:p>
    <w:p>
      <w:r>
        <w:br/>
        <w:t>Солдати все ще стояли біля порога і ніби обнюхували кімнату. Білявий, зустрівшись поглядом з Оленою Павлівною, пришелепувато посміхнувся. Мати винесла кухоль з водою. Іван Сидорович уже листав лівою рукою книжки, що лежали на столі, і одну по одній скидав на підлогу. Марко побачив свою книжечку з малюнками й нахилився, щоб її підняти, але рахівник наступив на неї чоботом і, не оглядаючись, штовхнув хлопчика в груди кінцем палки. Марко скривився і, вишкірившись, закричав:</w:t>
      </w:r>
    </w:p>
    <w:p>
      <w:r>
        <w:br/>
        <w:t>— Все одно ми поїдемо, а ви — собака і Гітлер!</w:t>
      </w:r>
    </w:p>
    <w:p>
      <w:r>
        <w:br/>
        <w:t>Рахівник подивився на нього важкими олов'яними очима і мовчки замахнувся, але Олена Павлівна вчасно прикрила хлопчика руками й крикнула:</w:t>
      </w:r>
    </w:p>
    <w:p>
      <w:r>
        <w:br/>
        <w:t>— Товаришу, як ви смієте!..</w:t>
      </w:r>
    </w:p>
    <w:p>
      <w:r>
        <w:br/>
        <w:t>— Досить панібратства, я вам не товариш! Щоб сьогодні о восьмій були в клубі, по-нашому, точно! А тут оселяться двоє офіцерів. Треба пригостити як слід.— Він гидко посміхнувся, повернувся на каблуках і вийшов з кімнати.</w:t>
      </w:r>
    </w:p>
    <w:p>
      <w:r>
        <w:br/>
        <w:t>Солдати знову заговорили і забігали очима по кутках. На гачку висіла вишита торбочка. Білявий з тою ж дурною посмішкою зняв її з гачка й поклав собі за пазуху. Другий солдат потяг годинник, якого Олена Павлівна залишила на комоді. Третій, наступаючи їй на ноги заболоченими черевиками, заметушився по кутках. Не знайшовши нічого для себе поживного і бачачи, що його приятелі вже виходять, вій потяг з столу скатерку. На підлогу посипалась решта книжок і письмове приладдя. З чорнильниці по підлозі поповзла чорна пляма. Зупинившись перед дзеркалом, солдат підкрутив вуса, підморгнув до витрішкуватого обличчя в дзеркалі і, схопивши ще шкатулочку із ра-кушок, побіг за іншими.</w:t>
      </w:r>
    </w:p>
    <w:p>
      <w:r>
        <w:br/>
        <w:t>Олена Павлівна упала головою на голий стіл. Мати підійшла до неї і почала гладити по плечах, що здригалися під хусткою.</w:t>
      </w:r>
    </w:p>
    <w:p>
      <w:r>
        <w:br/>
        <w:t>— Казала я, темна душа у заброди, а очі як у гадюки: "Я вам не товариш!" Навіщо ти нам здався, юда?</w:t>
      </w:r>
    </w:p>
    <w:p>
      <w:r>
        <w:br/>
        <w:t>Танк голосно заскреготав, підкинув догори тупе рило і, ніби принюхуючись, поповз уперед.</w:t>
      </w:r>
    </w:p>
    <w:p>
      <w:r>
        <w:br/>
        <w:t>— Хай тебе перша куля влучить, проклятий! А чого 'в клуб, доню? Ой, чує моє серце... Не ходи до них, сховайся краще. Сказав Марко — Гітлер, то й правда, так і жди напасті.</w:t>
      </w:r>
    </w:p>
    <w:p>
      <w:r>
        <w:br/>
        <w:t>Починало вже сутеніти. Олена Павлівна зірвалася на ноги, змахнула з обличчя сльози й випросталась.</w:t>
      </w:r>
    </w:p>
    <w:p>
      <w:r>
        <w:br/>
        <w:t>— Тепер нікуди не заховаєшся, мамо, хіба що в ліс. Догляньте Марка, я піду. Синку, слухай бабусю завжди, завжди.— І вона почала його нестямно цілувати.</w:t>
      </w:r>
    </w:p>
    <w:p>
      <w:r>
        <w:br/>
        <w:t>Над ґанком клубу лопотів червоний прапор, як і вчора, але коли вітер колихнув його, Олена Павлівна побачила чорну свастику, схожу на павука. Селяни ішли до клубу мовчки, з опущеними головами, ніби вони перед кимось завинили.</w:t>
      </w:r>
    </w:p>
    <w:p>
      <w:r>
        <w:br/>
        <w:t>У залі Олена Павлівна забилася в темний куток. їй було холодно і невимовно тоскно. Темні шибки мінилися від далеких пожеж, гасла і транспаранти були обірвані, і стіни світили білими латками. На сцені стояв голий стіл, а попереду, мов пес, зіп'явся на передні лапи кулемет.</w:t>
      </w:r>
    </w:p>
    <w:p>
      <w:r>
        <w:br/>
        <w:t>Іван Сидорович з виглядом господаря пройшов до сцени і звідти пильно оглянув присутніх. їх було небагато, а з сільського активу — майже нікого. Нарешті він помітив учительку і глузливо сказав:</w:t>
      </w:r>
    </w:p>
    <w:p>
      <w:r>
        <w:br/>
        <w:t>— Олено Павлівно, ви не ховайтесь, ідіть наперед. То тільки за більшовиків нас затискали в кутки.</w:t>
      </w:r>
    </w:p>
    <w:p>
      <w:r>
        <w:br/>
        <w:t>На неї озирнулись колгоспники, і в їхніх поглядах жінка помітила неприхований докір.</w:t>
      </w:r>
    </w:p>
    <w:p>
      <w:r>
        <w:br/>
        <w:t>Олена Павлівна намагалася ступати твердо, як часто ходила по цих дошках, але зараз підлога ніби упливала з-під ніг і здавалося, що вона ніколи не дійде до сцени. Але Іван Сидорович знову вигукнув:</w:t>
      </w:r>
    </w:p>
    <w:p>
      <w:r>
        <w:br/>
        <w:t>— До столу, до столу, пані! Будемо тепер чесно працювати!</w:t>
      </w:r>
    </w:p>
    <w:p>
      <w:r>
        <w:br/>
        <w:t>Прибита важкими поглядами, вона зійшла на місток. Довгов'язий німецький офіцер з с^хим носом стояв уже за столом. Іван Сидорович послужливо підставив йому стілець і, вийшовши наперед, бундючно вигукнув:</w:t>
      </w:r>
    </w:p>
    <w:p>
      <w:r>
        <w:br/>
        <w:t>— Ну, мужики, діждалися ми нарешті...</w:t>
      </w:r>
    </w:p>
    <w:p>
      <w:r>
        <w:br/>
        <w:t>— Молшать! — стукнув ображено офіцер по столу кулаком.— Я будет разговаривал.</w:t>
      </w:r>
    </w:p>
    <w:p>
      <w:r>
        <w:br/>
        <w:t>Іван Сидорович розгублено посміхнувся і, втративши бундючність, слухняно відсунувся за плечі лейтенанта. Офіцер знову стукнув по столу.</w:t>
      </w:r>
    </w:p>
    <w:p>
      <w:r>
        <w:br/>
        <w:t>— Всім слушать наказ. Читайте руський язик.— І витяг поперед себе білий папірець.</w:t>
      </w:r>
    </w:p>
    <w:p>
      <w:r>
        <w:br/>
        <w:t>Іван Сидорович знову вибіг із темного кутка.</w:t>
      </w:r>
    </w:p>
    <w:p>
      <w:r>
        <w:br/>
        <w:t>— Ось пані вчителька радо зробить це. Прочитайте, Олено Павлівно!</w:t>
      </w:r>
    </w:p>
    <w:p>
      <w:r>
        <w:br/>
        <w:t>Олена Павлівна, мов приречена, взяла папірець. Чорні рядки розпливалися в затуманених очах, але вона все-таки зрозуміла, що їй дали читати відозву до українських селян, їх закликали допомагати німецькому війську і постачати його харчами. Кров шугнула їй у скроні, обпалила обличчя. Офіцер нервово дріботів пальцями по столу. Вчителька продовжувала мовчати, але очі їй мінились, як полум'я на пожежі.</w:t>
      </w:r>
    </w:p>
    <w:p>
      <w:r>
        <w:br/>
        <w:t>— Шнель! — крикнув офіцер.</w:t>
      </w:r>
    </w:p>
    <w:p>
      <w:r>
        <w:br/>
        <w:t>Олена Павлівна міцно стулила губи й глянула на колгоспників. Скільки разів вона закликала їх з цього підвищення кріпити оборону країни, а коли треба буде, то й наложити життям за свою Батьківщину, за рідний край!</w:t>
      </w:r>
    </w:p>
    <w:p>
      <w:r>
        <w:br/>
        <w:t>— Такий час настав,— сказала вона вже голосно, щодалі більше запалюючись.— Німецькі фашисти вже вдерлися в сонячну Україну, вони топчуть наші лани, вони нищать материну мову, вони вбивають нашу радість. Вони вже ось простягають руки до нашого горла, запоганили хати, тепер хочуть запоганити душі.</w:t>
      </w:r>
    </w:p>
    <w:p>
      <w:r>
        <w:br/>
        <w:t>Папірець дрижав їй у руках. Офіцер повільно відстебнув кобуру.</w:t>
      </w:r>
    </w:p>
    <w:p>
      <w:r>
        <w:br/>
        <w:t>— Читать наказ!</w:t>
      </w:r>
    </w:p>
    <w:p>
      <w:r>
        <w:br/>
        <w:t>Олена Павлівна враз замовкла, тільки посірілі губи продовжували в неї нервово смикатись, ніби вона хотіла й не могла викрикнути останнє слово. Лейтенант висмикнув із кобури важкий парабелум. Олена Павлівна повільно роздерла відозву на клаптики й шпурнула їх у перекривлене обличчя лейтенанта.</w:t>
      </w:r>
    </w:p>
    <w:p>
      <w:r>
        <w:br/>
        <w:t>Постріл тріснув, як суха гілка. Олена Павлівна схопилася за серце, зігнулась наперед, ніби хотіла роздерти й самого лейтенанта, і впала на кулемет. Іван Сидорович з перекривленим від страху лицем поточився за лаштунки. В залі вибухнув стоголосий крик.</w:t>
      </w:r>
    </w:p>
    <w:p>
      <w:r>
        <w:br/>
        <w:t>Німецький солдат кинувся до кулемета, але доступитись до нього заважало тіло учительки, розпростерте на підлозі.</w:t>
      </w:r>
    </w:p>
    <w:p>
      <w:r>
        <w:br/>
        <w:t>На її пополотнілому видовженому обличчі навіки застигла горда усмішка.</w:t>
      </w:r>
    </w:p>
    <w:p>
      <w:r>
        <w:br/>
        <w:t>Москва, 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