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Чорні від страждання мої ночі...</w:t>
      </w:r>
    </w:p>
    <w:p>
      <w:r>
        <w:br/>
        <w:t xml:space="preserve"> Чорні від страждання мої ночі,&lt;br /&gt;</w:t>
        <w:br/>
        <w:t>Білі від скорботи мої дні&lt;br /&gt;</w:t>
        <w:br/>
        <w:t>Впали у твої свавільні очі,&lt;br /&gt;</w:t>
        <w:br/>
        <w:t>Жадібні, глибокі і чудні.</w:t>
      </w:r>
    </w:p>
    <w:p>
      <w:r>
        <w:br/>
        <w:t>Я тебе не хочу обминути,&lt;br /&gt;</w:t>
        <w:br/>
        <w:t>Я тебе не смію обійти.&lt;br /&gt;</w:t>
        <w:br/>
        <w:t>Дай мені губами зачерпнути&lt;br /&gt;</w:t>
        <w:br/>
        <w:t>Ніжної твоєї доброти.</w:t>
      </w:r>
    </w:p>
    <w:p>
      <w:r>
        <w:br/>
        <w:t>Диких орд незлічені навали&lt;br /&gt;</w:t>
        <w:br/>
        <w:t>Розтрощили пращури мої,&lt;br /&gt;</w:t>
        <w:br/>
        <w:t>Щоб несла ти гордо і зухвало&lt;br /&gt;</w:t>
        <w:br/>
        <w:t>Груди недоторкані свої.</w:t>
      </w:r>
    </w:p>
    <w:p>
      <w:r>
        <w:br/>
        <w:t>Щоб горіли маками долоні,&lt;br /&gt;</w:t>
        <w:br/>
        <w:t>Щоб гуло моє серцебиття,&lt;br /&gt;</w:t>
        <w:br/>
        <w:t>Щоб в твоєму соромливім лоні&lt;br /&gt;</w:t>
        <w:br/>
        <w:t>Визрівало завтрашнє життя.</w:t>
      </w:r>
    </w:p>
    <w:p>
      <w:r>
        <w:br/>
        <w:t>І моє прокляття очманіле&lt;br /&gt;</w:t>
        <w:br/>
        <w:t>Упаде на тім'я дурням тим,&lt;br /&gt;</w:t>
        <w:br/>
        <w:t>Хто твоє солодке грішне тіло&lt;br /&gt;</w:t>
        <w:br/>
        <w:t>Оскверняє помислом гидким.</w:t>
      </w:r>
    </w:p>
    <w:p>
      <w:r>
        <w:br/>
        <w:t>Стегна твої, брови і рамена,&lt;br /&gt;</w:t>
        <w:br/>
        <w:t>Шия і вогонь тендітних рук —&lt;br /&gt;</w:t>
        <w:br/>
        <w:t>Все в тобі прекрасне і священне,&lt;br /&gt;</w:t>
        <w:br/>
        <w:t>Мамо моїх радощів і мук!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Чорні від страждання мої ночі...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