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ж, друзі, вас так мало?</w:t>
      </w:r>
    </w:p>
    <w:p>
      <w:r>
        <w:br/>
        <w:t xml:space="preserve"> &lt;blockquote&gt;&lt;p&gt;Де згода в сімействі,</w:t>
      </w:r>
    </w:p>
    <w:p>
      <w:r>
        <w:br/>
        <w:t>Де мир і тишина.</w:t>
      </w:r>
    </w:p>
    <w:p>
      <w:r>
        <w:br/>
        <w:t>Щасливі там люди.</w:t>
      </w:r>
    </w:p>
    <w:p>
      <w:r>
        <w:br/>
        <w:t>Блаженна сторона…</w:t>
      </w:r>
    </w:p>
    <w:p>
      <w:r>
        <w:br/>
        <w:t>"Наталка Полтавка", І. Котляревський.</w:t>
      </w:r>
    </w:p>
    <w:p>
      <w:r>
        <w:br/>
        <w:t>1. Якось улітку я їхав пароплавом з Києва до Дніпропетровська. Я мав вигідне місце в каюті, але там було душно, і я майже цілий день сидів на палубі, милуючись чудовими краєвидами Дніпрових берегів. Часом випадало перекинутися кількома словами з сусідами-пасажирами, часом брався читати книжку й знову віддавався насолоді відпочинку, спокою на душі й можливості мовчки споглядати на довколишню красу.</w:t>
      </w:r>
    </w:p>
    <w:p>
      <w:r>
        <w:br/>
        <w:t>Насупроти мене сиділа молода, гарна собою жінка. Де вона сіла на пароплав — я не помітив, але, видимо, квитка на каюту їй не пощастило одержати й через те вона з раннього ранку тулилася на палубі, час від часу кидаючи тривожні короткі погляди на велику валізу, що лежала коло неї на підлозі. Жінка ні з ким не розмовляла й лиш здаля прислухалася, коли я говорив з якимось пасажиром, а після цього крадькома питливо поглядала на мене.</w:t>
      </w:r>
    </w:p>
    <w:p>
      <w:r>
        <w:br/>
        <w:t>У Кременчуці пароплав мав довго стояти, і жінка раптом звернулася до мене:</w:t>
      </w:r>
    </w:p>
    <w:p>
      <w:r>
        <w:br/>
        <w:t>— Вы в Кременчуге не выходите?</w:t>
      </w:r>
    </w:p>
    <w:p>
      <w:r>
        <w:br/>
        <w:t>— Ні, — відповів я.</w:t>
      </w:r>
    </w:p>
    <w:p>
      <w:r>
        <w:br/>
        <w:t>— Простите, — и никуда с палубы не пойдете?</w:t>
      </w:r>
    </w:p>
    <w:p>
      <w:r>
        <w:br/>
        <w:t>— Сидітиму тут.</w:t>
      </w:r>
    </w:p>
    <w:p>
      <w:r>
        <w:br/>
        <w:t>— В таком случае разрешите оставить на вас мой чемодан — мне нужно на полчаса съездить в город.</w:t>
      </w:r>
    </w:p>
    <w:p>
      <w:r>
        <w:br/>
        <w:t>Я дав згоду, і жінка поквапно пішла на пристань. Повернулася вона задихана, коли прогудів останній гудок і матроси заходилися знімати трап.</w:t>
      </w:r>
    </w:p>
    <w:p>
      <w:r>
        <w:br/>
        <w:t>— Благодарю вас, — сказала, мило усміхнувшись, незнайомка й сіла на своє місце коло валізи, важко віддихуючись.</w:t>
      </w:r>
    </w:p>
    <w:p>
      <w:r>
        <w:br/>
        <w:t>— Одначе, як це ви зважилися лишити свою валізу на невідому вам людину? А якби я пішов слідом за вами з вашою валізою і зник у натовпі?</w:t>
      </w:r>
    </w:p>
    <w:p>
      <w:r>
        <w:br/>
        <w:t>— Я была уверена, что этого вы не сделаете, — відповіла спокійно жінка й тепер не крадькома, а одверто подивилася мені в вічі: — Я заметила, что вы со всеми говорите по-украински, хотя сразу видно, что вы интеллигент…</w:t>
      </w:r>
    </w:p>
    <w:p>
      <w:r>
        <w:br/>
        <w:t>— Хіба це могло гарантувати, що ваша валіза буде ціла? — посміхнувся я.</w:t>
      </w:r>
    </w:p>
    <w:p>
      <w:r>
        <w:br/>
        <w:t>— Конечно! Я поняла, что вы человек идейный, на которого вполне можно положиться. — I, трохи замислившись, додала: — Такие чужих чемоданов не уносят…</w:t>
      </w:r>
    </w:p>
    <w:p>
      <w:r>
        <w:br/>
        <w:t>2. На Хрещатику йшов мені назустріч гурток простенько вбраних людей. Ішли вони купою, боячись одбитись одне від одного й разом з тим цікаво поглядаючи на вітрини крамниць, високі будинки й зацвітлі каштани. Один з них, немолодий чоловік у червоній "косоворотці" під вилинялим піджаком, дав своїм дівчатам і молодицям рукою знак спинитися й питає мене:</w:t>
      </w:r>
    </w:p>
    <w:p>
      <w:r>
        <w:br/>
        <w:t>— Где бы здесь купить что-нибудь на память об Украине — рубашки вышитые, коврики какие-нибудь, опять же — картинки или открытки? Посулили своим привезти домой и вот ищем…</w:t>
      </w:r>
    </w:p>
    <w:p>
      <w:r>
        <w:br/>
        <w:t>Я охоче повів їх на майдан Толстого до крамниці художніх виробів.</w:t>
      </w:r>
    </w:p>
    <w:p>
      <w:r>
        <w:br/>
        <w:t>Виявилося, що це рязанські колгоспники, котрі їздили на Тернопільщину до Євгенії Долинюк перебирати досвід вирощування кукурудзи, а тепер повертаються на батьківщину. Йдучи Хрещатиком та Червоноармійською вулицею, дівчата голосно читали вивіски, вимовляючи українські слова по-російському, й тут же одна одній перекладали. Я уважно прислухався до їхньої розмови, в якій не було й натяку на глузування чи кпини з дивної для них мови, й тішився, чуючи з їхніх уст "давеча", "намедни", "потчевать" — слова, які я пам’ятав з давніх російських хрестоматій, але ніколи не чую від тих, що говорять у Києві російською мовою.</w:t>
      </w:r>
    </w:p>
    <w:p>
      <w:r>
        <w:br/>
        <w:t>— Вывески в Киеве украинские, а разговора не слышно. Почему же это так? Вот в Мельнице-Подольской, куда мы ездили к Евгении Алексеевне, все говорят по-украински, и очень хорошо получается, а здесь, можно сказать, в столице, почему-то не слышишь этой речи… Выходит, как говорится: на выставке одно, а продают другое… Это как же понимать надо?</w:t>
      </w:r>
    </w:p>
    <w:p>
      <w:r>
        <w:br/>
        <w:t>Що я міг сказати цим щирим простодушним людям? На щастя, ми підійшли до крамниці художніх виробів, де я, побажавши їм щасливо повернутися додому, попрощався й пішов своєю дорогою.</w:t>
      </w:r>
    </w:p>
    <w:p>
      <w:r>
        <w:br/>
        <w:t>Не раз потім, машинально дивлячись на вітрини київських крамниць, я згадував слова цього рязанського колгоспника: "На выставке одно, а продают другое".</w:t>
      </w:r>
    </w:p>
    <w:p>
      <w:r>
        <w:br/>
        <w:t>3. Я лікувався в очному відділі Київського медмістечка. Одного дня медсестра провела мене й якусь маленьку стару в сірому лікарняному халаті з нашого п’ятого поверху на перший до фізіотерапії й, щоб не витрачати марно часу на дожидання, попросила мене забрати хвору й немічну стару з собою назад після закінчення процедур. Я охоче погодився. Вийшовши з фізіотерапії раніше, я почекав, коли закінчить свою процедуру стара, взяв її під руку й провів до ліфта. Виявилося, що стара тільки тілом квола, але, як на її роки, жива душею і не втратила цікавості до всього, що діється в світі й навколо неї. Вона колишня вчителька російської літератури й французької мови, мало не все життя прожила в Ленінграді й тільки чотири роки тому переїхала через кліматичні умови до Києва. Почувши це, я з чемності одразу перейшов у розмові з нею на російську мову, але моя співбесідниця заперечила:</w:t>
      </w:r>
    </w:p>
    <w:p>
      <w:r>
        <w:br/>
        <w:t>— Говорите, пожалуйста, по-украински, мне так приятно слышать этот милозвучный язык, когда на нем говорят чисто, не коверкая! В палате, рядом со мной, лежит хохлушечка-колхозница, я с ней подружила, она так интересно рассказывает о своем селе, о людях в нем; хотя я и не все понимаю, но очень люблю ее слушать — такой простой искренний человек!..</w:t>
      </w:r>
    </w:p>
    <w:p>
      <w:r>
        <w:br/>
        <w:t>Відчувши в мені українського інтелігента, старенька вчителька особливо зацікавилася мною і, зустрівшись у коридорі чи в їдальні, не пропускала нагоди поговорити зі мною про все, що стосувалося України. Її цікавило все: історія України, подана не з позицій Ключевського й Соловйова, українська література, народні звичаї, а особливо теперішнє становище на Україні. Багато в чому вона була така необізнана, що ставила наївні, простодушні запитання. Запитує, приміром: чому багато батьків-українців віддають дітей не до українських шкіл, а до російських? Пояснюю, що деякі батьки, позбавлені національної самоповаги, бояться утруднювати своїм дітям навчання у вищій школі, де, за винятком філологічного та журналістського факультетів університету, майже всі предмети викладаються російською мовою. І знову запитання:</w:t>
      </w:r>
    </w:p>
    <w:p>
      <w:r>
        <w:br/>
        <w:t>— А почему же нет украинских высших учебных заведений?</w:t>
      </w:r>
    </w:p>
    <w:p>
      <w:r>
        <w:br/>
        <w:t>Відповідаю, що були вони раніш, а тепер нема.</w:t>
      </w:r>
    </w:p>
    <w:p>
      <w:r>
        <w:br/>
        <w:t>— Тем более, почему нет теперь? — допитується старенька вчителька і засипає мене далі своїми "почему?".</w:t>
      </w:r>
    </w:p>
    <w:p>
      <w:r>
        <w:br/>
        <w:t>Одного разу після чергового "почему?" я спитав її:</w:t>
      </w:r>
    </w:p>
    <w:p>
      <w:r>
        <w:br/>
        <w:t>— А вы помните, Людмила Павловна, у Пушкина: "Славянские ль ручьи сольются в русском море, оно ль иссякнет — вот вопрос"?</w:t>
      </w:r>
    </w:p>
    <w:p>
      <w:r>
        <w:br/>
        <w:t>— Конечно, помню: это из "Клеветникам России"… Так что же?</w:t>
      </w:r>
    </w:p>
    <w:p>
      <w:r>
        <w:br/>
        <w:t>— А то, что есть, очевидно, люди, для которых этот вопрос не решен окончательно и поныне…</w:t>
      </w:r>
    </w:p>
    <w:p>
      <w:r>
        <w:br/>
        <w:t>— Почему? Если Пушкин не мог в свое время решить, то ведь мы имеем все возможности решить этот вопрос правильно: пусть текут своими руслами и дальше славянские ручьи, совершенно не угрожающие иссяканием русскому морю! Неужели не понятно, что из многообразия красок, а не монотонности, создается прекрасный ковер, из разных звуков рождается симфония…</w:t>
      </w:r>
    </w:p>
    <w:p>
      <w:r>
        <w:br/>
        <w:t>— К сожалению, есть люди, не понимающие и не желающие понять этой простой истины, — зітхнув я. — Они скорее поймут Московского патриарха Иоакима, некогда изрекшего: "Когда будет много языков, пойдет смута на земле", чем нас с вами.</w:t>
      </w:r>
    </w:p>
    <w:p>
      <w:r>
        <w:br/>
        <w:t>— Но ведь Иоаким принадлежит к XVII столетию, а мы живем в XX веке! Не пора ли уже и сдвинуться с мертвой точки?..</w:t>
      </w:r>
    </w:p>
    <w:p>
      <w:r>
        <w:br/>
        <w:t>Ми довго ще говорили з нею на цю тему, й вона цілком погоджувалася, що давно слід відмовитися від реакційної біблійної казки про вавілонське стовпотворіння, коли люди враз заговорили різними мовами й від цього ніби пішло лихо на землі.</w:t>
      </w:r>
    </w:p>
    <w:p>
      <w:r>
        <w:br/>
        <w:t>Прощалися друзями; коли я виходив з лікарні, вона сказала мені на прощання:</w:t>
      </w:r>
    </w:p>
    <w:p>
      <w:r>
        <w:br/>
        <w:t>— Ведь вот могли же мы с вами договориться и понять друг друга — почему же не понимают таких простых вещей другие?</w:t>
      </w:r>
    </w:p>
    <w:p>
      <w:r>
        <w:br/>
        <w:t>Я нічого не сказав їй, лиш знизав плечима, сам собі думаючи: чому не всі так ставляться до мого народу, як ця старенька немощна вчителька? Чому вас так мало ще, друзі?..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ж, друзі, вас так мало?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