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люде лихі?</w:t>
      </w:r>
    </w:p>
    <w:p>
      <w:r>
        <w:br/>
        <w:t xml:space="preserve"> Я довго-довго міркував,&lt;br /&gt;</w:t>
        <w:br/>
        <w:t>Чого-то в світі стало,&lt;br /&gt;</w:t>
        <w:br/>
        <w:t>Що так багато є людей,&lt;br /&gt;</w:t>
        <w:br/>
        <w:t>А добрих з них так мало.&lt;br /&gt;</w:t>
        <w:br/>
        <w:t>Що вже не жди від їх добра,&lt;br /&gt;</w:t>
        <w:br/>
        <w:t>А всякої напасти,&lt;br /&gt;</w:t>
        <w:br/>
        <w:t>Що на 'дного, що вміє дать,&lt;br /&gt;</w:t>
        <w:br/>
        <w:t>Є сто, що вміють красти.&lt;br /&gt;</w:t>
        <w:br/>
        <w:t>Чого ми бачим скрізь війну,&lt;br /&gt;</w:t>
        <w:br/>
        <w:t>А не братерську спілку,&lt;br /&gt;</w:t>
        <w:br/>
        <w:t>Чого ми любим пити кров&lt;br /&gt;</w:t>
        <w:br/>
        <w:t>Ще більше, ніж горілку.&lt;br /&gt;</w:t>
        <w:br/>
        <w:t>Я зрозумів усе, як став&lt;br /&gt;</w:t>
        <w:br/>
        <w:t>Святе письмо читати,&lt;br /&gt;</w:t>
        <w:br/>
        <w:t>Щоб зрозуміти й ви могли,&lt;br /&gt;</w:t>
        <w:br/>
        <w:t>Ось точні вам цитати.&lt;br /&gt;</w:t>
        <w:br/>
        <w:t>"Створивши світ, подумав бог&lt;br /&gt;</w:t>
        <w:br/>
        <w:t>Про створення людини,&lt;br /&gt;</w:t>
        <w:br/>
        <w:t>І от узяв та накопав&lt;br /&gt;</w:t>
        <w:br/>
        <w:t>Пудів з чотири глини,&lt;br /&gt;</w:t>
        <w:br/>
        <w:t>І, замісивши з кізяком,&lt;br /&gt;</w:t>
        <w:br/>
        <w:t>Як для обмазки хати,&lt;br /&gt;</w:t>
        <w:br/>
        <w:t>Зліпив Адама й під тинок&lt;br /&gt;</w:t>
        <w:br/>
        <w:t>Поставив просихати.&lt;br /&gt;</w:t>
        <w:br/>
        <w:t>А як здалось, що він просох,&lt;br /&gt;</w:t>
        <w:br/>
        <w:t>Дмухнув у нього душу,&lt;br /&gt;</w:t>
        <w:br/>
        <w:t>Тоді в садок едемський свій&lt;br /&gt;</w:t>
        <w:br/>
        <w:t>Пустив його під грушу".&lt;br /&gt;</w:t>
        <w:br/>
        <w:t>Як можна бачить вам із цих&lt;br /&gt;</w:t>
        <w:br/>
        <w:t>Подробиць історичних,&lt;br /&gt;</w:t>
        <w:br/>
        <w:t>У справі цій не обійшлось&lt;br /&gt;</w:t>
        <w:br/>
        <w:t>Без помилок технічних.&lt;br /&gt;</w:t>
        <w:br/>
        <w:t>Найперше: нащо вжив творець&lt;br /&gt;</w:t>
        <w:br/>
        <w:t>Звичайну жовту глину,&lt;br /&gt;</w:t>
        <w:br/>
        <w:t>Коли він легко міг найти&lt;br /&gt;</w:t>
        <w:br/>
        <w:t>Багато каоліну;&lt;br /&gt;</w:t>
        <w:br/>
        <w:t>По-друге, глину з кізяком&lt;br /&gt;</w:t>
        <w:br/>
        <w:t>Який гончар замісить?&lt;br /&gt;</w:t>
        <w:br/>
        <w:t>Якби якийсь таке зробив,&lt;br /&gt;</w:t>
        <w:br/>
        <w:t>Його б могли повісить.&lt;br /&gt;</w:t>
        <w:br/>
        <w:t>Нарешті, необачно й те:&lt;br /&gt;</w:t>
        <w:br/>
        <w:t>Вдихати дух у форму,&lt;br /&gt;</w:t>
        <w:br/>
        <w:t>Не пропаливши на огні&lt;br /&gt;</w:t>
        <w:br/>
        <w:t>Її як треба, в норму.</w:t>
      </w:r>
    </w:p>
    <w:p>
      <w:r>
        <w:br/>
        <w:t>Адам розсохся вже, як ждав&lt;br /&gt;</w:t>
        <w:br/>
        <w:t>Фабричної ще марки,&lt;br /&gt;</w:t>
        <w:br/>
        <w:t>Тоді ж із його дух святий&lt;br /&gt;</w:t>
        <w:br/>
        <w:t>Геть вилетів крізь шпарки.&lt;br /&gt;</w:t>
        <w:br/>
        <w:t>Лишились глина та кізяк</w:t>
      </w:r>
    </w:p>
    <w:p>
      <w:r>
        <w:br/>
        <w:t>Основою людини,&lt;br /&gt;</w:t>
        <w:br/>
        <w:t>Тому-то люди по цей час&lt;br /&gt;</w:t>
        <w:br/>
        <w:t>Не ліпші від скотини,&lt;br /&gt;</w:t>
        <w:br/>
        <w:t>І через те душа людська,&lt;br /&gt;</w:t>
        <w:br/>
        <w:t>Від першої минути,&lt;br /&gt;</w:t>
        <w:br/>
        <w:t>Не божеством, а кізяком&lt;br /&gt;</w:t>
        <w:br/>
        <w:t>Довіку буде тхнути.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люде лихі?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