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Чоловічий танець (Аркан)</w:t>
      </w:r>
    </w:p>
    <w:p>
      <w:r>
        <w:br/>
        <w:t xml:space="preserve"> Ти мусиш танцювати аркан.&lt;br /&gt;</w:t>
        <w:br/>
        <w:t>Хоч раз.&lt;br /&gt;</w:t>
        <w:br/>
        <w:t>Хоч раз ти повинен відчути,&lt;br /&gt;</w:t>
        <w:br/>
        <w:t>як тяжко рветься на цій землі&lt;br /&gt;</w:t>
        <w:br/>
        <w:t>древнє чоловіче коло,&lt;br /&gt;</w:t>
        <w:br/>
        <w:t>як тяжко зчеплені чоловічі руки,&lt;br /&gt;</w:t>
        <w:br/>
        <w:t>як тяжко почати і зупинити&lt;br /&gt;</w:t>
        <w:br/>
        <w:t>цей танець.&lt;br /&gt;</w:t>
        <w:br/>
        <w:t>Хоч раз&lt;br /&gt;</w:t>
        <w:br/>
        <w:t>ти стань у це найтісніше коло,&lt;br /&gt;</w:t>
        <w:br/>
        <w:t>обхопивши руками плечі двох побратимів,&lt;br /&gt;</w:t>
        <w:br/>
        <w:t>мертво стиснувши долоні інших,&lt;br /&gt;</w:t>
        <w:br/>
        <w:t>і тоді в заповітному колі&lt;br /&gt;</w:t>
        <w:br/>
        <w:t>ти протанцюєш під безоднею неба&lt;br /&gt;</w:t>
        <w:br/>
        <w:t>із криком по-звіриному протяжним.&lt;br /&gt;</w:t>
        <w:br/>
        <w:t>Щоб не випасти із цього грішного світу,&lt;br /&gt;</w:t>
        <w:br/>
        <w:t>хоч раз&lt;br /&gt;</w:t>
        <w:br/>
        <w:t>змішай із ближніми&lt;br /&gt;</w:t>
        <w:br/>
        <w:t>піт і кров.</w:t>
      </w:r>
    </w:p>
    <w:p>
      <w:r>
        <w:br/>
        <w:t>Сину людський,&lt;br /&gt;</w:t>
        <w:br/>
        <w:t>ти стаєш у чоловіче коло,&lt;br /&gt;</w:t>
        <w:br/>
        <w:t>ти готовий до цього древнього танцю&lt;br /&gt;</w:t>
        <w:br/>
        <w:t>тільки тепер.&lt;br /&gt;</w:t>
        <w:br/>
        <w:t>З хрестом за плечима.&lt;br /&gt;</w:t>
        <w:br/>
        <w:t>З двома розбійниками.&lt;br /&gt;</w:t>
        <w:br/>
        <w:t>Тільки раз.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Чоловічий танець (Аркан)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