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Чоло моє побілене журбою…</w:t>
      </w:r>
    </w:p>
    <w:p>
      <w:r>
        <w:br/>
        <w:t xml:space="preserve"> Чоло моє побілене журбою,&lt;br /&gt;</w:t>
        <w:br/>
        <w:t>В очах безодня смути і утоми,&lt;br /&gt;</w:t>
        <w:br/>
        <w:t>Душа пожерта, спалена тоскою,&lt;br /&gt;</w:t>
        <w:br/>
        <w:t>А в серці сумерк, попіл, рінь і зломи.&lt;br /&gt;</w:t>
        <w:br/>
        <w:t>Відкіля йду? Куди? Яка химера&lt;br /&gt;</w:t>
        <w:br/>
        <w:t>Мене вергла в провалля сліз і муки?&lt;br /&gt;</w:t>
        <w:br/>
        <w:t>Знеможені падуть безрадно руки,&lt;br /&gt;</w:t>
        <w:br/>
        <w:t>А гордий дух — пострілена пантера.&lt;br /&gt;</w:t>
        <w:br/>
        <w:t>Дивлюсь до зір тривожно та розпучно,&lt;br /&gt;</w:t>
        <w:br/>
        <w:t>Як той моряк, що гине на безкраю,&lt;br /&gt;</w:t>
        <w:br/>
        <w:t>І сунусь в яр повільно та беззвучно&lt;br /&gt;</w:t>
        <w:br/>
        <w:t>Та вже нічо, нічого не бажаю.&lt;br /&gt;</w:t>
        <w:br/>
        <w:t>Обмерз мені весь світ, життя і люди,&lt;br /&gt;</w:t>
        <w:br/>
        <w:t>Гнітуть мене сафіри небосклону,&lt;br /&gt;</w:t>
        <w:br/>
        <w:t>І хочеться роздерти власні груди&lt;br /&gt;</w:t>
        <w:br/>
        <w:t>І відійти, як голосіння дзвону.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Чоло моє побілене журбою…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