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я прагну?.. Бурі, грому, див?...</w:t>
      </w:r>
    </w:p>
    <w:p>
      <w:r>
        <w:br/>
        <w:t xml:space="preserve"> Чого я прагну?.. Бурі, грому, див?..&lt;br /&gt;</w:t>
        <w:br/>
        <w:t>Торнадо?.. Безпощадного цунамі?..&lt;br /&gt;</w:t>
        <w:br/>
        <w:t>Моя любове, радість розбуди&lt;br /&gt;</w:t>
        <w:br/>
        <w:t>І запали веселку поміж нами.</w:t>
      </w:r>
    </w:p>
    <w:p>
      <w:r>
        <w:br/>
        <w:t>Бо що той шал без уст твоїх і рук,&lt;br /&gt;</w:t>
        <w:br/>
        <w:t>Без усмішки твоєї і без слова?&lt;br /&gt;</w:t>
        <w:br/>
        <w:t>Безпомічний, як у пустелі звук,&lt;br /&gt;</w:t>
        <w:br/>
        <w:t>Як показна на цвинтарі промова.</w:t>
      </w:r>
    </w:p>
    <w:p>
      <w:r>
        <w:br/>
        <w:t>Тому всміхнись, щоб зацвіла весна&lt;br /&gt;</w:t>
        <w:br/>
        <w:t>Ще раз на нашім урожайнім полі.&lt;br /&gt;</w:t>
        <w:br/>
        <w:t>Любов — це пташка. Тож нехай вона&lt;br /&gt;</w:t>
        <w:br/>
        <w:t>Не відлітає в ірій мимоволі.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я прагну?.. Бурі, грому, див?...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