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ти мене любиш...</w:t>
      </w:r>
    </w:p>
    <w:p>
      <w:r>
        <w:br/>
        <w:t xml:space="preserve"> чи ти мене любиш однаково коли розрізаю соковиті й пахучі дині й вони&lt;br /&gt;</w:t>
        <w:br/>
        <w:t>розбризкуються соком по столу і по стінах і декілька крапель навіть&lt;br /&gt;</w:t>
        <w:br/>
        <w:t>потрапляють на віконне скло або інакше коли я надкушую великі соковиті&lt;br /&gt;</w:t>
        <w:br/>
        <w:t>й солодкі яблука і коли ми їмо полуниці й ти спостерігаєш як відриваю&lt;br /&gt;</w:t>
        <w:br/>
        <w:t>від червоних ягід зелені хвостики і коли вибігши на вулицю&lt;br /&gt;</w:t>
        <w:br/>
        <w:t>потрапляю просто під колеса велосипеда як тоді у дитинстві&lt;br /&gt;</w:t>
        <w:br/>
        <w:t>й навіть коли тепер так само як і майже двадцять років тому&lt;br /&gt;</w:t>
        <w:br/>
        <w:t>на тілі не залишається ні синців ні подряпин а тільки правою рукою&lt;br /&gt;</w:t>
        <w:br/>
        <w:t>трохи нижче від ліктя тече полуничний сік а ти спочатку думаєш&lt;br /&gt;</w:t>
        <w:br/>
        <w:t>що то кров чи ти завжди однаково мене любиш</w:t>
      </w:r>
    </w:p>
    <w:p>
      <w:r>
        <w:br/>
        <w:t>і коли розливаєш на мене свій чай і тобі так незручно так неприємно і так&lt;br /&gt;</w:t>
        <w:br/>
        <w:t>страшно що під одягом шкіра йде пухирцями і коли ти говориш до мене&lt;br /&gt;</w:t>
        <w:br/>
        <w:t>і коли мовчиш і коли боїшся що я вмію читати твої думки від початку&lt;br /&gt;</w:t>
        <w:br/>
        <w:t>до кінця й від кінця до початку і коли мій подих пахне хлібом і сіллю&lt;br /&gt;</w:t>
        <w:br/>
        <w:t>чи ти мене любиш так само коли пучки пальців пахнуть найдешевшим&lt;br /&gt;</w:t>
        <w:br/>
        <w:t>тютюном і деревом люльки чи ти й тоді мене любиш однаково чи любиш&lt;br /&gt;</w:t>
        <w:br/>
        <w:t>коли я є і коли немає хоча скажи мені де я коли ти мене не бачиш якщо вже й ти&lt;br /&gt;</w:t>
        <w:br/>
        <w:t>перестаєш мене бачити тоді я не можу бути тоді я не можу нахилятися&lt;br /&gt;</w:t>
        <w:br/>
        <w:t>до гірки динь майже притулятися обличчям тоді я не можу вибирати&lt;br /&gt;</w:t>
        <w:br/>
        <w:t>найсолодшу тоді я не вмію розтинати її волосиною або просто поглядом&lt;br /&gt;</w:t>
        <w:br/>
        <w:t>на дві половинки тоді навіть сік просто стікає пальцями</w:t>
      </w:r>
    </w:p>
    <w:p>
      <w:r>
        <w:br/>
        <w:t>чи ти мене любив би якби я була долькою цитрини донькою президента&lt;br /&gt;</w:t>
        <w:br/>
        <w:t>дівчинкою-дюймовочкою продавцем овочів листям тропічних дерев&lt;br /&gt;</w:t>
        <w:br/>
        <w:t>зерням горіха рубрикою новин найгіршим баченим у житті рекламним роликом</w:t>
      </w:r>
    </w:p>
    <w:p>
      <w:r>
        <w:br/>
        <w:t>і коли мене не було би ніде чи в твоїй пам’яті стало би місця зберегти наші&lt;br /&gt;</w:t>
        <w:br/>
        <w:t>яскраві літні дні повні достиглих динь соковитих полуниць і листонош&lt;br /&gt;</w:t>
        <w:br/>
        <w:t>які так нам заздрили проїжджаючи нашою вулицею на своїх старих&lt;br /&gt;</w:t>
        <w:br/>
        <w:t>велосипедах розсікаючи калюжі колесами мов кораблі видзвонюючи своїми&lt;br /&gt;</w:t>
        <w:br/>
        <w:t>дзвінками ніби перегукуючись мовою якої ми з тобою не знали коли я їх&lt;br /&gt;</w:t>
        <w:br/>
        <w:t>пригадуватиму чи ти мене любиш однаково як і тоді коли я думаю про тебе</w:t>
      </w:r>
    </w:p>
    <w:p>
      <w:r>
        <w:br/>
        <w:t>назви мене дівчинкою що не має імені й голосу а тільки багато музики&lt;br /&gt;</w:t>
        <w:br/>
        <w:t>такої як найглибша туга й найбільша радість як світло якому треба так багато часу&lt;br /&gt;</w:t>
        <w:br/>
        <w:t>аби прилетіти від тебе до мене від тебе до тебе від мене до неба і коли ним&lt;br /&gt;</w:t>
        <w:br/>
        <w:t>бавитимуться ангели скажи чи ти мене любиш завжди однаково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ти мене любиш...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