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 білої троянди</w:t>
      </w:r>
    </w:p>
    <w:p>
      <w:r>
        <w:br/>
        <w:t xml:space="preserve"> І пощо, брате-сніже, насіяна біла трава?&lt;br /&gt;</w:t>
        <w:br/>
        <w:t>Звідкіля ти з’явився трасуючим світлом студеним?&lt;br /&gt;</w:t>
        <w:br/>
        <w:t>Біле – на білому. Тільки болить голова.&lt;br /&gt;</w:t>
        <w:br/>
        <w:t>Біле на білому. Плівка проявиться. Темінь…&lt;br /&gt;</w:t>
        <w:br/>
        <w:t>Фільму не буде. Згоріли брунатні сади.&lt;br /&gt;</w:t>
        <w:br/>
        <w:t>Чорна окалина замість огненного квіту.&lt;br /&gt;</w:t>
        <w:br/>
        <w:t>Гілка кленова темним суцвіттям біди&lt;br /&gt;</w:t>
        <w:br/>
        <w:t>Тихо нахилиться в руки мої понад літом.&lt;br /&gt;</w:t>
        <w:br/>
        <w:t>Вороже-сніже, де ти так довго блукав?&lt;br /&gt;</w:t>
        <w:br/>
        <w:t>Як окаянна душа виривалася з тіла?&lt;br /&gt;</w:t>
        <w:br/>
        <w:t>Біла трава виростає. Й раптово зника.&lt;br /&gt;</w:t>
        <w:br/>
        <w:t>Біла трава… Біле на білому. Біло.&lt;br /&gt;</w:t>
        <w:br/>
        <w:t>І за прозріння платять сповна дерева&lt;br /&gt;</w:t>
        <w:br/>
        <w:t>Звугленим листям і занімілим талантом.&lt;br /&gt;</w:t>
        <w:br/>
        <w:t>Душу засліпить. Перекладаю слова&lt;br /&gt;</w:t>
        <w:br/>
        <w:t>На непросту, і трагедійну константу,&lt;br /&gt;</w:t>
        <w:br/>
        <w:t>Ту, яку ти, ніби тверді для себе шукав,&lt;br /&gt;</w:t>
        <w:br/>
        <w:t>Мені ж поступився. Квіт облітає додолу.&lt;br /&gt;</w:t>
        <w:br/>
        <w:t>Світ облітає…Важка твоя біла рука&lt;br /&gt;</w:t>
        <w:br/>
        <w:t>Пахне зимою, самотністю. І – валідолом.&lt;br /&gt;</w:t>
        <w:br/>
        <w:t>Ти тут надовго. Білий довершений вальс –&lt;br /&gt;</w:t>
        <w:br/>
        <w:t>Й ці сиротливі і понівечені шати.&lt;br /&gt;</w:t>
        <w:br/>
        <w:t>Шурхають кроки. Не озирнуся. Бо час&lt;br /&gt;</w:t>
        <w:br/>
        <w:t>Білій троянді на сивих вітрах розквітати.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 білої троянди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