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Чарівний перстень</w:t>
      </w:r>
    </w:p>
    <w:p>
      <w:r>
        <w:br/>
        <w:t xml:space="preserve"> Над гірською рікою,&lt;br /&gt;</w:t>
        <w:br/>
        <w:t>на краю верховини,&lt;br /&gt;</w:t>
        <w:br/>
        <w:t>видно дикі й похмурі&lt;br /&gt;</w:t>
        <w:br/>
        <w:t>стародавні руїни.</w:t>
      </w:r>
    </w:p>
    <w:p>
      <w:r>
        <w:br/>
        <w:t>Грізні стіни камінні,&lt;br /&gt;</w:t>
        <w:br/>
        <w:t>чорні вікна-бійниці...&lt;br /&gt;</w:t>
        <w:br/>
        <w:t>Хто ж про ваші прадавні&lt;br /&gt;</w:t>
        <w:br/>
        <w:t>розповість таємниці?</w:t>
      </w:r>
    </w:p>
    <w:p>
      <w:r>
        <w:br/>
        <w:t>Озирнулися діти —&lt;br /&gt;</w:t>
        <w:br/>
        <w:t>бачать діда старого,&lt;br /&gt;</w:t>
        <w:br/>
        <w:t>що із кошиком ягід&lt;br /&gt;</w:t>
        <w:br/>
        <w:t>вийшов з лісу густого.</w:t>
      </w:r>
    </w:p>
    <w:p>
      <w:r>
        <w:br/>
        <w:t>"Діду, діду! — гукнули.—&lt;br /&gt;</w:t>
        <w:br/>
        <w:t>Йдіть сюди на хвилину!&lt;br /&gt;</w:t>
        <w:br/>
        <w:t>Розкажіть нам, дідусю,&lt;br /&gt;</w:t>
        <w:br/>
        <w:t>про ту чорну руїну!.."</w:t>
      </w:r>
    </w:p>
    <w:p>
      <w:r>
        <w:br/>
        <w:t>Дід на камінь сідає,&lt;br /&gt;</w:t>
        <w:br/>
        <w:t>обіпершись рукою...&lt;br /&gt;</w:t>
        <w:br/>
        <w:t>"Я охоче спочину&lt;br /&gt;</w:t>
        <w:br/>
        <w:t>з вами тут, над рікою...</w:t>
      </w:r>
    </w:p>
    <w:p>
      <w:r>
        <w:br/>
        <w:t>Про бувальщину давню&lt;br /&gt;</w:t>
        <w:br/>
        <w:t>розкажу я вам, діти,—&lt;br /&gt;</w:t>
        <w:br/>
        <w:t>тільки — цур! — доведеться&lt;br /&gt;</w:t>
        <w:br/>
        <w:t>вам довгенько сидіти...</w:t>
      </w:r>
    </w:p>
    <w:p>
      <w:r>
        <w:br/>
        <w:t>Розповім так, як чув я</w:t>
      </w:r>
    </w:p>
    <w:p>
      <w:r>
        <w:br/>
        <w:t>хлопчаком-малолітком</w:t>
      </w:r>
    </w:p>
    <w:p>
      <w:r>
        <w:br/>
        <w:t>від дідуся свойого,</w:t>
      </w:r>
    </w:p>
    <w:p>
      <w:r>
        <w:br/>
        <w:t>що подій тих був свідком".</w:t>
      </w:r>
    </w:p>
    <w:p>
      <w:r>
        <w:br/>
        <w:t>* * *</w:t>
      </w:r>
    </w:p>
    <w:p>
      <w:r>
        <w:br/>
        <w:t>У Карпатах зелених,&lt;br /&gt;</w:t>
        <w:br/>
        <w:t>на високій ялині,&lt;br /&gt;</w:t>
        <w:br/>
        <w:t>воркувала голубка&lt;br /&gt;</w:t>
        <w:br/>
        <w:t>у німій самотині.</w:t>
      </w:r>
    </w:p>
    <w:p>
      <w:r>
        <w:br/>
        <w:t>Мирно чистила дзьобом&lt;br /&gt;</w:t>
        <w:br/>
        <w:t>сизе пір'ячко крилець...&lt;br /&gt;</w:t>
        <w:br/>
        <w:t>Коли гляне — за нею&lt;br /&gt;</w:t>
        <w:br/>
        <w:t>знизу стежить мисливець.</w:t>
      </w:r>
    </w:p>
    <w:p>
      <w:r>
        <w:br/>
        <w:t>То вродливий легіник&lt;br /&gt;</w:t>
        <w:br/>
        <w:t>у кептарику ходить,&lt;br /&gt;</w:t>
        <w:br/>
        <w:t>на голубку біленьку&lt;br /&gt;</w:t>
        <w:br/>
        <w:t>кріс-рушницю наводить.</w:t>
      </w:r>
    </w:p>
    <w:p>
      <w:r>
        <w:br/>
        <w:t>Прямо в серце пташине,&lt;br /&gt;</w:t>
        <w:br/>
        <w:t>підкрадаючись, цілить,—&lt;br /&gt;</w:t>
        <w:br/>
        <w:t>хоче пташку-голубку&lt;br /&gt;</w:t>
        <w:br/>
        <w:t>на обід собі встрілить.</w:t>
      </w:r>
    </w:p>
    <w:p>
      <w:r>
        <w:br/>
        <w:t>"Ой ти, Довбуше славний,—&lt;br /&gt;</w:t>
        <w:br/>
        <w:t>через віття зелене&lt;br /&gt;</w:t>
        <w:br/>
        <w:t>каже пташка по-людськи,—&lt;br /&gt;</w:t>
        <w:br/>
        <w:t>не ціляйся у мене!</w:t>
      </w:r>
    </w:p>
    <w:p>
      <w:r>
        <w:br/>
        <w:t>Опусти свого кріса,&lt;br /&gt;</w:t>
        <w:br/>
        <w:t>не нанось мені рану,&lt;br /&gt;</w:t>
        <w:br/>
        <w:t>а за це я для тебе&lt;br /&gt;</w:t>
        <w:br/>
        <w:t>у пригодоньці стану!"</w:t>
      </w:r>
    </w:p>
    <w:p>
      <w:r>
        <w:br/>
        <w:t>Здивувався мисливець,&lt;br /&gt;</w:t>
        <w:br/>
        <w:t>опускає рушницю...&lt;br /&gt;</w:t>
        <w:br/>
        <w:t>Що за чудо?.. Він зроду&lt;br /&gt;</w:t>
        <w:br/>
        <w:t>не стрічав таку птицю!</w:t>
      </w:r>
    </w:p>
    <w:p>
      <w:r>
        <w:br/>
        <w:t>І по-людськи говорить,&lt;br /&gt;</w:t>
        <w:br/>
        <w:t>і, як звать його, знає!.,&lt;br /&gt;</w:t>
        <w:br/>
        <w:t>ї здивований Довбуш&lt;br /&gt;</w:t>
        <w:br/>
        <w:t>руки вниз опускає.</w:t>
      </w:r>
    </w:p>
    <w:p>
      <w:r>
        <w:br/>
        <w:t>"Ой ти, пташко предивна,&lt;br /&gt;</w:t>
        <w:br/>
        <w:t>не завдам тобі болю,—&lt;br /&gt;</w:t>
        <w:br/>
        <w:t>на всі сторони світу&lt;br /&gt;</w:t>
        <w:br/>
        <w:t>відпускаю на волю!"</w:t>
      </w:r>
    </w:p>
    <w:p>
      <w:r>
        <w:br/>
        <w:t>Пташка спурхнула з гілки&lt;br /&gt;</w:t>
        <w:br/>
        <w:t>та й полинула в гори —&lt;br /&gt;</w:t>
        <w:br/>
        <w:t>на ліси на зелені,&lt;br /&gt;</w:t>
        <w:br/>
        <w:t>на широкі простори.</w:t>
      </w:r>
    </w:p>
    <w:p>
      <w:r>
        <w:br/>
        <w:t>Чом же ти зажурився,&lt;br /&gt;</w:t>
        <w:br/>
        <w:t>наш мисливцю-юначе?&lt;br /&gt;</w:t>
        <w:br/>
        <w:t>— Ет, і знову лишився&lt;br /&gt;</w:t>
        <w:br/>
        <w:t>без обіду, одначе!..</w:t>
      </w:r>
    </w:p>
    <w:p>
      <w:r>
        <w:br/>
        <w:t>І пішов собі Довбуш&lt;br /&gt;</w:t>
        <w:br/>
        <w:t>по стежині звіриній...&lt;br /&gt;</w:t>
        <w:br/>
        <w:t>Оточив з усіх боків&lt;br /&gt;</w:t>
        <w:br/>
        <w:t>його ліс темно-синій.</w:t>
      </w:r>
    </w:p>
    <w:p>
      <w:r>
        <w:br/>
        <w:t>А над лісом нависли&lt;br /&gt;</w:t>
        <w:br/>
        <w:t>чорні скелі, мов тучі,—&lt;br /&gt;</w:t>
        <w:br/>
        <w:t>з них із ревом спадають&lt;br /&gt;</w:t>
        <w:br/>
        <w:t>водопади кипучі.</w:t>
      </w:r>
    </w:p>
    <w:p>
      <w:r>
        <w:br/>
        <w:t>На широкій поляні,&lt;br /&gt;</w:t>
        <w:br/>
        <w:t>під горою крутою,&lt;br /&gt;</w:t>
        <w:br/>
        <w:t>Довбуш раптом побачив&lt;br /&gt;</w:t>
        <w:br/>
        <w:t>дідуся з бородою.</w:t>
      </w:r>
    </w:p>
    <w:p>
      <w:r>
        <w:br/>
        <w:t>На траві на зеленій&lt;br /&gt;</w:t>
        <w:br/>
        <w:t>перед ним — скатертина,&lt;br /&gt;</w:t>
        <w:br/>
        <w:t>а на ній — добра їжа,&lt;br /&gt;</w:t>
        <w:br/>
        <w:t>в кухлях — пиво і вина.</w:t>
      </w:r>
    </w:p>
    <w:p>
      <w:r>
        <w:br/>
        <w:t>"Будь здоровий, юначе! —&lt;br /&gt;</w:t>
        <w:br/>
        <w:t>той дідусь привітався.—&lt;br /&gt;</w:t>
        <w:br/>
        <w:t>Ти, мабуть, у мандрівці&lt;br /&gt;</w:t>
        <w:br/>
        <w:t>добре проголодався?</w:t>
      </w:r>
    </w:p>
    <w:p>
      <w:r>
        <w:br/>
        <w:t>То сідай, будь ласкавий,—&lt;br /&gt;</w:t>
        <w:br/>
        <w:t>є що їсти і пити!.."&lt;br /&gt;</w:t>
        <w:br/>
        <w:t>Довбуш глянув — і вдруге&lt;br /&gt;</w:t>
        <w:br/>
        <w:t>не примусив просити.</w:t>
      </w:r>
    </w:p>
    <w:p>
      <w:r>
        <w:br/>
        <w:t>Знявши кріса й кресаню,&lt;br /&gt;</w:t>
        <w:br/>
        <w:t>миттю сів до обіду.&lt;br /&gt;</w:t>
        <w:br/>
        <w:t>"Чом же ви біля мене&lt;br /&gt;</w:t>
        <w:br/>
        <w:t>не сідаєте, діду?"</w:t>
      </w:r>
    </w:p>
    <w:p>
      <w:r>
        <w:br/>
        <w:t>"їж собі на здоров'я&lt;br /&gt;</w:t>
        <w:br/>
        <w:t>все, що є, без останку,—&lt;br /&gt;</w:t>
        <w:br/>
        <w:t>потім візьмеш в дарунок&lt;br /&gt;</w:t>
        <w:br/>
        <w:t>скатерть цю, самобранку.</w:t>
      </w:r>
    </w:p>
    <w:p>
      <w:r>
        <w:br/>
        <w:t>Та ще перстень коштовний&lt;br /&gt;</w:t>
        <w:br/>
        <w:t>дай на палець надіну,—&lt;br /&gt;</w:t>
        <w:br/>
        <w:t>це за білу голубку,&lt;br /&gt;</w:t>
        <w:br/>
        <w:t>що не вбив її, сину!.."</w:t>
      </w:r>
    </w:p>
    <w:p>
      <w:r>
        <w:br/>
        <w:t>І дідусь із кишені&lt;br /&gt;</w:t>
        <w:br/>
        <w:t>срібний перстень виймає&lt;br /&gt;</w:t>
        <w:br/>
        <w:t>і на Довбушів палець&lt;br /&gt;</w:t>
        <w:br/>
        <w:t>його сам надіває.</w:t>
      </w:r>
    </w:p>
    <w:p>
      <w:r>
        <w:br/>
        <w:t>"Незвичайний це перстень!&lt;br /&gt;</w:t>
        <w:br/>
        <w:t>Чарівний він, мій сину!&lt;br /&gt;</w:t>
        <w:br/>
        <w:t>Той, хто ним володіє,&lt;br /&gt;</w:t>
        <w:br/>
        <w:t>має мужність левину.</w:t>
      </w:r>
    </w:p>
    <w:p>
      <w:r>
        <w:br/>
        <w:t>А крім того, цей перстень&lt;br /&gt;</w:t>
        <w:br/>
        <w:t>другу силу ще має:&lt;br /&gt;</w:t>
        <w:br/>
        <w:t>ворогів потаємних&lt;br /&gt;</w:t>
        <w:br/>
        <w:t>він твоїх розпізнає.</w:t>
      </w:r>
    </w:p>
    <w:p>
      <w:r>
        <w:br/>
        <w:t>Лиш дай руку із перснем —&lt;br /&gt;</w:t>
        <w:br/>
        <w:t>хай людина потисне,&lt;br /&gt;</w:t>
        <w:br/>
        <w:t>і, якщо вона — ворог,&lt;br /&gt;</w:t>
        <w:br/>
        <w:t>перстень променем блисне.</w:t>
      </w:r>
    </w:p>
    <w:p>
      <w:r>
        <w:br/>
        <w:t>Найчудесніша ж третя&lt;br /&gt;</w:t>
        <w:br/>
        <w:t>в ньому сила таїться,—&lt;br /&gt;</w:t>
        <w:br/>
        <w:t>як вогню, цього персня&lt;br /&gt;</w:t>
        <w:br/>
        <w:t>смерть кощава боїться.</w:t>
      </w:r>
    </w:p>
    <w:p>
      <w:r>
        <w:br/>
        <w:t>Він одводить хворобу,&lt;br /&gt;</w:t>
        <w:br/>
        <w:t>у бою захищає...&lt;br /&gt;</w:t>
        <w:br/>
        <w:t>Коли ж смерть одоліє,—&lt;br /&gt;</w:t>
        <w:br/>
        <w:t>до життя повертає".</w:t>
      </w:r>
    </w:p>
    <w:p>
      <w:r>
        <w:br/>
        <w:t>"От спасибі, дідусю,—&lt;br /&gt;</w:t>
        <w:br/>
        <w:t>мовив Довбуш тихенько.—&lt;br /&gt;</w:t>
        <w:br/>
        <w:t>Ти скажи, що за пташка —&lt;br /&gt;</w:t>
        <w:br/>
        <w:t>та голубка біленька?"</w:t>
      </w:r>
    </w:p>
    <w:p>
      <w:r>
        <w:br/>
        <w:t>Дід постояв, подумав&lt;br /&gt;</w:t>
        <w:br/>
        <w:t>та й заграв на сопілку.&lt;br /&gt;</w:t>
        <w:br/>
        <w:t>Аж тут біла голубка&lt;br /&gt;</w:t>
        <w:br/>
        <w:t>опустилась на гілку.</w:t>
      </w:r>
    </w:p>
    <w:p>
      <w:r>
        <w:br/>
        <w:t>Довбуш глянув — ой леле!&lt;br /&gt;</w:t>
        <w:br/>
        <w:t>не голубка то біла,&lt;br /&gt;</w:t>
        <w:br/>
        <w:t>а з зеленого лісу&lt;br /&gt;</w:t>
        <w:br/>
        <w:t>вийшла дівчина мила.</w:t>
      </w:r>
    </w:p>
    <w:p>
      <w:r>
        <w:br/>
        <w:t>"Хто ти, дівчино, й звідки?&lt;br /&gt;</w:t>
        <w:br/>
        <w:t>"Я — Марічка з Підгір'я...&lt;br /&gt;</w:t>
        <w:br/>
        <w:t>Будеш в нашому краї —&lt;br /&gt;</w:t>
        <w:br/>
        <w:t>завітай на подвір'я!</w:t>
      </w:r>
    </w:p>
    <w:p>
      <w:r>
        <w:br/>
        <w:t>Не дивуйся, що знаю,&lt;br /&gt;</w:t>
        <w:br/>
        <w:t>хто ти, звідки, як звати,—&lt;br /&gt;</w:t>
        <w:br/>
        <w:t>цілу весну про тебе&lt;br /&gt;</w:t>
        <w:br/>
        <w:t>гомоніли Карпати.</w:t>
      </w:r>
    </w:p>
    <w:p>
      <w:r>
        <w:br/>
        <w:t>Цілу весну палаци&lt;br /&gt;</w:t>
        <w:br/>
        <w:t>панські в селах горіли,&lt;br /&gt;</w:t>
        <w:br/>
        <w:t>а пани-кровопивці&lt;br /&gt;</w:t>
        <w:br/>
        <w:t>від страху присмирніли.</w:t>
      </w:r>
    </w:p>
    <w:p>
      <w:r>
        <w:br/>
        <w:t>Гарна слава опришків&lt;br /&gt;</w:t>
        <w:br/>
        <w:t>продзвеніла по краю,—&lt;br /&gt;</w:t>
        <w:br/>
        <w:t>ось я звідки про тебе,&lt;br /&gt;</w:t>
        <w:br/>
        <w:t>славний Довбуше, знаю!</w:t>
      </w:r>
    </w:p>
    <w:p>
      <w:r>
        <w:br/>
        <w:t>Ось чому я дідуся&lt;br /&gt;</w:t>
        <w:br/>
        <w:t>попросила свойого,&lt;br /&gt;</w:t>
        <w:br/>
        <w:t>щоб тобі він на щастя&lt;br /&gt;</w:t>
        <w:br/>
        <w:t>персня дав чарівного".</w:t>
      </w:r>
    </w:p>
    <w:p>
      <w:r>
        <w:br/>
        <w:t>І замовкла Марічка,—&lt;br /&gt;</w:t>
        <w:br/>
        <w:t>тільки очі сіяли&lt;br /&gt;</w:t>
        <w:br/>
        <w:t>та на пальцях дівочих&lt;br /&gt;</w:t>
        <w:br/>
        <w:t>срібні персні блищали...</w:t>
      </w:r>
    </w:p>
    <w:p>
      <w:r>
        <w:br/>
        <w:t>* * *</w:t>
      </w:r>
    </w:p>
    <w:p>
      <w:r>
        <w:br/>
        <w:t>Леґінь став — задивився&lt;br /&gt;</w:t>
        <w:br/>
        <w:t>і не бачив, що збоку&lt;br /&gt;</w:t>
        <w:br/>
        <w:t>суне лютий пан Бучек&lt;br /&gt;</w:t>
        <w:br/>
        <w:t>на поляну широку.</w:t>
      </w:r>
    </w:p>
    <w:p>
      <w:r>
        <w:br/>
        <w:t>Гайдуків пан гукає:&lt;br /&gt;</w:t>
        <w:br/>
        <w:t>"Гей, пахолки, біжіте —&lt;br /&gt;</w:t>
        <w:br/>
        <w:t>хлопа того піймайте&lt;br /&gt;</w:t>
        <w:br/>
        <w:t>та на кіл посадіте!</w:t>
      </w:r>
    </w:p>
    <w:p>
      <w:r>
        <w:br/>
        <w:t>То кріпак мій, що взимку&lt;br /&gt;</w:t>
        <w:br/>
        <w:t>втік у ліс для розбою,&lt;br /&gt;</w:t>
        <w:br/>
        <w:t>там, опришків зібравши,&lt;br /&gt;</w:t>
        <w:br/>
        <w:t>все полює за мною.</w:t>
      </w:r>
    </w:p>
    <w:p>
      <w:r>
        <w:br/>
        <w:t>Гей, ти, хлопе ледачий,&lt;br /&gt;</w:t>
        <w:br/>
        <w:t>що утік з мого двору,&lt;br /&gt;</w:t>
        <w:br/>
        <w:t>аж тепер ти попався!..&lt;br /&gt;</w:t>
        <w:br/>
        <w:t>Ну ж, задам тобі хльору!"</w:t>
      </w:r>
    </w:p>
    <w:p>
      <w:r>
        <w:br/>
        <w:t>Мов хорти довгоногі,&lt;br /&gt;</w:t>
        <w:br/>
        <w:t>гайдуки припустили —&lt;br /&gt;</w:t>
        <w:br/>
        <w:t>оточили опришка&lt;br /&gt;</w:t>
        <w:br/>
        <w:t>і за руки схопили.</w:t>
      </w:r>
    </w:p>
    <w:p>
      <w:r>
        <w:br/>
        <w:t>Звеселився пан Бучек —&lt;br /&gt;</w:t>
        <w:br/>
        <w:t>замалим не співає.&lt;br /&gt;</w:t>
        <w:br/>
        <w:t>Підійшов — і щосили&lt;br /&gt;</w:t>
        <w:br/>
        <w:t>замахнувся нагаєм.</w:t>
      </w:r>
    </w:p>
    <w:p>
      <w:r>
        <w:br/>
        <w:t>Але що це?.. То Довбуш&lt;br /&gt;</w:t>
        <w:br/>
        <w:t>так розвів дужі руки,&lt;br /&gt;</w:t>
        <w:br/>
        <w:t>що пахолки на землю&lt;br /&gt;</w:t>
        <w:br/>
        <w:t>полетіли, мов круки.</w:t>
      </w:r>
    </w:p>
    <w:p>
      <w:r>
        <w:br/>
        <w:t>Із-за пояса миттю&lt;br /&gt;</w:t>
        <w:br/>
        <w:t>топірець він виймає&lt;br /&gt;</w:t>
        <w:br/>
        <w:t>і на пана свойого,&lt;br /&gt;</w:t>
        <w:br/>
        <w:t>мов орел, нападає.</w:t>
      </w:r>
    </w:p>
    <w:p>
      <w:r>
        <w:br/>
        <w:t>Відсахнувся пан Бучек,&lt;br /&gt;</w:t>
        <w:br/>
        <w:t>смерті жде, побілілий...&lt;br /&gt;</w:t>
        <w:br/>
        <w:t>Та на Довбуша знову&lt;br /&gt;</w:t>
        <w:br/>
        <w:t>гайдуки напосіли.</w:t>
      </w:r>
    </w:p>
    <w:p>
      <w:r>
        <w:br/>
        <w:t>Знавіснівши, із криком&lt;br /&gt;</w:t>
        <w:br/>
        <w:t>пруть на нього стіною...&lt;br /&gt;</w:t>
        <w:br/>
        <w:t>Вже шаблі їхні хижі&lt;br /&gt;</w:t>
        <w:br/>
        <w:t>в'ються над головою.</w:t>
      </w:r>
    </w:p>
    <w:p>
      <w:r>
        <w:br/>
        <w:t>Ледве стримує клятих,&lt;br /&gt;</w:t>
        <w:br/>
        <w:t>відступає на кручу,&lt;br /&gt;</w:t>
        <w:br/>
        <w:t>щоб достойно там стріти&lt;br /&gt;</w:t>
        <w:br/>
        <w:t>люту смерть неминучу.</w:t>
      </w:r>
    </w:p>
    <w:p>
      <w:r>
        <w:br/>
        <w:t>"Гей, що буде, те й буде! —&lt;br /&gt;</w:t>
        <w:br/>
        <w:t>крикнув леґінь щосили.—&lt;br /&gt;</w:t>
        <w:br/>
        <w:t>Та не дамся живим я,&lt;br /&gt;</w:t>
        <w:br/>
        <w:t>щоб на кіл посадили!</w:t>
      </w:r>
    </w:p>
    <w:p>
      <w:r>
        <w:br/>
        <w:t>Ось тримай, пане БучекІ!"&lt;br /&gt;</w:t>
        <w:br/>
        <w:t>І пожбурив у пана&lt;br /&gt;</w:t>
        <w:br/>
        <w:t>топірцем... В того з лоба&lt;br /&gt;</w:t>
        <w:br/>
        <w:t>кров линулась багряна.</w:t>
      </w:r>
    </w:p>
    <w:p>
      <w:r>
        <w:br/>
        <w:t>А сам кинувся з кручі&lt;br /&gt;</w:t>
        <w:br/>
        <w:t>прямо вниз головою...&lt;br /&gt;</w:t>
        <w:br/>
        <w:t>Гайдуки зупинились&lt;br /&gt;</w:t>
        <w:br/>
        <w:t>над проваллям юрбою.</w:t>
      </w:r>
    </w:p>
    <w:p>
      <w:r>
        <w:br/>
        <w:t>"Пропадай, волоцюго!" —&lt;br /&gt;</w:t>
        <w:br/>
        <w:t>крикнув люто пан Бучек&lt;br /&gt;</w:t>
        <w:br/>
        <w:t>і, на дерево спершись,&lt;br /&gt;</w:t>
        <w:br/>
        <w:t>плюнув кров'ю із кручі.</w:t>
      </w:r>
    </w:p>
    <w:p>
      <w:r>
        <w:br/>
        <w:t>Підхопили пахолки&lt;br /&gt;</w:t>
        <w:br/>
        <w:t>свого пана під руки,&lt;br /&gt;</w:t>
        <w:br/>
        <w:t>заховали у піхви&lt;br /&gt;</w:t>
        <w:br/>
        <w:t>гостролезі шаблюки.</w:t>
      </w:r>
    </w:p>
    <w:p>
      <w:r>
        <w:br/>
        <w:t>"Зачекайте,— пан каже,-&lt;br /&gt;</w:t>
        <w:br/>
        <w:t>тут стояла красуня!.."&lt;br /&gt;</w:t>
        <w:br/>
        <w:t>Гайдуки озирнулись —&lt;br /&gt;</w:t>
        <w:br/>
        <w:t>аж то дід та бабуня.</w:t>
      </w:r>
    </w:p>
    <w:p>
      <w:r>
        <w:br/>
        <w:t>Загримів на них старший&lt;br /&gt;</w:t>
        <w:br/>
        <w:t>лихослов і гульвіса:&lt;br /&gt;</w:t>
        <w:br/>
        <w:t>"Розвелося вас, клятих!&lt;br /&gt;</w:t>
        <w:br/>
        <w:t>Гетьте, хлопи, до біса!"</w:t>
      </w:r>
    </w:p>
    <w:p>
      <w:r>
        <w:br/>
        <w:t>Почовпли баба з дідом,&lt;br /&gt;</w:t>
        <w:br/>
        <w:t>Щось буркочучи глухо.&lt;br /&gt;</w:t>
        <w:br/>
        <w:t>А той старший схилився&lt;br /&gt;</w:t>
        <w:br/>
        <w:t>шепче пану на вухо:</w:t>
      </w:r>
    </w:p>
    <w:p>
      <w:r>
        <w:br/>
        <w:t>"Не журіться, мосьпане,&lt;br /&gt;</w:t>
        <w:br/>
        <w:t>не впадайте в зневір'я:&lt;br /&gt;</w:t>
        <w:br/>
        <w:t>я ту дівчину знаю —&lt;br /&gt;</w:t>
        <w:br/>
        <w:t>то Марічка з Підгір'я!"</w:t>
      </w:r>
    </w:p>
    <w:p>
      <w:r>
        <w:br/>
        <w:t>Гайдуки тут уздріли —&lt;br /&gt;</w:t>
        <w:br/>
        <w:t>на траві скатертина,&lt;br /&gt;</w:t>
        <w:br/>
        <w:t>а на ній — різна їжа,&lt;br /&gt;</w:t>
        <w:br/>
        <w:t>в кухлях — пиво і вина...</w:t>
      </w:r>
    </w:p>
    <w:p>
      <w:r>
        <w:br/>
        <w:t>І рвонулись, мов псини,&lt;br /&gt;</w:t>
        <w:br/>
        <w:t>до вина та до пива...&lt;br /&gt;</w:t>
        <w:br/>
        <w:t>від нежданого дива.&lt;br /&gt;</w:t>
        <w:br/>
        <w:t>Але враз похлинулись</w:t>
      </w:r>
    </w:p>
    <w:p>
      <w:r>
        <w:br/>
        <w:t>Прилетіла голубка,&lt;br /&gt;</w:t>
        <w:br/>
        <w:t>опустилась хутенько,&lt;br /&gt;</w:t>
        <w:br/>
        <w:t>ухопила ту скатерть&lt;br /&gt;</w:t>
        <w:br/>
        <w:t>в свої лапки міцненько.</w:t>
      </w:r>
    </w:p>
    <w:p>
      <w:r>
        <w:br/>
        <w:t>Та й полинула з нею&lt;br /&gt;</w:t>
        <w:br/>
        <w:t>в дикі хащі та пущі...&lt;br /&gt;</w:t>
        <w:br/>
        <w:t>Оніміли пахолки,&lt;br /&gt;</w:t>
        <w:br/>
        <w:t>перелякані, злющі...</w:t>
      </w:r>
    </w:p>
    <w:p>
      <w:r>
        <w:br/>
        <w:t>Оповідач замисливсь&lt;br /&gt;</w:t>
        <w:br/>
        <w:t>і замовк на цім слові.&lt;br /&gt;</w:t>
        <w:br/>
        <w:t>Стрепенулись навколо&lt;br /&gt;</w:t>
        <w:br/>
        <w:t>дітки русоголові.</w:t>
      </w:r>
    </w:p>
    <w:p>
      <w:r>
        <w:br/>
        <w:t>"Ну ж, дідусю, а далі?&lt;br /&gt;</w:t>
        <w:br/>
        <w:t>Що ж із Довбушем сталось?"&lt;br /&gt;</w:t>
        <w:br/>
        <w:t>"Розповім, голуб'ята,&lt;br /&gt;</w:t>
        <w:br/>
        <w:t>щоб вам солодко спалось.</w:t>
      </w:r>
    </w:p>
    <w:p>
      <w:r>
        <w:br/>
        <w:t>Тільки ж майте терпіння,&lt;br /&gt;</w:t>
        <w:br/>
        <w:t>дайте люльку набити,&lt;br /&gt;</w:t>
        <w:br/>
        <w:t>бо не скоро цю казку&lt;br /&gt;</w:t>
        <w:br/>
        <w:t>доведеться скінчити..."</w:t>
      </w:r>
    </w:p>
    <w:p>
      <w:r>
        <w:br/>
        <w:t>* * *</w:t>
      </w:r>
    </w:p>
    <w:p>
      <w:r>
        <w:br/>
        <w:t>Довбуш кинувся в прірву&lt;br /&gt;</w:t>
        <w:br/>
        <w:t>із обриву крутого,—&lt;br /&gt;</w:t>
        <w:br/>
        <w:t>від швидкого падіння&lt;br /&gt;</w:t>
        <w:br/>
        <w:t>дух забило у нього.</w:t>
      </w:r>
    </w:p>
    <w:p>
      <w:r>
        <w:br/>
        <w:t>Але смерті страшної</w:t>
      </w:r>
    </w:p>
    <w:p>
      <w:r>
        <w:br/>
        <w:t>зовсім він не боявся,</w:t>
      </w:r>
    </w:p>
    <w:p>
      <w:r>
        <w:br/>
        <w:t>лиш, загибель відчувши,&lt;br /&gt;</w:t>
        <w:br/>
        <w:t>з білим світом прощався.</w:t>
      </w:r>
    </w:p>
    <w:p>
      <w:r>
        <w:br/>
        <w:t>"Прощавайте, Карпати&lt;br /&gt;</w:t>
        <w:br/>
        <w:t>із лісами густими!.."&lt;br /&gt;</w:t>
        <w:br/>
        <w:t>Раптом перстень на пальці&lt;br /&gt;</w:t>
        <w:br/>
        <w:t>блиснув перед очима.</w:t>
      </w:r>
    </w:p>
    <w:p>
      <w:r>
        <w:br/>
        <w:t>"Ех ти, персню коштовний,&lt;br /&gt;</w:t>
        <w:br/>
        <w:t>що дав дід в нагороду..."&lt;br /&gt;</w:t>
        <w:br/>
        <w:t>Та не встиг і подумать,&lt;br /&gt;</w:t>
        <w:br/>
        <w:t>як шубовснув у воду.</w:t>
      </w:r>
    </w:p>
    <w:p>
      <w:r>
        <w:br/>
        <w:t>Треба знати вам, діти,&lt;br /&gt;</w:t>
        <w:br/>
        <w:t>що під скелею тою&lt;br /&gt;</w:t>
        <w:br/>
        <w:t>було озеро гарне&lt;br /&gt;</w:t>
        <w:br/>
        <w:t>з голубою водою.</w:t>
      </w:r>
    </w:p>
    <w:p>
      <w:r>
        <w:br/>
        <w:t>Довбуш виринув хутко,&lt;br /&gt;</w:t>
        <w:br/>
        <w:t>виліз, мокрий, на скелю,—&lt;br /&gt;</w:t>
        <w:br/>
        <w:t>намостив у печері&lt;br /&gt;</w:t>
        <w:br/>
        <w:t>собі з хвої постелю.</w:t>
      </w:r>
    </w:p>
    <w:p>
      <w:r>
        <w:br/>
        <w:t>Ледве встиг просушити&lt;br /&gt;</w:t>
        <w:br/>
        <w:t>мокрий одяг на сонці,&lt;br /&gt;</w:t>
        <w:br/>
        <w:t>як приходять до нього&lt;br /&gt;</w:t>
        <w:br/>
        <w:t>три якісь незнайомці.</w:t>
      </w:r>
    </w:p>
    <w:p>
      <w:r>
        <w:br/>
        <w:t>"Хто ви, люди, і звідки?"&lt;br /&gt;</w:t>
        <w:br/>
        <w:t>"Втікачі ми з Поділля,—&lt;br /&gt;</w:t>
        <w:br/>
        <w:t>нам несила терпіти&lt;br /&gt;</w:t>
        <w:br/>
        <w:t>люте панське свавілля.</w:t>
      </w:r>
    </w:p>
    <w:p>
      <w:r>
        <w:br/>
        <w:t>Десь у горах, ми чули,&lt;br /&gt;</w:t>
        <w:br/>
        <w:t>Довбуш хлопців збирає&lt;br /&gt;</w:t>
        <w:br/>
        <w:t>і, мов сокіл, із ними&lt;br /&gt;</w:t>
        <w:br/>
        <w:t>на панів нападає.</w:t>
      </w:r>
    </w:p>
    <w:p>
      <w:r>
        <w:br/>
        <w:t>Ми й простуєм до нього,&lt;br /&gt;</w:t>
        <w:br/>
        <w:t>хоч не бачили в вічі...&lt;br /&gt;</w:t>
        <w:br/>
        <w:t>Може, знаєш ти, де він,&lt;br /&gt;</w:t>
        <w:br/>
        <w:t>то скажи, чоловіче!"</w:t>
      </w:r>
    </w:p>
    <w:p>
      <w:r>
        <w:br/>
        <w:t>"Добре, друзі, сідайте,—&lt;br /&gt;</w:t>
        <w:br/>
        <w:t>знаю Довбуша, знаю:&lt;br /&gt;</w:t>
        <w:br/>
        <w:t>сам до нього простую&lt;br /&gt;</w:t>
        <w:br/>
        <w:t>з придністрянського краю!"</w:t>
      </w:r>
    </w:p>
    <w:p>
      <w:r>
        <w:br/>
        <w:t>Й руку першому праву&lt;br /&gt;</w:t>
        <w:br/>
        <w:t>подає для вітання,&lt;br /&gt;</w:t>
        <w:br/>
        <w:t>потім другому,— з персня&lt;br /&gt;</w:t>
        <w:br/>
        <w:t>йде холодне сіяння.</w:t>
      </w:r>
    </w:p>
    <w:p>
      <w:r>
        <w:br/>
        <w:t>А як третій дав руку,&lt;br /&gt;</w:t>
        <w:br/>
        <w:t>мов цупку бараболю,&lt;br /&gt;</w:t>
        <w:br/>
        <w:t>палець Довбушу стисло&lt;br /&gt;</w:t>
        <w:br/>
        <w:t>так, що скрикнув од болю.</w:t>
      </w:r>
    </w:p>
    <w:p>
      <w:r>
        <w:br/>
        <w:t>І проміння криваве&lt;br /&gt;</w:t>
        <w:br/>
        <w:t>з персня бризнуло зразу...&lt;br /&gt;</w:t>
        <w:br/>
        <w:t>Ось він, ворог підступний,&lt;br /&gt;</w:t>
        <w:br/>
        <w:t>що змією підлазить!</w:t>
      </w:r>
    </w:p>
    <w:p>
      <w:r>
        <w:br/>
        <w:t>"Гей, лихий чоловіче,—&lt;br /&gt;</w:t>
        <w:br/>
        <w:t>крикнув Довбуш до нього,—&lt;br /&gt;</w:t>
        <w:br/>
        <w:t>хто послав тебе в гори?&lt;br /&gt;</w:t>
        <w:br/>
        <w:t>Проти кого й для чого?"</w:t>
      </w:r>
    </w:p>
    <w:p>
      <w:r>
        <w:br/>
        <w:t>І підняв незнайомця,&lt;br /&gt;</w:t>
        <w:br/>
        <w:t>мов хлоп'я, над собою.&lt;br /&gt;</w:t>
        <w:br/>
        <w:t>"Признавайся, бо вп'єшся&lt;br /&gt;</w:t>
        <w:br/>
        <w:t>не вином, а водою!"</w:t>
      </w:r>
    </w:p>
    <w:p>
      <w:r>
        <w:br/>
        <w:t>Заволав незнайомець:&lt;br /&gt;</w:t>
        <w:br/>
        <w:t>"Ой, рятуйте — вмираю!&lt;br /&gt;</w:t>
        <w:br/>
        <w:t>не вбивай, пане Довбуш,—&lt;br /&gt;</w:t>
        <w:br/>
        <w:t>розкажу все, що знаю!"</w:t>
      </w:r>
    </w:p>
    <w:p>
      <w:r>
        <w:br/>
        <w:t>Опустив його Довбуш&lt;br /&gt;</w:t>
        <w:br/>
        <w:t>і на землю поставив.&lt;br /&gt;</w:t>
        <w:br/>
        <w:t>"Ну, то хто ж тебе в гори&lt;br /&gt;</w:t>
        <w:br/>
        <w:t>проти мене направив?"</w:t>
      </w:r>
    </w:p>
    <w:p>
      <w:r>
        <w:br/>
        <w:t>"Мене звати Чувилом...&lt;br /&gt;</w:t>
        <w:br/>
        <w:t>Хоч я й хлопом назвався,,&lt;br /&gt;</w:t>
        <w:br/>
        <w:t>та насправді гайдук я,—&lt;br /&gt;</w:t>
        <w:br/>
        <w:t>в дранку лиш перебрався,</w:t>
      </w:r>
    </w:p>
    <w:p>
      <w:r>
        <w:br/>
        <w:t>А направив пан Бучек,&lt;br /&gt;</w:t>
        <w:br/>
        <w:t>і за це він придане&lt;br /&gt;</w:t>
        <w:br/>
        <w:t>моїм донькам коханим&lt;br /&gt;</w:t>
        <w:br/>
        <w:t>обіцяв непогане.</w:t>
      </w:r>
    </w:p>
    <w:p>
      <w:r>
        <w:br/>
        <w:t>Обіцяв добрі гроші,&lt;br /&gt;</w:t>
        <w:br/>
        <w:t>щоб тебе лиш убив я...&lt;br /&gt;</w:t>
        <w:br/>
        <w:t>Ото я й спокусився&lt;br /&gt;</w:t>
        <w:br/>
        <w:t>на своє безголів'я...</w:t>
      </w:r>
    </w:p>
    <w:p>
      <w:r>
        <w:br/>
        <w:t>Та клянуся — служити&lt;br /&gt;</w:t>
        <w:br/>
        <w:t>більше пану не буду,&lt;br /&gt;</w:t>
        <w:br/>
        <w:t>а як зраджу, то вбийте,&lt;br /&gt;</w:t>
        <w:br/>
        <w:t>як собаку, без суду!</w:t>
      </w:r>
    </w:p>
    <w:p>
      <w:r>
        <w:br/>
        <w:t>Лиш пустіте живого&lt;br /&gt;</w:t>
        <w:br/>
        <w:t>до діток та дружини!.."&lt;br /&gt;</w:t>
        <w:br/>
        <w:t>І Чувило, тремтячи,&lt;br /&gt;</w:t>
        <w:br/>
        <w:t>опустивсь на коліна.</w:t>
      </w:r>
    </w:p>
    <w:p>
      <w:r>
        <w:br/>
        <w:t>Глянув Довбуш на нього.&lt;br /&gt;</w:t>
        <w:br/>
        <w:t>"Добре,— каже,— прощаю...&lt;br /&gt;</w:t>
        <w:br/>
        <w:t>Йди собі... Але вдруге —&lt;br /&gt;</w:t>
        <w:br/>
        <w:t>з-під землі відкопаю!</w:t>
      </w:r>
    </w:p>
    <w:p>
      <w:r>
        <w:br/>
        <w:t>І тоді вже ні діти,&lt;br /&gt;</w:t>
        <w:br/>
        <w:t>ні мольба не поможе...&lt;br /&gt;</w:t>
        <w:br/>
        <w:t>А тепер — забирайся&lt;br /&gt;</w:t>
        <w:br/>
        <w:t>з Верховини, небоже!"</w:t>
      </w:r>
    </w:p>
    <w:p>
      <w:r>
        <w:br/>
        <w:t>Косоокий Чувило&lt;br /&gt;</w:t>
        <w:br/>
        <w:t>уклонився — й потому,&lt;br /&gt;</w:t>
        <w:br/>
        <w:t>вовчу шапку нап'явши,&lt;br /&gt;</w:t>
        <w:br/>
        <w:t>зник у лісі густому.</w:t>
      </w:r>
    </w:p>
    <w:p>
      <w:r>
        <w:br/>
        <w:t>* $ *</w:t>
      </w:r>
    </w:p>
    <w:p>
      <w:r>
        <w:br/>
        <w:t>"Гей, брати,— каже Донбуш,—&lt;br /&gt;</w:t>
        <w:br/>
        <w:t>завітайте в печеру,&lt;br /&gt;</w:t>
        <w:br/>
        <w:t>а я миттю у лісі&lt;br /&gt;</w:t>
        <w:br/>
        <w:t>роздобуду вечерю".</w:t>
      </w:r>
    </w:p>
    <w:p>
      <w:r>
        <w:br/>
        <w:t>Та не.встиг він у лісі&lt;br /&gt;</w:t>
        <w:br/>
        <w:t>дичину відшукати,&lt;br /&gt;</w:t>
        <w:br/>
        <w:t>як зненацька зелені&lt;br /&gt;</w:t>
        <w:br/>
        <w:t>розступилися шати.</w:t>
      </w:r>
    </w:p>
    <w:p>
      <w:r>
        <w:br/>
        <w:t>По вузенькій стежині&lt;br /&gt;</w:t>
        <w:br/>
        <w:t>йде із лісу Марічка,—&lt;br /&gt;</w:t>
        <w:br/>
        <w:t>у шовковім волоссі&lt;br /&gt;</w:t>
        <w:br/>
        <w:t>голуба в'ється стрічка.</w:t>
      </w:r>
    </w:p>
    <w:p>
      <w:r>
        <w:br/>
        <w:t>Сині очі сміються,&lt;br /&gt;</w:t>
        <w:br/>
        <w:t>мов зірки променисті,&lt;br /&gt;</w:t>
        <w:br/>
        <w:t>та сіяють коралі&lt;br /&gt;</w:t>
        <w:br/>
        <w:t>в дорогому намисті.</w:t>
      </w:r>
    </w:p>
    <w:p>
      <w:r>
        <w:br/>
        <w:t>У руках її — скатерть,&lt;br /&gt;</w:t>
        <w:br/>
        <w:t>що лишилась на скелі,&lt;br /&gt;</w:t>
        <w:br/>
        <w:t>на плечах на дівочих —&lt;br /&gt;</w:t>
        <w:br/>
        <w:t>дві голубки веселі.</w:t>
      </w:r>
    </w:p>
    <w:p>
      <w:r>
        <w:br/>
        <w:t>Простяга вона скатерть&lt;br /&gt;</w:t>
        <w:br/>
        <w:t>прямо легеню в руку.&lt;br /&gt;</w:t>
        <w:br/>
        <w:t>"Не згуби, бо ця згуба&lt;br /&gt;</w:t>
        <w:br/>
        <w:t>нам віщує розлуку..."</w:t>
      </w:r>
    </w:p>
    <w:p>
      <w:r>
        <w:br/>
        <w:t>Довбуш став як убитий,&lt;br /&gt;</w:t>
        <w:br/>
        <w:t>зору з неї не зводить,—&lt;br /&gt;</w:t>
        <w:br/>
        <w:t>а вона повернулась&lt;br /&gt;</w:t>
        <w:br/>
        <w:t>і тихенько відходить.</w:t>
      </w:r>
    </w:p>
    <w:p>
      <w:r>
        <w:br/>
        <w:t>"Зачекай же, Марічко,—&lt;br /&gt;</w:t>
        <w:br/>
        <w:t>маю слово сказати..."&lt;br /&gt;</w:t>
        <w:br/>
        <w:t>"Скажеш потім... Ти ж знаєш,&lt;br /&gt;</w:t>
        <w:br/>
        <w:t>де голубку шукати!"</w:t>
      </w:r>
    </w:p>
    <w:p>
      <w:r>
        <w:br/>
        <w:t>Три голубки знялися&lt;br /&gt;</w:t>
        <w:br/>
        <w:t>та й полинули вгору —&lt;br /&gt;</w:t>
        <w:br/>
        <w:t>на високі Карпати,&lt;br /&gt;</w:t>
        <w:br/>
        <w:t>в далину неозору...</w:t>
      </w:r>
    </w:p>
    <w:p>
      <w:r>
        <w:br/>
        <w:t>Довбуш довго дивився,&lt;br /&gt;</w:t>
        <w:br/>
        <w:t>поки зникли в тумані,—&lt;br /&gt;</w:t>
        <w:br/>
        <w:t>потім скатерть розкинув&lt;br /&gt;</w:t>
        <w:br/>
        <w:t>на широкій поляні.</w:t>
      </w:r>
    </w:p>
    <w:p>
      <w:r>
        <w:br/>
        <w:t>Знявши з береста кору&lt;br /&gt;</w:t>
        <w:br/>
        <w:t>і зробивши трембіту,&lt;br /&gt;</w:t>
        <w:br/>
        <w:t>затрубив він у неї&lt;br /&gt;</w:t>
        <w:br/>
        <w:t>на всі сторони світу.</w:t>
      </w:r>
    </w:p>
    <w:p>
      <w:r>
        <w:br/>
        <w:t>Після першого разу&lt;br /&gt;</w:t>
        <w:br/>
        <w:t>затремтіли Карпати,&lt;br /&gt;</w:t>
        <w:br/>
        <w:t>після другого — пісня&lt;br /&gt;</w:t>
        <w:br/>
        <w:t>залунала крилата.</w:t>
      </w:r>
    </w:p>
    <w:p>
      <w:r>
        <w:br/>
        <w:t>Після третього гуку&lt;br /&gt;</w:t>
        <w:br/>
        <w:t>із зеленого лісу&lt;br /&gt;</w:t>
        <w:br/>
        <w:t>вийшли хлопці-опришки&lt;br /&gt;</w:t>
        <w:br/>
        <w:t>при шаблях і при крісах.</w:t>
      </w:r>
    </w:p>
    <w:p>
      <w:r>
        <w:br/>
        <w:t>Втікачі із печери&lt;br /&gt;</w:t>
        <w:br/>
        <w:t>також вийшли до нього.&lt;br /&gt;</w:t>
        <w:br/>
        <w:t>І сказав тоді Довбуш&lt;br /&gt;</w:t>
        <w:br/>
        <w:t>урочисто і строго:</w:t>
      </w:r>
    </w:p>
    <w:p>
      <w:r>
        <w:br/>
        <w:t>"Ви втекли у Карпати,&lt;br /&gt;</w:t>
        <w:br/>
        <w:t>щоб тут разом із нами&lt;br /&gt;</w:t>
        <w:br/>
        <w:t>за життя, за свободу&lt;br /&gt;</w:t>
        <w:br/>
        <w:t>битись твердо з панами!</w:t>
      </w:r>
    </w:p>
    <w:p>
      <w:r>
        <w:br/>
        <w:t>Мої друзі-опришки&lt;br /&gt;</w:t>
        <w:br/>
        <w:t>вас готові прийняти,&lt;br /&gt;</w:t>
        <w:br/>
        <w:t>та ви мусите мужність&lt;br /&gt;</w:t>
        <w:br/>
        <w:t>нам свою показати.</w:t>
      </w:r>
    </w:p>
    <w:p>
      <w:r>
        <w:br/>
        <w:t>Бо людей полохливих,&lt;br /&gt;</w:t>
        <w:br/>
        <w:t>що в бою, в обороні&lt;br /&gt;</w:t>
        <w:br/>
        <w:t>підведуть товариство,&lt;br /&gt;</w:t>
        <w:br/>
        <w:t>нам не треба в загоні!"</w:t>
      </w:r>
    </w:p>
    <w:p>
      <w:r>
        <w:br/>
        <w:t>"Ми готові на іспит!" —&lt;br /&gt;</w:t>
        <w:br/>
        <w:t>втікачі відказали.&lt;br /&gt;</w:t>
        <w:br/>
        <w:t>І їх зразу опришки&lt;br /&gt;</w:t>
        <w:br/>
        <w:t>до дерев прив'язали.</w:t>
      </w:r>
    </w:p>
    <w:p>
      <w:r>
        <w:br/>
        <w:t>Витяг Довбуш пістолі,&lt;br /&gt;</w:t>
        <w:br/>
        <w:t>понад голови стрілив —&lt;br /&gt;</w:t>
        <w:br/>
        <w:t>в пера на капелюхах&lt;br /&gt;</w:t>
        <w:br/>
        <w:t>лебедині поцілив.</w:t>
      </w:r>
    </w:p>
    <w:p>
      <w:r>
        <w:br/>
        <w:t>Втікачі не здригнули,&lt;br /&gt;</w:t>
        <w:br/>
        <w:t>не моргнули й очима,&lt;br /&gt;</w:t>
        <w:br/>
        <w:t>хоча холодом зимнім&lt;br /&gt;</w:t>
        <w:br/>
        <w:t>обдало за плечима.</w:t>
      </w:r>
    </w:p>
    <w:p>
      <w:r>
        <w:br/>
        <w:t>Потім їх відв'язали,—&lt;br /&gt;</w:t>
        <w:br/>
        <w:t>на колоду поклали&lt;br /&gt;</w:t>
        <w:br/>
        <w:t>так, щоб голови їхні&lt;br /&gt;</w:t>
        <w:br/>
        <w:t>лиш. чуби розділяли.</w:t>
      </w:r>
    </w:p>
    <w:p>
      <w:r>
        <w:br/>
        <w:t>Знов над ними став Довбуш —</w:t>
      </w:r>
    </w:p>
    <w:p>
      <w:r>
        <w:br/>
        <w:t>топірець піднімає,</w:t>
      </w:r>
    </w:p>
    <w:p>
      <w:r>
        <w:br/>
        <w:t>у проміжок вузенький</w:t>
      </w:r>
    </w:p>
    <w:p>
      <w:r>
        <w:br/>
        <w:t>між чубами ціляє.</w:t>
      </w:r>
    </w:p>
    <w:p>
      <w:r>
        <w:br/>
        <w:t>Свиснув топір блискучий,&lt;br /&gt;</w:t>
        <w:br/>
        <w:t>дзвінко дзвякнув — і в дуба&lt;br /&gt;</w:t>
        <w:br/>
        <w:t>по обух увігнався&lt;br /&gt;</w:t>
        <w:br/>
        <w:t>біля самого чуба.</w:t>
      </w:r>
    </w:p>
    <w:p>
      <w:r>
        <w:br/>
        <w:t>"Годі, Довбуше, годі! —&lt;br /&gt;</w:t>
        <w:br/>
        <w:t>загукали опришки.—&lt;br /&gt;</w:t>
        <w:br/>
        <w:t>Ми вже їхню сміливість&lt;br /&gt;</w:t>
        <w:br/>
        <w:t>перевірили з лишком!"</w:t>
      </w:r>
    </w:p>
    <w:p>
      <w:r>
        <w:br/>
        <w:t>"Гарні хлопці! — промовив&lt;br /&gt;</w:t>
        <w:br/>
        <w:t>Довбуш голосом щирим.—&lt;br /&gt;</w:t>
        <w:br/>
        <w:t>Але ще раз — утретє —&lt;br /&gt;</w:t>
        <w:br/>
        <w:t>у бою перевірим!"</w:t>
      </w:r>
    </w:p>
    <w:p>
      <w:r>
        <w:br/>
        <w:t>І він радо у книжку&lt;br /&gt;</w:t>
        <w:br/>
        <w:t>записав загонову&lt;br /&gt;</w:t>
        <w:br/>
        <w:t>Маркіяна Смереку&lt;br /&gt;</w:t>
        <w:br/>
        <w:t>і Микиту Підкову.</w:t>
      </w:r>
    </w:p>
    <w:p>
      <w:r>
        <w:br/>
        <w:t>"А тепер — за вечерю! —&lt;br /&gt;</w:t>
        <w:br/>
        <w:t>просить Довбуш гостинно.—&lt;br /&gt;</w:t>
        <w:br/>
        <w:t>Нагодуй нас гарненько,&lt;br /&gt;</w:t>
        <w:br/>
        <w:t>чарівна скатертино!"</w:t>
      </w:r>
    </w:p>
    <w:p>
      <w:r>
        <w:br/>
        <w:t>Посідали опришки&lt;br /&gt;</w:t>
        <w:br/>
        <w:t>за вечерю багату...&lt;br /&gt;</w:t>
        <w:br/>
        <w:t>Опустилося сонце&lt;br /&gt;</w:t>
        <w:br/>
        <w:t>за високі Карпати.</w:t>
      </w:r>
    </w:p>
    <w:p>
      <w:r>
        <w:br/>
        <w:t>Прохолода вечірня&lt;br /&gt;</w:t>
        <w:br/>
        <w:t>повіва з Верховини&lt;br /&gt;</w:t>
        <w:br/>
        <w:t>на широкі міжгір'я,&lt;br /&gt;</w:t>
        <w:br/>
        <w:t>на глибокі долини...</w:t>
      </w:r>
    </w:p>
    <w:p>
      <w:r>
        <w:br/>
        <w:t>Ф Ф Ф</w:t>
      </w:r>
    </w:p>
    <w:p>
      <w:r>
        <w:br/>
        <w:t>А тим часом по горах,&lt;br /&gt;</w:t>
        <w:br/>
        <w:t>по лісах непрохідних&lt;br /&gt;</w:t>
        <w:br/>
        <w:t>утікає Чувило&lt;br /&gt;</w:t>
        <w:br/>
        <w:t>до діток своїх рідних.</w:t>
      </w:r>
    </w:p>
    <w:p>
      <w:r>
        <w:br/>
        <w:t>Іде ніч, іде другу,&lt;br /&gt;</w:t>
        <w:br/>
        <w:t>а на третю, під ранок,&lt;br /&gt;</w:t>
        <w:br/>
        <w:t>він прийшов... Не додому,&lt;br /&gt;</w:t>
        <w:br/>
        <w:t>а до Бучека в замок.</w:t>
      </w:r>
    </w:p>
    <w:p>
      <w:r>
        <w:br/>
        <w:t>У високі покої&lt;br /&gt;</w:t>
        <w:br/>
        <w:t>боязливо вступає,—</w:t>
      </w:r>
    </w:p>
    <w:p>
      <w:r>
        <w:br/>
        <w:t>вовчу шапку-вушанку&lt;br /&gt;</w:t>
        <w:br/>
        <w:t>перед паном, знімає.</w:t>
      </w:r>
    </w:p>
    <w:p>
      <w:r>
        <w:br/>
        <w:t>На обличчі у пана —&lt;br /&gt;</w:t>
        <w:br/>
        <w:t>перев'язка багряна,—&lt;br /&gt;</w:t>
        <w:br/>
        <w:t>знать, широка й глибока&lt;br /&gt;</w:t>
        <w:br/>
        <w:t>там ховається рана.</w:t>
      </w:r>
    </w:p>
    <w:p>
      <w:r>
        <w:br/>
        <w:t>"Ну,— підвівся пан Бучек,&lt;br /&gt;</w:t>
        <w:br/>
        <w:t>сів на ліжку — ледь дише,—&lt;br /&gt;</w:t>
        <w:br/>
        <w:t>що привіз мені втішне&lt;br /&gt;</w:t>
        <w:br/>
        <w:t>мій слуга найвірніший?"</w:t>
      </w:r>
    </w:p>
    <w:p>
      <w:r>
        <w:br/>
        <w:t>Мов побитий собака,&lt;br /&gt;</w:t>
        <w:br/>
        <w:t>так зігнувся Чувило,—&lt;br /&gt;</w:t>
        <w:br/>
        <w:t>зразу видно: запродав&lt;br /&gt;</w:t>
        <w:br/>
        <w:t>пану душу і'тіло..</w:t>
      </w:r>
    </w:p>
    <w:p>
      <w:r>
        <w:br/>
        <w:t>-</w:t>
      </w:r>
    </w:p>
    <w:p>
      <w:r>
        <w:br/>
        <w:t>"Видить бог, що я ласку&lt;br /&gt;</w:t>
        <w:br/>
        <w:t>панську хтів заслужити,&lt;br /&gt;</w:t>
        <w:br/>
        <w:t>але Довбуша, пане,&lt;br /&gt;</w:t>
        <w:br/>
        <w:t>не зумів я убити!..</w:t>
      </w:r>
    </w:p>
    <w:p>
      <w:r>
        <w:br/>
        <w:t>Довбуш той — ясновидець,&lt;br /&gt;</w:t>
        <w:br/>
        <w:t>бо лиш глянув на мене,&lt;br /&gt;</w:t>
        <w:br/>
        <w:t>такД скочив на груди,&lt;br /&gt;</w:t>
        <w:br/>
        <w:t>як щеня те скажене!</w:t>
      </w:r>
    </w:p>
    <w:p>
      <w:r>
        <w:br/>
        <w:t>Я ударив злодюгу&lt;br /&gt;</w:t>
        <w:br/>
        <w:t>і наніс йому рану,—&lt;br /&gt;</w:t>
        <w:br/>
        <w:t>та таку, що із ліжка,&lt;br /&gt;</w:t>
        <w:br/>
        <w:t>мабуть, довго не встане!..</w:t>
      </w:r>
    </w:p>
    <w:p>
      <w:r>
        <w:br/>
        <w:t>Але сотня опришків&lt;br /&gt;</w:t>
        <w:br/>
        <w:t>прилетіла завзятих,&lt;br /&gt;</w:t>
        <w:br/>
        <w:t>і покірний слуга ваш&lt;br /&gt;</w:t>
        <w:br/>
        <w:t>мусив геть утікати..."</w:t>
      </w:r>
    </w:p>
    <w:p>
      <w:r>
        <w:br/>
        <w:t>"Гей, бреши, та знай міру! —&lt;br /&gt;</w:t>
        <w:br/>
        <w:t>крикнув Бучек похмуро.—&lt;br /&gt;</w:t>
        <w:br/>
        <w:t>Сам я Довбуша бачив&lt;br /&gt;</w:t>
        <w:br/>
        <w:t>здоровісіньким, шкуро!</w:t>
      </w:r>
    </w:p>
    <w:p>
      <w:r>
        <w:br/>
        <w:t>Знай, обманщику,— сам я&lt;br /&gt;</w:t>
        <w:br/>
        <w:t>оцією рукою&lt;br /&gt;</w:t>
        <w:br/>
        <w:t>того хлопа із скелі&lt;br /&gt;</w:t>
        <w:br/>
        <w:t>пхнув униз головою!</w:t>
      </w:r>
    </w:p>
    <w:p>
      <w:r>
        <w:br/>
        <w:t>А тебе за брехню цю&lt;br /&gt;</w:t>
        <w:br/>
        <w:t>накажу я узяти —&lt;br /&gt;</w:t>
        <w:br/>
        <w:t>в підземеллі глибокім&lt;br /&gt;</w:t>
        <w:br/>
        <w:t>до стіни прикувати!.."</w:t>
      </w:r>
    </w:p>
    <w:p>
      <w:r>
        <w:br/>
        <w:t>Похилився Чувило&lt;br /&gt;</w:t>
        <w:br/>
        <w:t>та й упав на коліна:&lt;br /&gt;</w:t>
        <w:br/>
        <w:t>"Сам я знаю — велика&lt;br /&gt;</w:t>
        <w:br/>
        <w:t>моя, пане, провина!</w:t>
      </w:r>
    </w:p>
    <w:p>
      <w:r>
        <w:br/>
        <w:t>Та невже ж заслужив я&lt;br /&gt;</w:t>
        <w:br/>
        <w:t>кару ту найлютішу?&lt;br /&gt;</w:t>
        <w:br/>
        <w:t>Я ж ваш раб безсловесний,&lt;br /&gt;</w:t>
        <w:br/>
        <w:t>я ж слуга найвірніший!.."</w:t>
      </w:r>
    </w:p>
    <w:p>
      <w:r>
        <w:br/>
        <w:t>"Добре! — згодивсь пан Буче&lt;br /&gt;</w:t>
        <w:br/>
        <w:t>і сказав на прощання: —&lt;br /&gt;</w:t>
        <w:br/>
        <w:t>Щоб спокутав провину,&lt;br /&gt;</w:t>
        <w:br/>
        <w:t>дам тобі два завдання!</w:t>
      </w:r>
    </w:p>
    <w:p>
      <w:r>
        <w:br/>
        <w:t>Перше — у Печеніжин&lt;br /&gt;</w:t>
        <w:br/>
        <w:t>ти помчиш завтра вранці,&lt;br /&gt;</w:t>
        <w:br/>
        <w:t>схопиш там усе кодло&lt;br /&gt;</w:t>
        <w:br/>
        <w:t>Д овбу шів-го л од ранців!</w:t>
      </w:r>
    </w:p>
    <w:p>
      <w:r>
        <w:br/>
        <w:t>Бачиш — рана!.. Це Довбуш&lt;br /&gt;</w:t>
        <w:br/>
        <w:t>слід по смерті залишив...&lt;br /&gt;</w:t>
        <w:br/>
        <w:t>Я ж за це його роду&lt;br /&gt;</w:t>
        <w:br/>
        <w:t>відомщу найлютіше!</w:t>
      </w:r>
    </w:p>
    <w:p>
      <w:r>
        <w:br/>
        <w:t>Потім друге — в Підгір'ї,&lt;br /&gt;</w:t>
        <w:br/>
        <w:t>край села, біля річки,&lt;br /&gt;</w:t>
        <w:br/>
        <w:t>живе дівчина гарна —&lt;br /&gt;</w:t>
        <w:br/>
        <w:t>по найменню Марічка.</w:t>
      </w:r>
    </w:p>
    <w:p>
      <w:r>
        <w:br/>
        <w:t>її також захопиш —&lt;br /&gt;</w:t>
        <w:br/>
        <w:t>чи страхом, чи обманом...&lt;br /&gt;</w:t>
        <w:br/>
        <w:t>Аж тоді ти, Чувило,&lt;br /&gt;</w:t>
        <w:br/>
        <w:t>будеш прощений паном!"</w:t>
      </w:r>
    </w:p>
    <w:p>
      <w:r>
        <w:br/>
        <w:t>Встав Чувило з підлоги —&lt;br /&gt;</w:t>
        <w:br/>
        <w:t>й свому пану за щирість&lt;br /&gt;</w:t>
        <w:br/>
        <w:t>чмокнув руку пухкеньку:&lt;br /&gt;</w:t>
        <w:br/>
        <w:t>"Все зроблю, ваша милість!..</w:t>
      </w:r>
    </w:p>
    <w:p>
      <w:r>
        <w:br/>
        <w:t>* * *</w:t>
      </w:r>
    </w:p>
    <w:p>
      <w:r>
        <w:br/>
        <w:t>День минув... А на другий,&lt;br /&gt;</w:t>
        <w:br/>
        <w:t>коли ледь звечоріло,&lt;br /&gt;</w:t>
        <w:br/>
        <w:t>на коні вороному&lt;br /&gt;</w:t>
        <w:br/>
        <w:t>скаче в замок Чувило,</w:t>
      </w:r>
    </w:p>
    <w:p>
      <w:r>
        <w:br/>
        <w:t>Гайдуків позад нього&lt;br /&gt;</w:t>
        <w:br/>
        <w:t>півдесятка добірних:&lt;br /&gt;</w:t>
        <w:br/>
        <w:t>вони тягнуть родину&lt;br /&gt;</w:t>
        <w:br/>
        <w:t>Довбушів непокірних.</w:t>
      </w:r>
    </w:p>
    <w:p>
      <w:r>
        <w:br/>
        <w:t>Всіх, трикляті, схопили,&lt;br /&gt;</w:t>
        <w:br/>
        <w:t>кого дома застали,—&lt;br /&gt;</w:t>
        <w:br/>
        <w:t>прив'язали до коней&lt;br /&gt;</w:t>
        <w:br/>
        <w:t>і до пана погнали.</w:t>
      </w:r>
    </w:p>
    <w:p>
      <w:r>
        <w:br/>
        <w:t>Привели на подвір'я&lt;br /&gt;</w:t>
        <w:br/>
        <w:t>батька, матір стареньку,&lt;br /&gt;</w:t>
        <w:br/>
        <w:t>наймолодшого брата&lt;br /&gt;</w:t>
        <w:br/>
        <w:t>і сестричку маленьку.</w:t>
      </w:r>
    </w:p>
    <w:p>
      <w:r>
        <w:br/>
        <w:t>Вийшов з дому пан Бучек —&lt;br /&gt;</w:t>
        <w:br/>
        <w:t>вдарив батька у груди.</w:t>
      </w:r>
    </w:p>
    <w:p>
      <w:r>
        <w:br/>
        <w:t>"Зачекай, старий хлопе,&lt;br /&gt;</w:t>
        <w:br/>
        <w:t>ще й не те тобі буде!</w:t>
      </w:r>
    </w:p>
    <w:p>
      <w:r>
        <w:br/>
        <w:t>Хай лиш стану здоровим —&lt;br /&gt;</w:t>
        <w:br/>
        <w:t>сам я вас замордую:&lt;br /&gt;</w:t>
        <w:br/>
        <w:t>в підземеллі глибокім&lt;br /&gt;</w:t>
        <w:br/>
        <w:t>всіх живцем замурую!</w:t>
      </w:r>
    </w:p>
    <w:p>
      <w:r>
        <w:br/>
        <w:t>Я помщуся над вами&lt;br /&gt;</w:t>
        <w:br/>
        <w:t>за розбійника-сина!&lt;br /&gt;</w:t>
        <w:br/>
        <w:t>Виб'ю дух бунтівливий&lt;br /&gt;</w:t>
        <w:br/>
        <w:t>з голови селянина!..</w:t>
      </w:r>
    </w:p>
    <w:p>
      <w:r>
        <w:br/>
        <w:t>Киньте їх в підземелля,&lt;br /&gt;</w:t>
        <w:br/>
        <w:t>у сиру кам'яницю!"&lt;br /&gt;</w:t>
        <w:br/>
        <w:t>Потягнули — замкнули&lt;br /&gt;</w:t>
        <w:br/>
        <w:t>у найглибшу темницю.</w:t>
      </w:r>
    </w:p>
    <w:p>
      <w:r>
        <w:br/>
        <w:t>А пан Бучек ласкаво&lt;br /&gt;</w:t>
        <w:br/>
        <w:t>до Чувила говорить:&lt;br /&gt;</w:t>
        <w:br/>
        <w:t>"Відпочинь, вірний слуго,&lt;br /&gt;</w:t>
        <w:br/>
        <w:t>і скачи завтра в гори!</w:t>
      </w:r>
    </w:p>
    <w:p>
      <w:r>
        <w:br/>
        <w:t>Проберись тишком-нишком,&lt;br /&gt;</w:t>
        <w:br/>
        <w:t>темну вибравши нічку,—&lt;br /&gt;</w:t>
        <w:br/>
        <w:t>привези із Підгір'я&lt;br /&gt;</w:t>
        <w:br/>
        <w:t>ту красуню Марічку!.."</w:t>
      </w:r>
    </w:p>
    <w:p>
      <w:r>
        <w:br/>
        <w:t>* * #</w:t>
      </w:r>
    </w:p>
    <w:p>
      <w:r>
        <w:br/>
        <w:t>Темна нічка упала&lt;br /&gt;</w:t>
        <w:br/>
        <w:t>на високі Карпати,—&lt;br /&gt;</w:t>
        <w:br/>
        <w:t>ані місяця в небі,&lt;br /&gt;</w:t>
        <w:br/>
        <w:t>ані зір не видати.</w:t>
      </w:r>
    </w:p>
    <w:p>
      <w:r>
        <w:br/>
        <w:t>Ніби злодій, Чувило&lt;br /&gt;</w:t>
        <w:br/>
        <w:t>тихо йде над рікою&lt;br /&gt;</w:t>
        <w:br/>
        <w:t>до тієї хатини,&lt;br /&gt;</w:t>
        <w:br/>
        <w:t>що стоїть під горою.</w:t>
      </w:r>
    </w:p>
    <w:p>
      <w:r>
        <w:br/>
        <w:t>У віконце постукав...&lt;br /&gt;</w:t>
        <w:br/>
        <w:t>З хати чується: "Хто тут?"&lt;br /&gt;</w:t>
        <w:br/>
        <w:t>"Відчиніть, люди добрі,&lt;br /&gt;</w:t>
        <w:br/>
        <w:t>і простіть за турботу!</w:t>
      </w:r>
    </w:p>
    <w:p>
      <w:r>
        <w:br/>
        <w:t>Я — купець подорожній!&lt;br /&gt;</w:t>
        <w:br/>
        <w:t>Мені б ніч переспати!&lt;br /&gt;</w:t>
        <w:br/>
        <w:t>Відчиніте, будь ласка,&lt;br /&gt;</w:t>
        <w:br/>
        <w:t>і впустіте до хати!.."</w:t>
      </w:r>
    </w:p>
    <w:p>
      <w:r>
        <w:br/>
        <w:t>Брязнув засув — і двері&lt;br /&gt;</w:t>
        <w:br/>
        <w:t>відчинилися з скрипом,&lt;br /&gt;</w:t>
        <w:br/>
        <w:t>дід столітній, зігнувшись,&lt;br /&gt;</w:t>
        <w:br/>
        <w:t>вийшов із смолоскипом.</w:t>
      </w:r>
    </w:p>
    <w:p>
      <w:r>
        <w:br/>
        <w:t>"Ну, заходьте... Не спати ж&lt;br /&gt;</w:t>
        <w:br/>
        <w:t>ніч таку на дорозі..."&lt;br /&gt;</w:t>
        <w:br/>
        <w:t>Та не встиг доказати,&lt;br /&gt;</w:t>
        <w:br/>
        <w:t>як упав на порозі.</w:t>
      </w:r>
    </w:p>
    <w:p>
      <w:r>
        <w:br/>
        <w:t>То Чувило пістолем&lt;br /&gt;</w:t>
        <w:br/>
        <w:t>вдарив діда у скроню —&lt;br /&gt;</w:t>
        <w:br/>
        <w:t>і мерщій смолоскипа&lt;br /&gt;</w:t>
        <w:br/>
        <w:t>згріб у чорну долоню.</w:t>
      </w:r>
    </w:p>
    <w:p>
      <w:r>
        <w:br/>
        <w:t>З ним злодюга вступає&lt;br /&gt;</w:t>
        <w:br/>
        <w:t>боязливо у хату&lt;br /&gt;</w:t>
        <w:br/>
        <w:t>і тихенько заходить&lt;br /&gt;</w:t>
        <w:br/>
        <w:t>до Марічки в кімнату.</w:t>
      </w:r>
    </w:p>
    <w:p>
      <w:r>
        <w:br/>
        <w:t>Там на білій постелі&lt;br /&gt;</w:t>
        <w:br/>
        <w:t>мирно спала Марічка,—&lt;br /&gt;</w:t>
        <w:br/>
        <w:t>на столі блищав перстень,&lt;br /&gt;</w:t>
        <w:br/>
        <w:t>мов зоря невеличка.</w:t>
      </w:r>
    </w:p>
    <w:p>
      <w:r>
        <w:br/>
        <w:t>Аж підскочив Чувило —&lt;br /&gt;</w:t>
        <w:br/>
        <w:t>буде жінці гостинець!&lt;br /&gt;</w:t>
        <w:br/>
        <w:t>Ухопив того персня —&lt;br /&gt;</w:t>
        <w:br/>
        <w:t>і надів на мізинець.</w:t>
      </w:r>
    </w:p>
    <w:p>
      <w:r>
        <w:br/>
        <w:t>Але що це?.. Злодюга&lt;br /&gt;</w:t>
        <w:br/>
        <w:t>похолов з переляку,&lt;br /&gt;</w:t>
        <w:br/>
        <w:t>ніби змія побачив&lt;br /&gt;</w:t>
        <w:br/>
        <w:t>чи скажену собаку.</w:t>
      </w:r>
    </w:p>
    <w:p>
      <w:r>
        <w:br/>
        <w:t>Тільки ж як не злякатись,&lt;br /&gt;</w:t>
        <w:br/>
        <w:t>як зненацька в Чувила&lt;br /&gt;</w:t>
        <w:br/>
        <w:t>хижий дзьоб появився&lt;br /&gt;</w:t>
        <w:br/>
        <w:t>і шулічині крила!..</w:t>
      </w:r>
    </w:p>
    <w:p>
      <w:r>
        <w:br/>
        <w:t>Став — як справжній шуліка,—&lt;br /&gt;</w:t>
        <w:br/>
        <w:t>пазурастий, дзьобатий,&lt;br /&gt;</w:t>
        <w:br/>
        <w:t>чорні крила широкі&lt;br /&gt;</w:t>
        <w:br/>
        <w:t>розгорнув на півхати.</w:t>
      </w:r>
    </w:p>
    <w:p>
      <w:r>
        <w:br/>
        <w:t>Зрозумів тут Чувило,&lt;br /&gt;</w:t>
        <w:br/>
        <w:t>що то в персні причина:&lt;br /&gt;</w:t>
        <w:br/>
        <w:t>скинув персня — і спала&lt;br /&gt;</w:t>
        <w:br/>
        <w:t>з нього дивна личина.</w:t>
      </w:r>
    </w:p>
    <w:p>
      <w:r>
        <w:br/>
        <w:t>Заховавши той перстень&lt;br /&gt;</w:t>
        <w:br/>
        <w:t>у кишеню глибоку,&lt;br /&gt;</w:t>
        <w:br/>
        <w:t>він ступив обережно&lt;br /&gt;</w:t>
        <w:br/>
        <w:t>до Марічки півкроку.</w:t>
      </w:r>
    </w:p>
    <w:p>
      <w:r>
        <w:br/>
        <w:t>Ухопив її сонну,&lt;br /&gt;</w:t>
        <w:br/>
        <w:t>замотав у кирею&lt;br /&gt;</w:t>
        <w:br/>
        <w:t>і, на плечі узявши,&lt;br /&gt;</w:t>
        <w:br/>
        <w:t>вийшов з хати із нею.</w:t>
      </w:r>
    </w:p>
    <w:p>
      <w:r>
        <w:br/>
        <w:t>Біля річки він скочив&lt;br /&gt;</w:t>
        <w:br/>
        <w:t>на коня вороного,&lt;br /&gt;</w:t>
        <w:br/>
        <w:t>міцно персня насунув&lt;br /&gt;</w:t>
        <w:br/>
        <w:t>на мізинця кривого.</w:t>
      </w:r>
    </w:p>
    <w:p>
      <w:r>
        <w:br/>
        <w:t>І, шулікою ставши,&lt;br /&gt;</w:t>
        <w:br/>
        <w:t>поводи попускає,—&lt;br /&gt;</w:t>
        <w:br/>
        <w:t>свою здобич безцінну&lt;br /&gt;</w:t>
        <w:br/>
        <w:t>добре в кігтях тримає.</w:t>
      </w:r>
    </w:p>
    <w:p>
      <w:r>
        <w:br/>
        <w:t>Кінь злякавсь — і стрілою&lt;br /&gt;</w:t>
        <w:br/>
        <w:t>полетів без упину&lt;br /&gt;</w:t>
        <w:br/>
        <w:t>через бистрі потоки,&lt;br /&gt;</w:t>
        <w:br/>
        <w:t>через гори й долини...</w:t>
      </w:r>
    </w:p>
    <w:p>
      <w:r>
        <w:br/>
        <w:t>Опинилась Марічка&lt;br /&gt;</w:t>
        <w:br/>
        <w:t>в незнайомій кімнаті:&lt;br /&gt;</w:t>
        <w:br/>
        <w:t>всюди килими пишні&lt;br /&gt;</w:t>
        <w:br/>
        <w:t>та убрання багаті.</w:t>
      </w:r>
    </w:p>
    <w:p>
      <w:r>
        <w:br/>
        <w:t>На столах — панська їжа&lt;br /&gt;</w:t>
        <w:br/>
        <w:t>найсмачніша стояла,&lt;br /&gt;</w:t>
        <w:br/>
        <w:t>і вода, як дзвіночок,&lt;br /&gt;</w:t>
        <w:br/>
        <w:t>у фонтані дзюрчала.</w:t>
      </w:r>
    </w:p>
    <w:p>
      <w:r>
        <w:br/>
        <w:t>У шкатулці — намисто,&lt;br /&gt;</w:t>
        <w:br/>
        <w:t>і сережки, й дукати...&lt;br /&gt;</w:t>
        <w:br/>
        <w:t>Та чому ж це на вікнах&lt;br /&gt;</w:t>
        <w:br/>
        <w:t>міцно ковані грати?..</w:t>
      </w:r>
    </w:p>
    <w:p>
      <w:r>
        <w:br/>
        <w:t>Зажурилась Марічка,&lt;br /&gt;</w:t>
        <w:br/>
        <w:t>тяжко стало сирітці,—&lt;br /&gt;</w:t>
        <w:br/>
        <w:t>ніби пташка сумує&lt;br /&gt;</w:t>
        <w:br/>
        <w:t>в позолоченій клітці.</w:t>
      </w:r>
    </w:p>
    <w:p>
      <w:r>
        <w:br/>
        <w:t>Десь опівдні заходить&lt;br /&gt;</w:t>
        <w:br/>
        <w:t>до кімнати пан Бучек:&lt;br /&gt;</w:t>
        <w:br/>
        <w:t>він букет для Марічки&lt;br /&gt;</w:t>
        <w:br/>
        <w:t>вносить квітів пахучих.</w:t>
      </w:r>
    </w:p>
    <w:p>
      <w:r>
        <w:br/>
        <w:t>На столі перед нею&lt;br /&gt;</w:t>
        <w:br/>
        <w:t>той букет мовчки ставить,&lt;br /&gt;</w:t>
        <w:br/>
        <w:t>та Марічка на нього&lt;br /&gt;</w:t>
        <w:br/>
        <w:t>і не глянула навіть.</w:t>
      </w:r>
    </w:p>
    <w:p>
      <w:r>
        <w:br/>
        <w:t>Пан говорить до неї,&lt;br /&gt;</w:t>
        <w:br/>
        <w:t>просить слово сказати,—</w:t>
      </w:r>
    </w:p>
    <w:p>
      <w:r>
        <w:br/>
        <w:t>. пишне вбрання дарує,&lt;br /&gt;</w:t>
        <w:br/>
        <w:t>і сережки, й дукати.</w:t>
      </w:r>
    </w:p>
    <w:p>
      <w:r>
        <w:br/>
        <w:t>Та вона відвернулась&lt;br /&gt;</w:t>
        <w:br/>
        <w:t>від дарунків багатих,&lt;br /&gt;</w:t>
        <w:br/>
        <w:t>і пан Бучек в досаді&lt;br /&gt;</w:t>
        <w:br/>
        <w:t>вийшов геть із кімнати.</w:t>
      </w:r>
    </w:p>
    <w:p>
      <w:r>
        <w:br/>
        <w:t>А надвечір натомість&lt;br /&gt;</w:t>
        <w:br/>
        <w:t>панська ключниця входить,&lt;br /&gt;</w:t>
        <w:br/>
        <w:t>до сумної Марічки&lt;br /&gt;</w:t>
        <w:br/>
        <w:t>дивну мову заводить.</w:t>
      </w:r>
    </w:p>
    <w:p>
      <w:r>
        <w:br/>
        <w:t>"Ти все тужиш, дитино,&lt;br /&gt;</w:t>
        <w:br/>
        <w:t>ніби пташка в неволі...&lt;br /&gt;</w:t>
        <w:br/>
        <w:t>Не сумуй, не вбивайся,—&lt;br /&gt;</w:t>
        <w:br/>
        <w:t>покорись своїй долі!..</w:t>
      </w:r>
    </w:p>
    <w:p>
      <w:r>
        <w:br/>
        <w:t>Подивися на мене:&lt;br /&gt;</w:t>
        <w:br/>
        <w:t>і мене молодою&lt;br /&gt;</w:t>
        <w:br/>
        <w:t>пан старий запримітив&lt;br /&gt;</w:t>
        <w:br/>
        <w:t>і забрав до покою.</w:t>
      </w:r>
    </w:p>
    <w:p>
      <w:r>
        <w:br/>
        <w:t>Я поплакала трохи,&lt;br /&gt;</w:t>
        <w:br/>
        <w:t>в самоті пожурилась,&lt;br /&gt;</w:t>
        <w:br/>
        <w:t>але з горем дівочим&lt;br /&gt;</w:t>
        <w:br/>
        <w:t>врешті-решт примирилась.</w:t>
      </w:r>
    </w:p>
    <w:p>
      <w:r>
        <w:br/>
        <w:t>І не каюсь: жила я,&lt;br /&gt;</w:t>
        <w:br/>
        <w:t>як малина в медочку...&lt;br /&gt;</w:t>
        <w:br/>
        <w:t>Все на світі від бога —&lt;br /&gt;</w:t>
        <w:br/>
        <w:t>покорись йому, дочко!"</w:t>
      </w:r>
    </w:p>
    <w:p>
      <w:r>
        <w:br/>
        <w:t>Щось хотіла бабуся&lt;br /&gt;</w:t>
        <w:br/>
        <w:t>ще сказать на додачу,—&lt;br /&gt;</w:t>
        <w:br/>
        <w:t>раптом крики по замку&lt;br /&gt;</w:t>
        <w:br/>
        <w:t>пролунали дитячі.</w:t>
      </w:r>
    </w:p>
    <w:p>
      <w:r>
        <w:br/>
        <w:t>"Що це? Хто це?" — питає&lt;br /&gt;</w:t>
        <w:br/>
        <w:t>у бабусі Марічка.</w:t>
      </w:r>
    </w:p>
    <w:p>
      <w:r>
        <w:br/>
        <w:t>"Це катують Надійку,&lt;br /&gt;</w:t>
        <w:br/>
        <w:t>Довбушеву сестричку...</w:t>
      </w:r>
    </w:p>
    <w:p>
      <w:r>
        <w:br/>
        <w:t>Всю сім'ю Довбушеву&lt;br /&gt;</w:t>
        <w:br/>
        <w:t>слуги панські піймали&lt;br /&gt;</w:t>
        <w:br/>
        <w:t>і до пана у замок&lt;br /&gt;</w:t>
        <w:br/>
        <w:t>на розправу пригнали.</w:t>
      </w:r>
    </w:p>
    <w:p>
      <w:r>
        <w:br/>
        <w:t>В кам'яницю глибоку&lt;br /&gt;</w:t>
        <w:br/>
        <w:t>посадили за грати —&lt;br /&gt;</w:t>
        <w:br/>
        <w:t>за опришка Олексу,&lt;br /&gt;</w:t>
        <w:br/>
        <w:t>за найстаршого брата..."</w:t>
      </w:r>
    </w:p>
    <w:p>
      <w:r>
        <w:br/>
        <w:t>Стрепенулась Марічка,&lt;br /&gt;</w:t>
        <w:br/>
        <w:t>мов берізка зелена:&lt;br /&gt;</w:t>
        <w:br/>
        <w:t>"Йди, бабусю, до пана,—&lt;br /&gt;</w:t>
        <w:br/>
        <w:t>хай-но прийде до мене!</w:t>
      </w:r>
    </w:p>
    <w:p>
      <w:r>
        <w:br/>
        <w:t>Та скажи, що Марічка&lt;br /&gt;</w:t>
        <w:br/>
        <w:t>очі виплаче слізьми,&lt;br /&gt;</w:t>
        <w:br/>
        <w:t>як пан Бучек Надійку&lt;br /&gt;</w:t>
        <w:br/>
        <w:t>з підземелля не візьме...</w:t>
      </w:r>
    </w:p>
    <w:p>
      <w:r>
        <w:br/>
        <w:t>Нехай візьме і зразу ж&lt;br /&gt;</w:t>
        <w:br/>
        <w:t>приведе до кімнати,—&lt;br /&gt;</w:t>
        <w:br/>
        <w:t>те дитя мене буде&lt;br /&gt;</w:t>
        <w:br/>
        <w:t>в самоті розважати!.."</w:t>
      </w:r>
    </w:p>
    <w:p>
      <w:r>
        <w:br/>
        <w:t>Здивувався пан Бучек,&lt;br /&gt;</w:t>
        <w:br/>
        <w:t>як старенька сказала,&lt;br /&gt;</w:t>
        <w:br/>
        <w:t>що Марічка Надійку&lt;br /&gt;</w:t>
        <w:br/>
        <w:t>у служниці прохала.</w:t>
      </w:r>
    </w:p>
    <w:p>
      <w:r>
        <w:br/>
        <w:t>Але мовчки спустився&lt;br /&gt;</w:t>
        <w:br/>
        <w:t>в підземелля холодне,&lt;br /&gt;</w:t>
        <w:br/>
        <w:t>де маленьку Надійку&lt;br /&gt;</w:t>
        <w:br/>
        <w:t>катували сьогодні.</w:t>
      </w:r>
    </w:p>
    <w:p>
      <w:r>
        <w:br/>
        <w:t>Там схопив її руку&lt;br /&gt;</w:t>
        <w:br/>
        <w:t>у свою, волохату,&lt;br /&gt;</w:t>
        <w:br/>
        <w:t>і подався по сходах&lt;br /&gt;</w:t>
        <w:br/>
        <w:t>до Марічки в кімнату...</w:t>
      </w:r>
    </w:p>
    <w:p>
      <w:r>
        <w:br/>
        <w:t>* * *</w:t>
      </w:r>
    </w:p>
    <w:p>
      <w:r>
        <w:br/>
        <w:t>Через два дні Надійна&lt;br /&gt;</w:t>
        <w:br/>
        <w:t>вже була здоровенька,—&lt;br /&gt;</w:t>
        <w:br/>
        <w:t>щебетала-співала,&lt;br /&gt;</w:t>
        <w:br/>
        <w:t>як синичка маленька.</w:t>
      </w:r>
    </w:p>
    <w:p>
      <w:r>
        <w:br/>
        <w:t>Оченята, як.вишні,&lt;br /&gt;</w:t>
        <w:br/>
        <w:t>до Марічки всміхались,&lt;br /&gt;</w:t>
        <w:br/>
        <w:t>але часто сльозами&lt;br /&gt;</w:t>
        <w:br/>
        <w:t>мимохіть наповнялись.</w:t>
      </w:r>
    </w:p>
    <w:p>
      <w:r>
        <w:br/>
        <w:t>"Не журися, Надійно,—&lt;br /&gt;</w:t>
        <w:br/>
        <w:t>їй сказала Марічка.—&lt;br /&gt;</w:t>
        <w:br/>
        <w:t>Хочеш — завтра на волю&lt;br /&gt;</w:t>
        <w:br/>
        <w:t>полетиш, ніби птичка!..</w:t>
      </w:r>
    </w:p>
    <w:p>
      <w:r>
        <w:br/>
        <w:t>Ти — маленька, худенька&lt;br /&gt;</w:t>
        <w:br/>
        <w:t>і пролізеш крізь грати...&lt;br /&gt;</w:t>
        <w:br/>
        <w:t>А як будеш на волі —&lt;br /&gt;</w:t>
        <w:br/>
        <w:t>то біжи у Карпати!</w:t>
      </w:r>
    </w:p>
    <w:p>
      <w:r>
        <w:br/>
        <w:t>Пастухів розпитаєш,&lt;br /&gt;</w:t>
        <w:br/>
        <w:t>як знайти Чорногору,&lt;br /&gt;</w:t>
        <w:br/>
        <w:t>а там знайдеш опришків&lt;br /&gt;</w:t>
        <w:br/>
        <w:t>серед темного бору.</w:t>
      </w:r>
    </w:p>
    <w:p>
      <w:r>
        <w:br/>
        <w:t>Сповісти свого брата —&lt;br /&gt;</w:t>
        <w:br/>
        <w:t>хай опришків збирає,&lt;br /&gt;</w:t>
        <w:br/>
        <w:t>на цей замок проклятий,&lt;br /&gt;</w:t>
        <w:br/>
        <w:t>мов орел, нападає..."</w:t>
      </w:r>
    </w:p>
    <w:p>
      <w:r>
        <w:br/>
        <w:t>"Добре, згодна, Марічко!&lt;br /&gt;</w:t>
        <w:br/>
        <w:t>Тільки б ночі діждати,—</w:t>
      </w:r>
    </w:p>
    <w:p>
      <w:r>
        <w:br/>
        <w:t>я до брата Олекси&lt;br /&gt;</w:t>
        <w:br/>
        <w:t>полечу у Карпати!"</w:t>
      </w:r>
    </w:p>
    <w:p>
      <w:r>
        <w:br/>
        <w:t>Ніч настала буремна,&lt;br /&gt;</w:t>
        <w:br/>
        <w:t>десь гримить громовиця...&lt;br /&gt;</w:t>
        <w:br/>
        <w:t>Все заснуло у замку,—&lt;br /&gt;</w:t>
        <w:br/>
        <w:t>лиш дівчатам не спиться.</w:t>
      </w:r>
    </w:p>
    <w:p>
      <w:r>
        <w:br/>
        <w:t>Все готове для втечі:&lt;br /&gt;</w:t>
        <w:br/>
        <w:t>і, вірьовка з хустини,&lt;br /&gt;</w:t>
        <w:br/>
        <w:t>і в дорогу Надійці&lt;br /&gt;</w:t>
        <w:br/>
        <w:t>ковбаса й півхлібини.</w:t>
      </w:r>
    </w:p>
    <w:p>
      <w:r>
        <w:br/>
        <w:t>В темноті непроглядній&lt;br /&gt;</w:t>
        <w:br/>
        <w:t>прошептала Марічка:&lt;br /&gt;</w:t>
        <w:br/>
        <w:t>"Ну, пора!.. Будь щаслива,&lt;br /&gt;</w:t>
        <w:br/>
        <w:t>моя люба сестричко!"</w:t>
      </w:r>
    </w:p>
    <w:p>
      <w:r>
        <w:br/>
        <w:t>Через грати пролізши,&lt;br /&gt;</w:t>
        <w:br/>
        <w:t>із вузького карнизу&lt;br /&gt;</w:t>
        <w:br/>
        <w:t>опустилась Надійка&lt;br /&gt;</w:t>
        <w:br/>
        <w:t>по вірьовці донизу.</w:t>
      </w:r>
    </w:p>
    <w:p>
      <w:r>
        <w:br/>
        <w:t>Озирнулась навколо,&lt;br /&gt;</w:t>
        <w:br/>
        <w:t>швидко скинула лямку&lt;br /&gt;</w:t>
        <w:br/>
        <w:t>і прудким сарненятком&lt;br /&gt;</w:t>
        <w:br/>
        <w:t>геть помчала від замку.</w:t>
      </w:r>
    </w:p>
    <w:p>
      <w:r>
        <w:br/>
        <w:t>* * *</w:t>
      </w:r>
    </w:p>
    <w:p>
      <w:r>
        <w:br/>
        <w:t>То не олені бистрі,&lt;br /&gt;</w:t>
        <w:br/>
        <w:t>то, не соколи смілі,&lt;br /&gt;</w:t>
        <w:br/>
        <w:t>то опришки із лісу,&lt;br /&gt;</w:t>
        <w:br/>
        <w:t>як орли, полетіли.</w:t>
      </w:r>
    </w:p>
    <w:p>
      <w:r>
        <w:br/>
        <w:t>А попереду Довбуш&lt;br /&gt;</w:t>
        <w:br/>
        <w:t>до коня припадає —&lt;br /&gt;</w:t>
        <w:br/>
        <w:t>у руці загорілій&lt;br /&gt;</w:t>
        <w:br/>
        <w:t>міцно шаблю стискає.</w:t>
      </w:r>
    </w:p>
    <w:p>
      <w:r>
        <w:br/>
        <w:t>На світанку у гаї&lt;br /&gt;</w:t>
        <w:br/>
        <w:t>зупинились опришки —&lt;br /&gt;</w:t>
        <w:br/>
        <w:t>панський замок високий&lt;br /&gt;</w:t>
        <w:br/>
        <w:t>роздивляються нишком.</w:t>
      </w:r>
    </w:p>
    <w:p>
      <w:r>
        <w:br/>
        <w:t>Грізні стіни камінні,&lt;br /&gt;</w:t>
        <w:br/>
        <w:t>в стінах — вікна-бійниці,&lt;br /&gt;</w:t>
        <w:br/>
        <w:t>а на вежах високих —&lt;br /&gt;</w:t>
        <w:br/>
        <w:t>і гармати, й рушниці!..</w:t>
      </w:r>
    </w:p>
    <w:p>
      <w:r>
        <w:br/>
        <w:t>"Ой, не взяти нам замку!" —&lt;br /&gt;</w:t>
        <w:br/>
        <w:t>шепче хтось за плечима.&lt;br /&gt;</w:t>
        <w:br/>
        <w:t>Стрепенувся тут Довбуш,&lt;br /&gt;</w:t>
        <w:br/>
        <w:t>грізно блиснув очима.</w:t>
      </w:r>
    </w:p>
    <w:p>
      <w:r>
        <w:br/>
        <w:t>"Хто сказав, що не взяти?..&lt;br /&gt;</w:t>
        <w:br/>
        <w:t>Та нема в світі сили,&lt;br /&gt;</w:t>
        <w:br/>
        <w:t>щоб опришків хоробрих&lt;br /&gt;</w:t>
        <w:br/>
        <w:t>у бою зупинила!..</w:t>
      </w:r>
    </w:p>
    <w:p>
      <w:r>
        <w:br/>
        <w:t>Гей, охочі, до мене!..&lt;br /&gt;</w:t>
        <w:br/>
        <w:t>Хто з вас подвиг учинить —&lt;br /&gt;</w:t>
        <w:br/>
        <w:t>в панський'замок проникне&lt;br /&gt;</w:t>
        <w:br/>
        <w:t>і ворота відчинить?"</w:t>
      </w:r>
    </w:p>
    <w:p>
      <w:r>
        <w:br/>
        <w:t>Сто опришків ступило&lt;br /&gt;</w:t>
        <w:br/>
        <w:t>наперед, як лавина,—&lt;br /&gt;</w:t>
        <w:br/>
        <w:t>на обличчях відвага&lt;br /&gt;</w:t>
        <w:br/>
        <w:t>засвітилась орлина.</w:t>
      </w:r>
    </w:p>
    <w:p>
      <w:r>
        <w:br/>
        <w:t>А найпершими стали,&lt;br /&gt;</w:t>
        <w:br/>
        <w:t>не промовивши й слова,&lt;br /&gt;</w:t>
        <w:br/>
        <w:t>юнаки два — Смерека&lt;br /&gt;</w:t>
        <w:br/>
        <w:t>і Микита Підкова.</w:t>
      </w:r>
    </w:p>
    <w:p>
      <w:r>
        <w:br/>
        <w:t>Довбуш глянув на хлопців,&lt;br /&gt;</w:t>
        <w:br/>
        <w:t>на вбрання їхнє дране&lt;br /&gt;</w:t>
        <w:br/>
        <w:t>і-сказав: "Ось хто сміло&lt;br /&gt;</w:t>
        <w:br/>
        <w:t>проти ворога стане!..</w:t>
      </w:r>
    </w:p>
    <w:p>
      <w:r>
        <w:br/>
        <w:t>Гей, мисливці, вполюйте&lt;br /&gt;</w:t>
        <w:br/>
        <w:t>з лука оленя в лісі,—&lt;br /&gt;</w:t>
        <w:br/>
        <w:t>гайдукам як принаду&lt;br /&gt;</w:t>
        <w:br/>
        <w:t>віднесіте на списі!.."</w:t>
      </w:r>
    </w:p>
    <w:p>
      <w:r>
        <w:br/>
        <w:t>От із лісу густого&lt;br /&gt;</w:t>
        <w:br/>
        <w:t>вийшов олень рогатий,&lt;br /&gt;</w:t>
        <w:br/>
        <w:t>вздрів мисливців — злякався&lt;br /&gt;</w:t>
        <w:br/>
        <w:t>і метнувся тікати.</w:t>
      </w:r>
    </w:p>
    <w:p>
      <w:r>
        <w:br/>
        <w:t>Та не встиг повернутись,&lt;br /&gt;</w:t>
        <w:br/>
        <w:t>як стріла просвистіла —&lt;br /&gt;</w:t>
        <w:br/>
        <w:t>мов оса-кусавиця,&lt;br /&gt;</w:t>
        <w:br/>
        <w:t>уп'ялась йому в тіло.</w:t>
      </w:r>
    </w:p>
    <w:p>
      <w:r>
        <w:br/>
        <w:t>Того оленя взявши,&lt;br /&gt;</w:t>
        <w:br/>
        <w:t>йдуть до замку сміливці,&lt;br /&gt;</w:t>
        <w:br/>
        <w:t>підійшли — загукали,&lt;br /&gt;</w:t>
        <w:br/>
        <w:t>ніби1 справді мисливці.</w:t>
      </w:r>
    </w:p>
    <w:p>
      <w:r>
        <w:br/>
        <w:t>Вартові із віконця&lt;br /&gt;</w:t>
        <w:br/>
        <w:t>їм сердито: "А хто там?"&lt;br /&gt;</w:t>
        <w:br/>
        <w:t>"З дичиною на кухню!&lt;br /&gt;</w:t>
        <w:br/>
        <w:t>Відчиняйте ворота!.."</w:t>
      </w:r>
    </w:p>
    <w:p>
      <w:r>
        <w:br/>
        <w:t>Вартовий відчиняє,&lt;br /&gt;</w:t>
        <w:br/>
        <w:t>двох мисливців пускає...&lt;br /&gt;</w:t>
        <w:br/>
        <w:t>Раптом постріл і другий&lt;br /&gt;</w:t>
        <w:br/>
        <w:t>з підворіття лунає...</w:t>
      </w:r>
    </w:p>
    <w:p>
      <w:r>
        <w:br/>
        <w:t>Гайдуки сполошились,&lt;br /&gt;</w:t>
        <w:br/>
        <w:t>мчать опришкам навпроти,&lt;br /&gt;</w:t>
        <w:br/>
        <w:t>та Підкова вже навстіж&lt;br /&gt;</w:t>
        <w:br/>
        <w:t>відчиняє ворота.</w:t>
      </w:r>
    </w:p>
    <w:p>
      <w:r>
        <w:br/>
        <w:t>А Смерека хоробрий&lt;br /&gt;</w:t>
        <w:br/>
        <w:t>в підворітті вузькому&lt;br /&gt;</w:t>
        <w:br/>
        <w:t>так пахолків періщить,&lt;br /&gt;</w:t>
        <w:br/>
        <w:t>ніби ціпом солому.</w:t>
      </w:r>
    </w:p>
    <w:p>
      <w:r>
        <w:br/>
        <w:t>Ех, протриматись тільки б,&lt;br /&gt;</w:t>
        <w:br/>
        <w:t>поки Довбуш доскаче,—&lt;br /&gt;</w:t>
        <w:br/>
        <w:t>він1 розвіє у порох&lt;br /&gt;</w:t>
        <w:br/>
        <w:t>панське кодло ледаче!..</w:t>
      </w:r>
    </w:p>
    <w:p>
      <w:r>
        <w:br/>
        <w:t>Озирнувся Смерека:&lt;br /&gt;</w:t>
        <w:br/>
        <w:t>близько-близько опришки,—&lt;br /&gt;</w:t>
        <w:br/>
        <w:t>із зеленого лісу&lt;br /&gt;</w:t>
        <w:br/>
        <w:t>мчатьсяі без передишки!</w:t>
      </w:r>
    </w:p>
    <w:p>
      <w:r>
        <w:br/>
        <w:t>Але двадцять пахолків&lt;br /&gt;</w:t>
        <w:br/>
        <w:t>насідають на нього...&lt;br /&gt;</w:t>
        <w:br/>
        <w:t>"Де ти, брате'Підково?..&lt;br /&gt;</w:t>
        <w:br/>
        <w:t>Поспішай на підмогу!"</w:t>
      </w:r>
    </w:p>
    <w:p>
      <w:r>
        <w:br/>
        <w:t>"Йду! — гукає Підкова.—&lt;br /&gt;</w:t>
        <w:br/>
        <w:t>Гей, пани й паненята,&lt;br /&gt;</w:t>
        <w:br/>
        <w:t>годі кров нашу пити,—&lt;br /&gt;</w:t>
        <w:br/>
        <w:t>забирайтесь до ката!"</w:t>
      </w:r>
    </w:p>
    <w:p>
      <w:r>
        <w:br/>
        <w:t>Ш двоє друзів на варту&lt;br /&gt;</w:t>
        <w:br/>
        <w:t>так напали завзято,&lt;br /&gt;</w:t>
        <w:br/>
        <w:t>що поклали відразу&lt;br /&gt;</w:t>
        <w:br/>
        <w:t>ворогів із десяток.</w:t>
      </w:r>
    </w:p>
    <w:p>
      <w:r>
        <w:br/>
        <w:t>Та на них звідусюди&lt;br /&gt;</w:t>
        <w:br/>
        <w:t>челядь суне дворова,—&lt;br /&gt;</w:t>
        <w:br/>
        <w:t>впав хоробрий Смерека,&lt;br /&gt;</w:t>
        <w:br/>
        <w:t>а за ним і Підкова...</w:t>
      </w:r>
    </w:p>
    <w:p>
      <w:r>
        <w:br/>
        <w:t>Ф &amp; з;</w:t>
      </w:r>
    </w:p>
    <w:p>
      <w:r>
        <w:br/>
        <w:t>У цю мить налітає&lt;br /&gt;</w:t>
        <w:br/>
        <w:t>сотня Довбуша вірна,—&lt;br /&gt;</w:t>
        <w:br/>
        <w:t>покотилась додолу&lt;br /&gt;</w:t>
        <w:br/>
        <w:t>панська варта надвірна.</w:t>
      </w:r>
    </w:p>
    <w:p>
      <w:r>
        <w:br/>
        <w:t>Гайдуки: по подвір'ю&lt;br /&gt;</w:t>
        <w:br/>
        <w:t>хто куди утікають,&lt;br /&gt;</w:t>
        <w:br/>
        <w:t>у глухих закапелках&lt;br /&gt;</w:t>
        <w:br/>
        <w:t>порятунку шукають.</w:t>
      </w:r>
    </w:p>
    <w:p>
      <w:r>
        <w:br/>
        <w:t>"Зупиніться!" — із вежі&lt;br /&gt;</w:t>
        <w:br/>
        <w:t>їх пан Бучек благає,&lt;br /&gt;</w:t>
        <w:br/>
        <w:t>та ніхто на благання&lt;br /&gt;</w:t>
        <w:br/>
        <w:t>на його не зважає.</w:t>
      </w:r>
    </w:p>
    <w:p>
      <w:r>
        <w:br/>
        <w:t>Глянув Довбуш на вежу —&lt;br /&gt;</w:t>
        <w:br/>
        <w:t>і аж скрикнув од дива:&lt;br /&gt;</w:t>
        <w:br/>
        <w:t>поряд з паном Марічка&lt;br /&gt;</w:t>
        <w:br/>
        <w:t>там стояла вродлива.</w:t>
      </w:r>
    </w:p>
    <w:p>
      <w:r>
        <w:br/>
        <w:t>Русокоса, змарніла,&lt;br /&gt;</w:t>
        <w:br/>
        <w:t>вся у білому вбранні,—&lt;br /&gt;</w:t>
        <w:br/>
        <w:t>похилила голівку&lt;br /&gt;</w:t>
        <w:br/>
        <w:t>у тривожнім чеканні.</w:t>
      </w:r>
    </w:p>
    <w:p>
      <w:r>
        <w:br/>
        <w:t>Довбуш кинувсь у двері&lt;br /&gt;</w:t>
        <w:br/>
        <w:t>і не бачив,4 що з двору&lt;br /&gt;</w:t>
        <w:br/>
        <w:t>вскочив слідом Чувило —&lt;br /&gt;</w:t>
        <w:br/>
        <w:t>теж подерся нагору...</w:t>
      </w:r>
    </w:p>
    <w:p>
      <w:r>
        <w:br/>
        <w:t>З підземелля опришки&lt;br /&gt;</w:t>
        <w:br/>
        <w:t>в'язнів хутко звільнили,&lt;br /&gt;</w:t>
        <w:br/>
        <w:t>брату Довбуша — Йвану&lt;br /&gt;</w:t>
        <w:br/>
        <w:t>шаблю й кріс наділили.</w:t>
      </w:r>
    </w:p>
    <w:p>
      <w:r>
        <w:br/>
        <w:t>А тим часом Марічку&lt;br /&gt;</w:t>
        <w:br/>
        <w:t>пан підняв над собою&lt;br /&gt;</w:t>
        <w:br/>
        <w:t>і гукнув: "Гей, опришки,&lt;br /&gt;</w:t>
        <w:br/>
        <w:t>не женіться за— мною!</w:t>
      </w:r>
    </w:p>
    <w:p>
      <w:r>
        <w:br/>
        <w:t>Геть із замку мойого,&lt;br /&gt;</w:t>
        <w:br/>
        <w:t>ви, мерзенні створіння,&lt;br /&gt;</w:t>
        <w:br/>
        <w:t>бо цю дівчину хлопську&lt;br /&gt;</w:t>
        <w:br/>
        <w:t>кину вниз на каміння!"</w:t>
      </w:r>
    </w:p>
    <w:p>
      <w:r>
        <w:br/>
        <w:t>Зупинились опришки,—&lt;br /&gt;</w:t>
        <w:br/>
        <w:t>з пана зору не зводять&lt;br /&gt;</w:t>
        <w:br/>
        <w:t>і помалу від вежі&lt;br /&gt;</w:t>
        <w:br/>
        <w:t>від страшної відходять.</w:t>
      </w:r>
    </w:p>
    <w:p>
      <w:r>
        <w:br/>
        <w:t>Що робити — не знають!..&lt;br /&gt;</w:t>
        <w:br/>
        <w:t>Де шукать порятунку?..&lt;br /&gt;</w:t>
        <w:br/>
        <w:t>Аж тут Довбушів голос&lt;br /&gt;</w:t>
        <w:br/>
        <w:t>пролунав згори лунко.</w:t>
      </w:r>
    </w:p>
    <w:p>
      <w:r>
        <w:br/>
        <w:t>"Зупинись, пане Бучек!&lt;br /&gt;</w:t>
        <w:br/>
        <w:t>Приготуйся до бою!&lt;br /&gt;</w:t>
        <w:br/>
        <w:t>Наші давні рахунки&lt;br /&gt;</w:t>
        <w:br/>
        <w:t>ми зведемо з тобою!"</w:t>
      </w:r>
    </w:p>
    <w:p>
      <w:r>
        <w:br/>
        <w:t>Відсахнувся пан Бучек,&lt;br /&gt;</w:t>
        <w:br/>
        <w:t>остовпів на хвилину...&lt;br /&gt;</w:t>
        <w:br/>
        <w:t>"Де ти, Довбуше, взявся?&lt;br /&gt;</w:t>
        <w:br/>
        <w:t>Ти хіба не,загинув?.."</w:t>
      </w:r>
    </w:p>
    <w:p>
      <w:r>
        <w:br/>
        <w:t>Опустивши Марічку,&lt;br /&gt;</w:t>
        <w:br/>
        <w:t>Бучек шаблю виймає&lt;br /&gt;</w:t>
        <w:br/>
        <w:t>і на Довбуша люто,&lt;br /&gt;</w:t>
        <w:br/>
        <w:t>ніби рись, нападає...</w:t>
      </w:r>
    </w:p>
    <w:p>
      <w:r>
        <w:br/>
        <w:t>Заіскрилася зброя,—&lt;br /&gt;</w:t>
        <w:br/>
        <w:t>смертю пахне на вежі...&lt;br /&gt;</w:t>
        <w:br/>
        <w:t>Підвелася Марічка ——&lt;br /&gt;</w:t>
        <w:br/>
        <w:t>за двобоєм тим стежить.</w:t>
      </w:r>
    </w:p>
    <w:p>
      <w:r>
        <w:br/>
        <w:t>Довбуш пана долає&lt;br /&gt;</w:t>
        <w:br/>
        <w:t>вже загнав аж до краю —&lt;br /&gt;</w:t>
        <w:br/>
        <w:t>і в рішучу хвилину&lt;br /&gt;</w:t>
        <w:br/>
        <w:t>міцно в груди вдаряє...</w:t>
      </w:r>
    </w:p>
    <w:p>
      <w:r>
        <w:br/>
        <w:t>Ф * *</w:t>
      </w:r>
    </w:p>
    <w:p>
      <w:r>
        <w:br/>
        <w:t>Але він не помітив,&lt;br /&gt;</w:t>
        <w:br/>
        <w:t>що з-за рогу крутого&lt;br /&gt;</w:t>
        <w:br/>
        <w:t>вийшов зрадник Чувило&lt;br /&gt;</w:t>
        <w:br/>
        <w:t>і ціляє у нього.</w:t>
      </w:r>
    </w:p>
    <w:p>
      <w:r>
        <w:br/>
        <w:t>Гримнув постріл підступний&lt;br /&gt;</w:t>
        <w:br/>
        <w:t>прямо Довбушу п спину...</w:t>
      </w:r>
    </w:p>
    <w:p>
      <w:r>
        <w:br/>
        <w:t>Та метнулась Марічка&lt;br /&gt;</w:t>
        <w:br/>
        <w:t>в ту смертельну хвилину.</w:t>
      </w:r>
    </w:p>
    <w:p>
      <w:r>
        <w:br/>
        <w:t>Підняла білі руки&lt;br /&gt;</w:t>
        <w:br/>
        <w:t>насупроти пістоля —&lt;br /&gt;</w:t>
        <w:br/>
        <w:t>і, як чайка підбита,&lt;br /&gt;</w:t>
        <w:br/>
        <w:t>мертва впала додолу...</w:t>
      </w:r>
    </w:p>
    <w:p>
      <w:r>
        <w:br/>
        <w:t>Довбуш глянув — і в нього&lt;br /&gt;</w:t>
        <w:br/>
        <w:t>з жаху серце холоне:&lt;br /&gt;</w:t>
        <w:br/>
        <w:t>розлилось круг Марічки&lt;br /&gt;</w:t>
        <w:br/>
        <w:t>крові коло червопє...</w:t>
      </w:r>
    </w:p>
    <w:p>
      <w:r>
        <w:br/>
        <w:t>Позад неї — Чувило&lt;br /&gt;</w:t>
        <w:br/>
        <w:t>хижі вищірив ікла,&lt;br /&gt;</w:t>
        <w:br/>
        <w:t>та зла усмішка зразу&lt;br /&gt;</w:t>
        <w:br/>
        <w:t>із лиця його зникла.</w:t>
      </w:r>
    </w:p>
    <w:p>
      <w:r>
        <w:br/>
        <w:t>Він поспішно з кишені&lt;br /&gt;</w:t>
        <w:br/>
        <w:t>срібний перстень виймає,&lt;br /&gt;</w:t>
        <w:br/>
        <w:t>на мізинець насунув&lt;br /&gt;</w:t>
        <w:br/>
        <w:t>і — Чувила немає...</w:t>
      </w:r>
    </w:p>
    <w:p>
      <w:r>
        <w:br/>
        <w:t>Придивляється Довбуш —&lt;br /&gt;</w:t>
        <w:br/>
        <w:t>де ж подівся Чувило?&lt;br /&gt;</w:t>
        <w:br/>
        <w:t>Замість нього — шуліка&lt;br /&gt;</w:t>
        <w:br/>
        <w:t>розпростер чорні крила.</w:t>
      </w:r>
    </w:p>
    <w:p>
      <w:r>
        <w:br/>
        <w:t>Він змахнув ними важко —&lt;br /&gt;</w:t>
        <w:br/>
        <w:t>в небо злинув безкрає...&lt;br /&gt;</w:t>
        <w:br/>
        <w:t>Догадався тут Довбуш:&lt;br /&gt;</w:t>
        <w:br/>
        <w:t>тож убивця тікає!..</w:t>
      </w:r>
    </w:p>
    <w:p>
      <w:r>
        <w:br/>
        <w:t>"Смерть тобі, розпроклятий,&lt;br /&gt;</w:t>
        <w:br/>
        <w:t>за провину велику!"&lt;br /&gt;</w:t>
        <w:br/>
        <w:t>І з пістоля стріляє&lt;br /&gt;</w:t>
        <w:br/>
        <w:t>Довбуш влучно в шуліку.</w:t>
      </w:r>
    </w:p>
    <w:p>
      <w:r>
        <w:br/>
        <w:t>Полетіло в повітрі&lt;br /&gt;</w:t>
        <w:br/>
        <w:t>кров'ю-зрошене пір'я,—&lt;br /&gt;</w:t>
        <w:br/>
        <w:t>і шуліка, мов камінь,&lt;br /&gt;</w:t>
        <w:br/>
        <w:t>впав на панське подвір'я...</w:t>
      </w:r>
    </w:p>
    <w:p>
      <w:r>
        <w:br/>
        <w:t>Довбуш глянув із вежі&lt;br /&gt;</w:t>
        <w:br/>
        <w:t>на шулічине тіло,—&lt;br /&gt;</w:t>
        <w:br/>
        <w:t>аж то вже не шуліка,&lt;br /&gt;</w:t>
        <w:br/>
        <w:t>а мерзенний Чувило.</w:t>
      </w:r>
    </w:p>
    <w:p>
      <w:r>
        <w:br/>
        <w:t>В нього з пальця брудного&lt;br /&gt;</w:t>
        <w:br/>
        <w:t>срібний перстень сповзає —&lt;br /&gt;</w:t>
        <w:br/>
        <w:t>камінцем-самоцвітом&lt;br /&gt;</w:t>
        <w:br/>
        <w:t>проти сонця сіяє...</w:t>
      </w:r>
    </w:p>
    <w:p>
      <w:r>
        <w:br/>
        <w:t>І згадав-тоді Довбуш&lt;br /&gt;</w:t>
        <w:br/>
        <w:t>про рятунок надійний,—&lt;br /&gt;</w:t>
        <w:br/>
        <w:t>і знімає із пальця&lt;br /&gt;</w:t>
        <w:br/>
        <w:t>перстень свій чародійний.</w:t>
      </w:r>
    </w:p>
    <w:p>
      <w:r>
        <w:br/>
        <w:t>Прикладає Марічці&lt;br /&gt;</w:t>
        <w:br/>
        <w:t>до кривавої рани&lt;br /&gt;</w:t>
        <w:br/>
        <w:t>і&lt; з тремтінням чекає —&lt;br /&gt;</w:t>
        <w:br/>
        <w:t>чи то ж дівчина встане?..</w:t>
      </w:r>
    </w:p>
    <w:p>
      <w:r>
        <w:br/>
        <w:t>Рана миттю закрилась,&lt;br /&gt;</w:t>
        <w:br/>
        <w:t>довгі вії здригнулись —&lt;br /&gt;</w:t>
        <w:br/>
        <w:t>і Марічка, зітхнувши,&lt;br /&gt;</w:t>
        <w:br/>
        <w:t>встала, ніби проснулась.</w:t>
      </w:r>
    </w:p>
    <w:p>
      <w:r>
        <w:br/>
        <w:t>Швидко радісний Довбуш&lt;br /&gt;</w:t>
        <w:br/>
        <w:t>з вежі дівчину зводить&lt;br /&gt;</w:t>
        <w:br/>
        <w:t>і до мертвих опришків&lt;br /&gt;</w:t>
        <w:br/>
        <w:t>в', підворітті підходить.</w:t>
      </w:r>
    </w:p>
    <w:p>
      <w:r>
        <w:br/>
        <w:t>Лиш торкнувся їх перснем —&lt;br /&gt;</w:t>
        <w:br/>
        <w:t>підхопилися, встали&lt;br /&gt;</w:t>
        <w:br/>
        <w:t>і Смерека хоробрий,&lt;br /&gt;</w:t>
        <w:br/>
        <w:t>і Підкова бувалий...</w:t>
      </w:r>
    </w:p>
    <w:p>
      <w:r>
        <w:br/>
        <w:t>"Друзі,— Довбуш промовив,—&lt;br /&gt;</w:t>
        <w:br/>
        <w:t>не загине той зроду,&lt;br /&gt;</w:t>
        <w:br/>
        <w:t>хто. життя не шкодує&lt;br /&gt;</w:t>
        <w:br/>
        <w:t>за народну свободу!</w:t>
      </w:r>
    </w:p>
    <w:p>
      <w:r>
        <w:br/>
        <w:t>Хто на бій виступає&lt;br /&gt;</w:t>
        <w:br/>
        <w:t>проти панського гніту,&lt;br /&gt;</w:t>
        <w:br/>
        <w:t>буде славен той всюди&lt;br /&gt;</w:t>
        <w:br/>
        <w:t>по широкому світу!</w:t>
      </w:r>
    </w:p>
    <w:p>
      <w:r>
        <w:br/>
        <w:t>Гей,-, опришки завзяті,&lt;br /&gt;</w:t>
        <w:br/>
        <w:t>підпаліть — нехай згине&lt;br /&gt;</w:t>
        <w:br/>
        <w:t>оцей замок проклятий,&lt;br /&gt;</w:t>
        <w:br/>
        <w:t>це гніздо яструбине!"</w:t>
      </w:r>
    </w:p>
    <w:p>
      <w:r>
        <w:br/>
        <w:t>Рідних взявши й Марічку,&lt;br /&gt;</w:t>
        <w:br/>
        <w:t>в бричку Довбуш сідає —&lt;br /&gt;</w:t>
        <w:br/>
        <w:t>на дорогу широку&lt;br /&gt;</w:t>
        <w:br/>
        <w:t>з замку він виїжджає...</w:t>
      </w:r>
    </w:p>
    <w:p>
      <w:r>
        <w:br/>
        <w:t>їдуть понад бурхливим&lt;br /&gt;</w:t>
        <w:br/>
        <w:t>Черемошем-рікою,—&lt;br /&gt;</w:t>
        <w:br/>
        <w:t>а над ними й за ними&lt;br /&gt;</w:t>
        <w:br/>
        <w:t>лине пісня луною.</w:t>
      </w:r>
    </w:p>
    <w:p>
      <w:r>
        <w:br/>
        <w:t>"Гей, на зеленій полонині&lt;br /&gt;</w:t>
        <w:br/>
        <w:t>там Довбуш гуляє,—&lt;br /&gt;</w:t>
        <w:br/>
        <w:t>на високу Чорногору&lt;br /&gt;</w:t>
        <w:br/>
        <w:t>опришків збирає...</w:t>
      </w:r>
    </w:p>
    <w:p>
      <w:r>
        <w:br/>
        <w:t>Гей, хто не хоче коритися&lt;br /&gt;</w:t>
        <w:br/>
        <w:t>панському; свавіллю,&lt;br /&gt;</w:t>
        <w:br/>
        <w:t>то збирайтесь у Карпати&lt;br /&gt;</w:t>
        <w:br/>
        <w:t>до мене в неділю!</w:t>
      </w:r>
    </w:p>
    <w:p>
      <w:r>
        <w:br/>
        <w:t>Гей, сто опришків непокірних&lt;br /&gt;</w:t>
        <w:br/>
        <w:t>зібралось до нього,—&lt;br /&gt;</w:t>
        <w:br/>
        <w:t>та й напали у неділю&lt;br /&gt;</w:t>
        <w:br/>
        <w:t>на пана лихого.</w:t>
      </w:r>
    </w:p>
    <w:p>
      <w:r>
        <w:br/>
        <w:t>Гей, увірвались до покою —-&lt;br /&gt;</w:t>
        <w:br/>
        <w:t>тупнули ногою:&lt;br /&gt;</w:t>
        <w:br/>
        <w:t>— Годі, пане, втішатися&lt;br /&gt;</w:t>
        <w:br/>
        <w:t>кривдою людською!.."</w:t>
      </w:r>
    </w:p>
    <w:p>
      <w:r>
        <w:br/>
        <w:t>їдуть славні опришки,—&lt;br /&gt;</w:t>
        <w:br/>
        <w:t>пісня гори стрясає...&lt;br /&gt;</w:t>
        <w:br/>
        <w:t>Панський замок за ними,&lt;br /&gt;</w:t>
        <w:br/>
        <w:t>ніби свічка, палає...</w:t>
      </w:r>
    </w:p>
    <w:p>
      <w:r>
        <w:br/>
        <w:t>* * *</w:t>
      </w:r>
    </w:p>
    <w:p>
      <w:r>
        <w:br/>
        <w:t>Дід замовк... Всі дивились&lt;br /&gt;</w:t>
        <w:br/>
        <w:t>на далекі руїни,—&lt;br /&gt;</w:t>
        <w:br/>
        <w:t>вони хмуро стояли&lt;br /&gt;</w:t>
        <w:br/>
        <w:t>на горбі, край долини.</w:t>
      </w:r>
    </w:p>
    <w:p>
      <w:r>
        <w:br/>
        <w:t>Грізні стіни.камінні,&lt;br /&gt;</w:t>
        <w:br/>
        <w:t>чорні вікна-бійнипі,—&lt;br /&gt;</w:t>
        <w:br/>
        <w:t>в них, здавалося, мріють&lt;br /&gt;</w:t>
        <w:br/>
        <w:t>і гармати, й рушниці...</w:t>
      </w:r>
    </w:p>
    <w:p>
      <w:r>
        <w:br/>
        <w:t>Але тихо у замку,&lt;br /&gt;</w:t>
        <w:br/>
        <w:t>панські стяги не мають,—&lt;br /&gt;</w:t>
        <w:br/>
        <w:t>лиш хмарки у блакиті&lt;br /&gt;</w:t>
        <w:br/>
        <w:t>понад ким пролітають...</w:t>
      </w:r>
    </w:p>
    <w:p>
      <w:r>
        <w:br/>
        <w:t>Хай стоїть собі вічно,&lt;br /&gt;</w:t>
        <w:br/>
        <w:t>у годину й негоду,&lt;br /&gt;</w:t>
        <w:br/>
        <w:t>і нагадує людям&lt;br /&gt;</w:t>
        <w:br/>
        <w:t>про борців за свободу!</w:t>
      </w:r>
    </w:p>
    <w:p>
      <w:r>
        <w:br/>
        <w:t>Що за скривджених, бідних&lt;br /&gt;</w:t>
        <w:br/>
        <w:t>піднімали свій голос,&lt;br /&gt;</w:t>
        <w:br/>
        <w:t>проти визиску й гніту&lt;br /&gt;</w:t>
        <w:br/>
        <w:t>з ворогами боролись!</w:t>
      </w:r>
    </w:p>
    <w:p>
      <w:r>
        <w:br/>
        <w:t>Що життя віддавали,&lt;br /&gt;</w:t>
        <w:br/>
        <w:t>йшли на бій до загину,&lt;br /&gt;</w:t>
        <w:br/>
        <w:t>щоб пани не вернулись&lt;br /&gt;</w:t>
        <w:br/>
        <w:t>в нашу вільну країну!..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Чарівний перстень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