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Чарівний млин</w:t>
      </w:r>
    </w:p>
    <w:p>
      <w:r>
        <w:br/>
        <w:t xml:space="preserve"> &lt;p&gt;За селом, коло Гринтаєвої левади, стоїть кривого Тихона млин: зігнувся, підтрух, травою та бадиллям поріс. Із шести крил осталося тільки троє, та й ті дірками світять.</w:t>
      </w:r>
    </w:p>
    <w:p>
      <w:r>
        <w:br/>
        <w:t>Ніхто не бачив, щоб він коли молов, і давня колія до його поросла густим споришем. Усі, мабуть, і забули б про той млин, та ось приїхали влітку пани в село на дачі, почали протоптувати до його стежечки ясними зоряними ночами.</w:t>
      </w:r>
    </w:p>
    <w:p>
      <w:r>
        <w:br/>
        <w:t>До того млин був як млин, а роздивились на його пани, то й довідались зараз, що то млин неабиякий, бо в йому мелються для панів чари. Тільки посидять під ним панич із панянкою хоч один вечір, то так їм голову заморочить, що тільки виясниться, як у церкві на рушнику стануть. Та хіба тільки молоді?.. Якось наважились піти до млина один лікар із чужою жінкою; було ж тоді й сміха, й гріха...</w:t>
      </w:r>
    </w:p>
    <w:p>
      <w:r>
        <w:br/>
        <w:t>Пани ж були такі, то й поїхали, а той дідько, що накручував їм, і зазимував у старому млині. Сидить собі старий, нудиться без діла, зігнувся, вовною поріс.</w:t>
      </w:r>
    </w:p>
    <w:p>
      <w:r>
        <w:br/>
        <w:t>У селі мало хто й згадує про його. Удень спить, укутавшись драним мішком, а як стане поночі та як поснуть у селі люди, тоді вилізе на млин, поворожить на зорі, погомонить із вітрами та й живе так.</w:t>
      </w:r>
    </w:p>
    <w:p>
      <w:r>
        <w:br/>
        <w:t>Коли-не-коли дасть про себе чутку: побачить, як, забарившись до смерку, тюпає мимо млина якась бабуся, згадає старовину та й кахикне через віконечко, підкрутивши уса, що аж у бабусі в грудях ковалики закують. Ото тільки і його.</w:t>
      </w:r>
    </w:p>
    <w:p>
      <w:r>
        <w:br/>
        <w:t>Та недурно кажуть люди: не шукай трясці — воно само тебе знайде. Знайшло воно й старого дідька в забутому млині.</w:t>
      </w:r>
    </w:p>
    <w:p>
      <w:r>
        <w:br/>
        <w:t>Прислали восени молодого вчителя в село. Поки була у його з батюшкою згода, то й дідькові дихалось вільно: ніхто його не рушив. Та надало батюшці пожалітись кудись — учитель читає мужицькі газети й книжки. Вчителеві й утерли носа: коли ти, мовляв, пан, то й вичитуй по-панському, а коли ні, то із села під чотири вітри, а під п’ятий шум пряма дорога!.. Вчителеві нема як серця зірвати, то взяв та й шугнув усяку нечисть із села огулом.</w:t>
      </w:r>
    </w:p>
    <w:p>
      <w:r>
        <w:br/>
        <w:t>Тепер із батюшкою й не здоровкається. Батюшка все випитує людей, чи не бачили в учителя мужицьких книжок, а той вишукує в селі, чи не засидівся де який дідько, щоб і останнього виперти із села. Доти питав, доти нишпорив, поки довідався-таки й про його. Тепер кривому Тихонові не дає спокою: твій млин, каже, тільки батюшці гроші меле,— розбери його, то хоч дров будеш мати, а то хтось спалить ік лихій годині.</w:t>
      </w:r>
    </w:p>
    <w:p>
      <w:r>
        <w:br/>
        <w:t>І той пообіщався розібрати його по весні. Де тоді подітися дідькові при старості літ?.. Знову в село піти, щоб учитель оддав його волочити дітям за хвоста, як сороку по шляху!.. Довго думав дідько й надумався: або накрутити вчителеві, щоб йому заціпило, або, не довівши себе до наруги, самому головою наложити...</w:t>
      </w:r>
    </w:p>
    <w:p>
      <w:r>
        <w:br/>
        <w:t>Зашуміли в селі сани од воріт до воріт. По улицях хлопці понесли зорю. Од хати до хати, Христа славлячи, бігають дівчата.</w:t>
      </w:r>
    </w:p>
    <w:p>
      <w:r>
        <w:br/>
        <w:t>Висипали зірки над церквою та над школою.</w:t>
      </w:r>
    </w:p>
    <w:p>
      <w:r>
        <w:br/>
        <w:t>Дідько примостився край віконечка в млині, став пильнувати.</w:t>
      </w:r>
    </w:p>
    <w:p>
      <w:r>
        <w:br/>
        <w:t>Дивиться — плине тінь од школи до церкви, а друга біжить, ковзаючись під цвинтарем, їй навхрест.</w:t>
      </w:r>
    </w:p>
    <w:p>
      <w:r>
        <w:br/>
        <w:t>Дідько мерщій засукав рукава, заплющив очі, почав на пучках ворожити: млинком покрутив ними та легесенько й зводить пучку до пучки. Краєчки черкнулися... і дві тіні зійшлися докупи на розі церковного штахету.</w:t>
      </w:r>
    </w:p>
    <w:p>
      <w:r>
        <w:br/>
        <w:t>Зійшлися та й спинилися.</w:t>
      </w:r>
    </w:p>
    <w:p>
      <w:r>
        <w:br/>
        <w:t>— Ой!..— промовила панночка в білій шапочці, мало не спіткнувшись на панича в сивій шапці. Промовила та й замовкла. Сива шапка хитнулася і стала, мов укопана. Одно стало, крутить на пальті гудзик, друге нащось витягувало з кишені хусточку. І говорить не говорили, й розминатися не розминалися.</w:t>
      </w:r>
    </w:p>
    <w:p>
      <w:r>
        <w:br/>
        <w:t>Вчитель Ярошенко розлучивсь з Женею, з попівною, ще за доброго ладу з батюшкою. Тоді були вони з нею приятелями й разом обтирали кутки в батющиних кімнатах. Як тільки ж Женю вирядив о. Яків учителювати в чуже село, зразу почалася у його з учителем звада.</w:t>
      </w:r>
    </w:p>
    <w:p>
      <w:r>
        <w:br/>
        <w:t>Тепер учитель і Женя не знали з несподіванки, як їм зу-стріватися — чи ворогами, чи, як було перше, добрими приятелями.</w:t>
      </w:r>
    </w:p>
    <w:p>
      <w:r>
        <w:br/>
        <w:t>— Добривечір, Євгенія Яківна! — з осторогою промовив Ярошенко.</w:t>
      </w:r>
    </w:p>
    <w:p>
      <w:r>
        <w:br/>
        <w:t>— Здрастуйте, Микола Івановичу.</w:t>
      </w:r>
    </w:p>
    <w:p>
      <w:r>
        <w:br/>
        <w:t>— З приїздом вас! — трохи подумавши, додав учитель.</w:t>
      </w:r>
    </w:p>
    <w:p>
      <w:r>
        <w:br/>
        <w:t>— Спасибі.</w:t>
      </w:r>
    </w:p>
    <w:p>
      <w:r>
        <w:br/>
        <w:t>Подали руки.</w:t>
      </w:r>
    </w:p>
    <w:p>
      <w:r>
        <w:br/>
        <w:t>Женя була дівчина не з плохих. Не довго думавши, вона вкрила Ярошенка мокрим рядном:</w:t>
      </w:r>
    </w:p>
    <w:p>
      <w:r>
        <w:br/>
        <w:t>— А чого це ви не заскочили хоч би на часиночку та не привітали нас із празником? Запаніли? Забули?..</w:t>
      </w:r>
    </w:p>
    <w:p>
      <w:r>
        <w:br/>
        <w:t>— Коли ж, бачите...</w:t>
      </w:r>
    </w:p>
    <w:p>
      <w:r>
        <w:br/>
        <w:t>— Увесь день пронудилася сама,— як не сказилася!.. Всі вікна видивилась, виглядаючи вас...</w:t>
      </w:r>
    </w:p>
    <w:p>
      <w:r>
        <w:br/>
        <w:t>— Коли ж... може, ви не знаєте... о. Яків... ми з о. Яковом...</w:t>
      </w:r>
    </w:p>
    <w:p>
      <w:r>
        <w:br/>
        <w:t>— Що?.. Доноса на вас написав?.. Слід було, то й написав. А сердитись немає чого. Сам папа сподівався, що ви таки зайдете з церкви, і з обідом не велів поспішати. А ви... такий... у... у!..</w:t>
      </w:r>
    </w:p>
    <w:p>
      <w:r>
        <w:br/>
        <w:t>Ярошенко хотів щось сказати, та тільки звів плечима й засміявся.</w:t>
      </w:r>
    </w:p>
    <w:p>
      <w:r>
        <w:br/>
        <w:t>— Ви куди оце розігналися? — спитала Женя.</w:t>
      </w:r>
    </w:p>
    <w:p>
      <w:r>
        <w:br/>
        <w:t>— До дяка думав заглянути,— сам ще не відаючи для чого, брехнув Ярошенко.</w:t>
      </w:r>
    </w:p>
    <w:p>
      <w:r>
        <w:br/>
        <w:t>— Ну, то знайте: не одв’яжусь я од вас сьогодні цілий вечір. Буде й того, що ввесь день пронудилась. Один кавалер на все село, та й того не витягнеш із хати.</w:t>
      </w:r>
    </w:p>
    <w:p>
      <w:r>
        <w:br/>
        <w:t>— Який там з мене кавалер! — почав огинатись Ярошенко.</w:t>
      </w:r>
    </w:p>
    <w:p>
      <w:r>
        <w:br/>
        <w:t>— А коли не кавалер, то не було чого й їхати до нас у село,— нам би іншого прислали. Не вигадуйте ж ото...</w:t>
      </w:r>
    </w:p>
    <w:p>
      <w:r>
        <w:br/>
        <w:t>Ярошенко збоку зиркнув на гостроносеньке, з руденькими бровами та віями обличчя панянки, зітхнув і взяв помалу дівчину під руку.</w:t>
      </w:r>
    </w:p>
    <w:p>
      <w:r>
        <w:br/>
        <w:t>Звернули на шлях.</w:t>
      </w:r>
    </w:p>
    <w:p>
      <w:r>
        <w:br/>
        <w:t>Тільки дві тіні стали наближатися до млина,— дідько почав накручувати. Із-за панського саду срібним човником виринув на небо місяць, а кругом його золота перезва зірок. Хукнув у віконце: разками білого намиста засяяла груша на леваді, на волохатому млині світляками загорілося бадилля. Млин поменшав, осмутнів. Стало химерно якось на світі: темно — не темно, видно — не видно. По наїждженому шляху струмочками попливло кудись далеко чарне срібло, і, хлюпаючись у йому, тихо прошуміли в срібній темряві чиїсь сани. Село немов повернулось хатами, небо понижчало, зорі стали завбільшки, як сливи.</w:t>
      </w:r>
    </w:p>
    <w:p>
      <w:r>
        <w:br/>
        <w:t>Дідько схопив шапку з себе, махнув — дві зірки разом зірвалися з неба й покотились над самим млином.</w:t>
      </w:r>
    </w:p>
    <w:p>
      <w:r>
        <w:br/>
        <w:t>Дві тіні стояли недалеко коло млина, піднявши вгору голови, і лиця їм осяяло на мить рожевим світлом.</w:t>
      </w:r>
    </w:p>
    <w:p>
      <w:r>
        <w:br/>
        <w:t>— Подивіться, подивіться — які зірки покотилися!.. Я аж кинулась,— схилившись ближче до Ярошенка, швиденько промовила Женя.</w:t>
      </w:r>
    </w:p>
    <w:p>
      <w:r>
        <w:br/>
        <w:t>Ярошенко підняв вище шапку й задивився.</w:t>
      </w:r>
    </w:p>
    <w:p>
      <w:r>
        <w:br/>
        <w:t>— Та тут чудно якось,— промовив він,— немов справді наворожено.</w:t>
      </w:r>
    </w:p>
    <w:p>
      <w:r>
        <w:br/>
        <w:t>Женя жартовливо глянула на його і промовила з лукавою осмішкою:</w:t>
      </w:r>
    </w:p>
    <w:p>
      <w:r>
        <w:br/>
        <w:t>— Чи не сісти б нам під млином спочити?</w:t>
      </w:r>
    </w:p>
    <w:p>
      <w:r>
        <w:br/>
        <w:t>Ярошенкові щось стиха тьохнуло в грудях. Проте він спокійно згодився:</w:t>
      </w:r>
    </w:p>
    <w:p>
      <w:r>
        <w:br/>
        <w:t>— Ходім спочинем.</w:t>
      </w:r>
    </w:p>
    <w:p>
      <w:r>
        <w:br/>
        <w:t>— А не боїтеся? — задирливо спитала Женя.</w:t>
      </w:r>
    </w:p>
    <w:p>
      <w:r>
        <w:br/>
        <w:t>— Байдуже. Моя голова не боїться чару.</w:t>
      </w:r>
    </w:p>
    <w:p>
      <w:r>
        <w:br/>
        <w:t>— Ви звірились у тому?</w:t>
      </w:r>
    </w:p>
    <w:p>
      <w:r>
        <w:br/>
        <w:t>— Звірився.</w:t>
      </w:r>
    </w:p>
    <w:p>
      <w:r>
        <w:br/>
        <w:t>— Ну, держіться ж!..— Женя підібрала поли й, легенько грузнучи в снігу, подибала підтюпцем до млина. Широко ступаючи, брьохав за нею Ярошенко. Посідали на трухлому східці на сходах.</w:t>
      </w:r>
    </w:p>
    <w:p>
      <w:r>
        <w:br/>
        <w:t>Ярошенко насупив брови й почав говорити навмисне про нудні методики.</w:t>
      </w:r>
    </w:p>
    <w:p>
      <w:r>
        <w:br/>
        <w:t>— Ось не бубоніть краще! — жартом посварилася Женя.</w:t>
      </w:r>
    </w:p>
    <w:p>
      <w:r>
        <w:br/>
        <w:t>— А хіба що? — дражнився Ярошенко.</w:t>
      </w:r>
    </w:p>
    <w:p>
      <w:r>
        <w:br/>
        <w:t>— Цитьте! — таємниче, нишком сказала Женя.</w:t>
      </w:r>
    </w:p>
    <w:p>
      <w:r>
        <w:br/>
        <w:t>Ярошенко осміхнувся, замовк.</w:t>
      </w:r>
    </w:p>
    <w:p>
      <w:r>
        <w:br/>
        <w:t>Дідько повертав щось у млині, аж очі йому випирало з лоба; понадувались зорі, як не лопнуть, місяць осунувся нижче, витріщився на обох, настобурчивши золоті ріжки — дивиться, не зморгне. В прозорому повітрі замиготіли срібно нитки.</w:t>
      </w:r>
    </w:p>
    <w:p>
      <w:r>
        <w:br/>
        <w:t>— А що, вам нічого не діється? — пошепки питає Женя.</w:t>
      </w:r>
    </w:p>
    <w:p>
      <w:r>
        <w:br/>
        <w:t>Ярошенко лупнув очима:</w:t>
      </w:r>
    </w:p>
    <w:p>
      <w:r>
        <w:br/>
        <w:t>— Діється. Щось немов кози по спині язиком лижуть.</w:t>
      </w:r>
    </w:p>
    <w:p>
      <w:r>
        <w:br/>
        <w:t>Женя надула губки й пестливо насупилась.</w:t>
      </w:r>
    </w:p>
    <w:p>
      <w:r>
        <w:br/>
        <w:t>Дідько повернувся й плюнув із серця. Далі глянув сюди-туди, вхопив із стріхи жменю снігу й пустив злегенька дівчині в пелену.</w:t>
      </w:r>
    </w:p>
    <w:p>
      <w:r>
        <w:br/>
        <w:t>Панночка догадалась: зібрала той сніг у руку й крадькома посунула його поза Ярошенковою спиною; труснула за комір.</w:t>
      </w:r>
    </w:p>
    <w:p>
      <w:r>
        <w:br/>
        <w:t>Ярошенкові немов світ свінув.</w:t>
      </w:r>
    </w:p>
    <w:p>
      <w:r>
        <w:br/>
        <w:t>Дідько тільки посміхався з свого віконечка, дивлячись, яка знялась буча з того клаптика снігу: обоє гасали кругом млина в снігу, як марюки. Спотикались, падали, шугали по коліно в снігу, губили калоші, сипали одно на одного жменями снігу. Сміху й галасу було — немов зібрався там цілий куток. Ярошенко без пальта, червоний, як жар, то гасав за дівчиною з страшенною грудиною снігу над головою, то, згинаючись у три погибелі, закривав руками лице й тікав, не озираючись, кудись у поле.</w:t>
      </w:r>
    </w:p>
    <w:p>
      <w:r>
        <w:br/>
        <w:t>Спинились обоє під млином, стоять. У панночки повні жмені снігу, та за руки цупко держав її Ярошенко.</w:t>
      </w:r>
    </w:p>
    <w:p>
      <w:r>
        <w:br/>
        <w:t>Дивляться одно одному у вічі, сміються, а розчепитись — не розчепляться.</w:t>
      </w:r>
    </w:p>
    <w:p>
      <w:r>
        <w:br/>
        <w:t>Сміється Ярошенко, не зводить очей із панночки й сам собі дивується: і яка мара пустила неславу про дівчину, що вона погана!</w:t>
      </w:r>
    </w:p>
    <w:p>
      <w:r>
        <w:br/>
        <w:t>Обличчя в Жені справді одмінилось. Правда, воно й тепер нагадувало о. Якова, та якогось іншого. В того о. Якова лице ніби складалося з книжних значків на пожовклому папері; замість носа, брів, очей стояли коми, крапки, всякі інші закарлючки; у неї ж тепер усе лице, мов із квіток підібрано: з горошку, маку, із зірок, королевого цвіту...</w:t>
      </w:r>
    </w:p>
    <w:p>
      <w:r>
        <w:br/>
        <w:t>Щось шепнуло йому:</w:t>
      </w:r>
    </w:p>
    <w:p>
      <w:r>
        <w:br/>
        <w:t>"Скорися батюшці, попали мужицькі книжки, викинь із голови все те, про що марив самотніми ночами — і будеш найщасливіший із усіх учителів у повіті. Будеш мати тестя благочинного. А у його коні — як змії, у його фаетони, у його буде тобі царство й панство".</w:t>
      </w:r>
    </w:p>
    <w:p>
      <w:r>
        <w:br/>
        <w:t>А всередині у Ярошенка десь почало скаржитись тихо-тихесенько щось од лукавого:</w:t>
      </w:r>
    </w:p>
    <w:p>
      <w:r>
        <w:br/>
        <w:t>"Чи мало ганяли тебе по школах, чи мало було з людьми осоруги, чи мало зазнав ти нудьги та самотини?.. Людські діти живуть та на світ божий радіють, а ти марнуєш свою молодість у гризоті. Та ще коли б знаття, що все те недурно. Може, з усього того нічого й не буде, а ти собі ним тільки світ зав’яжеш"...</w:t>
      </w:r>
    </w:p>
    <w:p>
      <w:r>
        <w:br/>
        <w:t>А дівчина в руках пручається, в’юном в’ється; біліють разочком зуби, в очах миготять блискавки.</w:t>
      </w:r>
    </w:p>
    <w:p>
      <w:r>
        <w:br/>
        <w:t>Занудило Ярошенкові якимсь дивним нудом. Щось ніби вхопило його за в’язи та й пригинає ближче до тих живих квіток. І сам він незчувся, як щось задзвеніло під губами, як тоненьке скло.</w:t>
      </w:r>
    </w:p>
    <w:p>
      <w:r>
        <w:br/>
        <w:t>Аж мороз поблизу десь ахнув. Дівчина одкинулася, зляканими очима глянула на його, і її задирливе личко відразу стало таке покірне та тихе.</w:t>
      </w:r>
    </w:p>
    <w:p>
      <w:r>
        <w:br/>
        <w:t>— Додому, додому... ой додому! — швиденько промовляла вона. А Ярошенко стояв на місці як укопаний і до чогось уже прислухався...</w:t>
      </w:r>
    </w:p>
    <w:p>
      <w:r>
        <w:br/>
        <w:t>Ой співали три янголи, з неба летючи,</w:t>
      </w:r>
    </w:p>
    <w:p>
      <w:r>
        <w:br/>
        <w:t>В ясні зорі оповивши, Христа несучи.</w:t>
      </w:r>
    </w:p>
    <w:p>
      <w:r>
        <w:br/>
        <w:t>Дзвінкі, тоненькі хлоп’ячі голоси лунали під крайньою хатою поблизу од млина. Деякі голоси Ярошенко впізнав одразу: вирізнялися два дисканти братів Мосурів та чарівний альт курія й отряхи, третьогрупника Коваля.</w:t>
      </w:r>
    </w:p>
    <w:p>
      <w:r>
        <w:br/>
        <w:t>Щось свіже, як чиста течія, вливалось у груди з тими співами, і нічні чари гинули, як роса.</w:t>
      </w:r>
    </w:p>
    <w:p>
      <w:r>
        <w:br/>
        <w:t>Якої ж це вони співають?..</w:t>
      </w:r>
    </w:p>
    <w:p>
      <w:r>
        <w:br/>
        <w:t>Не одної колядки вчив він їх у школі, а такої не вчив...</w:t>
      </w:r>
    </w:p>
    <w:p>
      <w:r>
        <w:br/>
        <w:t>Самі десь навчились...</w:t>
      </w:r>
    </w:p>
    <w:p>
      <w:r>
        <w:br/>
        <w:t>Немов тихенький жаль на школярів щипнув Ярошенка: моє їм не потрібне...</w:t>
      </w:r>
    </w:p>
    <w:p>
      <w:r>
        <w:br/>
        <w:t>А голос Коваля дзвенить на все село, і щось нове, чого він не помічав у класі, бриніло в його співі: щось таке, чого він не чув ніколи в дітях за шкільними стінами й що прокидається у їх тільки під рідними стріхами. Це співали не його школярі, співали не по-шкільному. Чужими й далекими од його школи здались вони йому тепер. Своїм співом хлопці нагадали Ярошенкові своїх батьків, далеких і мало йому відомих.</w:t>
      </w:r>
    </w:p>
    <w:p>
      <w:r>
        <w:br/>
        <w:t>"І отак буде завсіди: прийдуть до мене невідомі і, підуть од мене такими ж... Чужий я їм..."</w:t>
      </w:r>
    </w:p>
    <w:p>
      <w:r>
        <w:br/>
        <w:t>Смутком обвіяло Ярошенка.</w:t>
      </w:r>
    </w:p>
    <w:p>
      <w:r>
        <w:br/>
        <w:t>— Микола Івановичу... ходімо ж додому,— взявши його під руку, сміливіше казала Женя.</w:t>
      </w:r>
    </w:p>
    <w:p>
      <w:r>
        <w:br/>
        <w:t>Ярошенко стояв і гаряче дихав. Шугнули з-під млина вітренята, подалися поміж мерзлими бур’янами, закуріли десь аж під гаєм. Потім випливали на небі білими перами, стали кружитись коло місяця. За ними посунули великі рядна.</w:t>
      </w:r>
    </w:p>
    <w:p>
      <w:r>
        <w:br/>
        <w:t>— Ходімо до хлопців,— кинув до Жені Ярошенко і, не озираючись, подався до колядників.</w:t>
      </w:r>
    </w:p>
    <w:p>
      <w:r>
        <w:br/>
        <w:t>Женя осталась одна. Недобрі огники заблищали в очах у неї.</w:t>
      </w:r>
    </w:p>
    <w:p>
      <w:r>
        <w:br/>
        <w:t>— Нахал! Мужик...— крикнула вона йому вслід.</w:t>
      </w:r>
    </w:p>
    <w:p>
      <w:r>
        <w:br/>
        <w:t>"І що мені бог дав? — думав дорогою Ярошенко.— Людям як повітка, а мені вона здалася, як квітка..."</w:t>
      </w:r>
    </w:p>
    <w:p>
      <w:r>
        <w:br/>
        <w:t>Далі думав про хлопців:</w:t>
      </w:r>
    </w:p>
    <w:p>
      <w:r>
        <w:br/>
        <w:t>"Коли я, я чужий вам, то хто ж тоді буде вам близький!" — і біг, спотикаючись, через гребні снігу до школярів...</w:t>
      </w:r>
    </w:p>
    <w:p>
      <w:r>
        <w:br/>
        <w:t>Опівночі до кривого Тихона затарабанило щось у вікно: "Тихоне, Тихоне!.. Ти спиш, а твій млин мелеться, аж стугонить. Мерщій іди та спини, а то до ранку або згорить, або каміння полускається к лихій годині".</w:t>
      </w:r>
    </w:p>
    <w:p>
      <w:r>
        <w:br/>
        <w:t>Поки Тихон поволі взувся та розшукав кобеняка, за селом палахкотіла вже пожежа.</w:t>
      </w:r>
    </w:p>
    <w:p>
      <w:r>
        <w:br/>
        <w:t>Млин горів.</w:t>
      </w:r>
    </w:p>
    <w:p>
      <w:r>
        <w:br/>
        <w:t>1911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Чарівний млин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