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Чарівна книжка</w:t>
      </w:r>
    </w:p>
    <w:p>
      <w:r>
        <w:br/>
        <w:t xml:space="preserve"> &lt;p&gt;Дечого багато забулося з того часу, а про те, як уперше завітав у нашу хату отой селюк, що його намальовано в кожусі та в шапці, про те пам’ятаю й тепер.</w:t>
      </w:r>
    </w:p>
    <w:p>
      <w:r>
        <w:br/>
        <w:t>Вечір. Зайшло якесь свято. Батько за столом читають з книжки "житіє". Обік їх, склавши руки на грудях, сидять на лавці за день наморені мати. Не слухають — своє щось думають. Тихо-тихо хлюпоще водою коло печі сестра — косу миє. А нас троє малих хлопців — на печі — поринули в казки, аж вуха горять.</w:t>
      </w:r>
    </w:p>
    <w:p>
      <w:r>
        <w:br/>
        <w:t>...Гудуть по хаті нудьгою дрімотні з святого письма слова, а на печі казки, аж шумлять:</w:t>
      </w:r>
    </w:p>
    <w:p>
      <w:r>
        <w:br/>
        <w:t>Бур-ку-ку, сестро моя,</w:t>
      </w:r>
    </w:p>
    <w:p>
      <w:r>
        <w:br/>
        <w:t>Бур-ку-ку-ку — вийди сюда,</w:t>
      </w:r>
    </w:p>
    <w:p>
      <w:r>
        <w:br/>
        <w:t>Бур-ку-ку-ку — щось тобі дам,</w:t>
      </w:r>
    </w:p>
    <w:p>
      <w:r>
        <w:br/>
        <w:t>Бур-ку-ку-ку — на, заховай.</w:t>
      </w:r>
    </w:p>
    <w:p>
      <w:r>
        <w:br/>
        <w:t>Коли це — рип двері — озивається в хату щось чуже. Ми — голови на комина, придивляємось.</w:t>
      </w:r>
    </w:p>
    <w:p>
      <w:r>
        <w:br/>
        <w:t>Сива шапка набакир, керея наопашку, в одній руці суко-ватий ціпок, у другій — в синіх палітурках книжка. Струшує з себе мряку. Неясно горіло в нашій хаті світло — ніхто зразу не впізнав. Тільки ж розслухали мову, так усі в один голос і загомоніли:</w:t>
      </w:r>
    </w:p>
    <w:p>
      <w:r>
        <w:br/>
        <w:t>— Хома! Хома приїхав.</w:t>
      </w:r>
    </w:p>
    <w:p>
      <w:r>
        <w:br/>
        <w:t>Кидаємо недоказану казку,— з печі.</w:t>
      </w:r>
    </w:p>
    <w:p>
      <w:r>
        <w:br/>
        <w:t>Хома — наш брат у перших, високий, стрункий парубок, що служив в економії десь під Миргородом.</w:t>
      </w:r>
    </w:p>
    <w:p>
      <w:r>
        <w:br/>
        <w:t>Веселий Хома, співучий та балакучий, що завжди, як прибуде в гості, то відразу і в хаті повиднішає.</w:t>
      </w:r>
    </w:p>
    <w:p>
      <w:r>
        <w:br/>
        <w:t>Так і тепер: тільки Хома на поріг — всі ті святі дрімоти, як вітром, із усіх звіяло.</w:t>
      </w:r>
    </w:p>
    <w:p>
      <w:r>
        <w:br/>
        <w:t>Батько — "житіє" набік, сам із-за столу, радий-радий:</w:t>
      </w:r>
    </w:p>
    <w:p>
      <w:r>
        <w:br/>
        <w:t>— А-а, Хома Аксентович!..</w:t>
      </w:r>
    </w:p>
    <w:p>
      <w:r>
        <w:br/>
        <w:t>Мати, сестра заметушились:</w:t>
      </w:r>
    </w:p>
    <w:p>
      <w:r>
        <w:br/>
        <w:t>— Проходь, Хомо! Сідай, Хомо! Розказуй, Хомо!</w:t>
      </w:r>
    </w:p>
    <w:p>
      <w:r>
        <w:br/>
        <w:t>Незабаром хата ніби голосніша стала.</w:t>
      </w:r>
    </w:p>
    <w:p>
      <w:r>
        <w:br/>
        <w:t>Нас, малих, знову на піч загнали — долівка холодна, а ми босі, то щоб не достали кашлю. Сідаємо ми, як і сиділи, спинами до комина, поганяємо далі:</w:t>
      </w:r>
    </w:p>
    <w:p>
      <w:r>
        <w:br/>
        <w:t>Бур-ку-ку-ку, вийди сюда...</w:t>
      </w:r>
    </w:p>
    <w:p>
      <w:r>
        <w:br/>
        <w:t>Бур-ку-ку, сестро моя.</w:t>
      </w:r>
    </w:p>
    <w:p>
      <w:r>
        <w:br/>
        <w:t>Коли чуємо...</w:t>
      </w:r>
    </w:p>
    <w:p>
      <w:r>
        <w:br/>
        <w:t>Одразу стало в хаті тихо. Так тихо, ніби всі кудись повиходили. Визираємо: ні — всі коло столу. Посхилялися над тією книжкою, що приніс Хома, роздивляються. Далі знову тато почали читати. Думали, "житіє",— аж слухаю: мов грім по хаті загримів — залунали нечувані, дивні, нові у нашій хаті слова з книжки, що од них чогось мурашки полізли поза спиною.</w:t>
      </w:r>
    </w:p>
    <w:p>
      <w:r>
        <w:br/>
        <w:t>Думи мої, думи мої,</w:t>
      </w:r>
    </w:p>
    <w:p>
      <w:r>
        <w:br/>
        <w:t>Лихо мені з вами.</w:t>
      </w:r>
    </w:p>
    <w:p>
      <w:r>
        <w:br/>
        <w:t>Чого стали на папері</w:t>
      </w:r>
    </w:p>
    <w:p>
      <w:r>
        <w:br/>
        <w:t>Сумними рядами?..</w:t>
      </w:r>
    </w:p>
    <w:p>
      <w:r>
        <w:br/>
        <w:t>Добре пам’ятаю: мов який вітер позносив нас, малих, із печі.</w:t>
      </w:r>
    </w:p>
    <w:p>
      <w:r>
        <w:br/>
        <w:t>Гунули, як груші, на припічок, додолу, бігли, самі не знаючи чого... Прибігли, за стіл посідали, повитріщали очі, нічого спершу не розуміючи.</w:t>
      </w:r>
    </w:p>
    <w:p>
      <w:r>
        <w:br/>
        <w:t>Про що саме читали, тепер забув уже, пам’ятаю тільки, що ввесь час було чудно, і дивно, і радісно, ніби в хату до нас завітав разом з Хомою ще якийсь чарівний гість. Та ще пам’ятаю, як сестра наша за плечима в матері витирала сльози рукавами.</w:t>
      </w:r>
    </w:p>
    <w:p>
      <w:r>
        <w:br/>
        <w:t>Спершу читав Хома, потім батько, потім знову Хома.</w:t>
      </w:r>
    </w:p>
    <w:p>
      <w:r>
        <w:br/>
        <w:t>Далі всі розглядали якогось селюка, що був намальований в початку книжки. Показували й нам: вусатий такий, зажурений. Як був у кожусі та в шапці, так його й змалювали. Була розмова про того селюка, але мало що ми тямили в тому. Тільки й зрозуміли, що цей чоловік за бідних людей з царями змагався; тепер сидить десь у темниці.</w:t>
      </w:r>
    </w:p>
    <w:p>
      <w:r>
        <w:br/>
        <w:t>Ми почали були розпитувати, яка то темниця.</w:t>
      </w:r>
    </w:p>
    <w:p>
      <w:r>
        <w:br/>
        <w:t>— Цур їй — отака,— одказали нам мама коротенько.</w:t>
      </w:r>
    </w:p>
    <w:p>
      <w:r>
        <w:br/>
        <w:t>Довго ще говорили вони про нього — ми вже малі й спати вклалися, а вони ще говорили.</w:t>
      </w:r>
    </w:p>
    <w:p>
      <w:r>
        <w:br/>
        <w:t>А як став я засинати, стало мені здаватися, що в грудях у мене гуде тихо-тихо, лагідно. Було радісно й дивно: ніби я не Андрій, а якийсь орган, що чогось сам собі стиха грає. І тільки-тільки одчувало вухо, що то батько знову почали вичитувати з тієї чарівнної книжки:</w:t>
      </w:r>
    </w:p>
    <w:p>
      <w:r>
        <w:br/>
        <w:t>Перебендя старий, сліпий,</w:t>
      </w:r>
    </w:p>
    <w:p>
      <w:r>
        <w:br/>
        <w:t>Хто його не знає....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Чарівна книжка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