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&lt;blockquote&gt;&lt;p&gt;...Не вперше ти мене питаєш: чи давно я дома бував або чи не мав із нашого села од матері хоч якої звістки... Сестро моя, зеле-ная руто... Уже ж я цілими роками дома не буваю, і дома не буваю та й вісті не маю. Тільки тії й вісті, що учора увечері із нашого краю вітри-поштарі пролітали, коло моїх вікон зупинялись, у вік-на гриміли, бряжчали, ніч не давали спати...</w:t>
      </w:r>
    </w:p>
    <w:p>
      <w:r>
        <w:br/>
        <w:t>(З листа)</w:t>
      </w:r>
    </w:p>
    <w:p>
      <w:r>
        <w:br/>
      </w:r>
    </w:p>
    <w:p>
      <w:r>
        <w:br/>
        <w:t>По садах вітри гасають, а над садами зоріє небо осіннє. Мале-ньку хату оступили кругом високі ясени. З ясенів спадає сухий лист на трухлу солому, падає додолу на зів’ялі півники, сережка-ми чіпляється в бур’янах. Крізь бур’яни блимає низеньке віконце, блакиттю мальоване, у віконце шматок білої стіни видно в хаті, а на стіні на білій з-під чола позирає невеселий селюк у шапці. Чо-рнобривцями заквітчаний, у рушник прибраний, а сам думний та сумний...</w:t>
      </w:r>
    </w:p>
    <w:p>
      <w:r>
        <w:br/>
        <w:t>Очима до його сидить на полу мати — праву руку на груди по-клала, а на ліву — голову схилила. У тій лівій закам’янів звернутий аркуш поштового паперу. Ходила прохати сусідського хлопця, щоб листа написав синові — грамотія дома не застала. Сіла, думає, щоб чого не забути.</w:t>
      </w:r>
    </w:p>
    <w:p>
      <w:r>
        <w:br/>
        <w:t>Так-то, не думавши, не гадавши, довелося з отим селюком за-смученим у старій хаті невеселого доживати віку...</w:t>
      </w:r>
    </w:p>
    <w:p>
      <w:r>
        <w:br/>
        <w:t>Вітри гудуть, а ясени скриплять, а матері дрімається. Дрімаєть-ся та й вчувається, що то, пустуючи, по гіллях гойдаються діти.</w:t>
      </w:r>
    </w:p>
    <w:p>
      <w:r>
        <w:br/>
        <w:t>Го-ой-да! Го-ой-да-ша!..</w:t>
      </w:r>
    </w:p>
    <w:p>
      <w:r>
        <w:br/>
        <w:t>Було у матері їх, синів, троє. Максим — найстарший, Петро — се-редульший, третій — той Андрійко безталанний. Четверта дочка — Маруся.</w:t>
      </w:r>
    </w:p>
    <w:p>
      <w:r>
        <w:br/>
        <w:t>Максим у книжках кохався, Петро любив майструвати, а той Андрійко безталанний усе малював хату з ясенами. Дочка була, як рута,— швидко взяли на сторону багаті люди. Стали сини зрос-тати. Як були маленькі — голова в матері боліла: в того чобіт не-має, в другого — свитини, третьому — на книжку немає де взяти... Попідростали — заболіло серце: треба їм раду давати, а яку? Ні в хаті, ні коло хати... Хотіли далі вчитись, так за що? "Летіть, діти, в світ долі своєї шукати".</w:t>
      </w:r>
    </w:p>
    <w:p>
      <w:r>
        <w:br/>
        <w:t>Порозлітались.</w:t>
      </w:r>
    </w:p>
    <w:p>
      <w:r>
        <w:br/>
        <w:t>Всі троє по наймах. Шлють додому листи нерадісні. Обкладеть-ся мати в сирітній хаті тими листами, дивиться на їх темними очима, сусіді жаліється: "Оцей пише: "гірко", а цей пише: "важ-ко". А що вже цьому Андрійкові безталанному, то й за всіх краще: і вихорів, і виболів... Було його і в Таврії, і в Одесі, і по шахтах, і по Кримах, і по Римах..."</w:t>
      </w:r>
    </w:p>
    <w:p>
      <w:r>
        <w:br/>
        <w:t>Сумує: "Чи всім у світі така доля вдовиченкам, як моїм трьом?"</w:t>
      </w:r>
    </w:p>
    <w:p>
      <w:r>
        <w:br/>
        <w:t>Аж ось мов буря:</w:t>
      </w:r>
    </w:p>
    <w:p>
      <w:r>
        <w:br/>
        <w:t>Воля!..</w:t>
      </w:r>
    </w:p>
    <w:p>
      <w:r>
        <w:br/>
        <w:t>З’їхались всі три до матері, обшарпані, марні, проте веселі. Раз у раз повна хата гомону — сперечаються, співають, та все з тієї кни-жки вичитують, що привезли з собою.</w:t>
      </w:r>
    </w:p>
    <w:p>
      <w:r>
        <w:br/>
        <w:t>— Хоч би ж ви й мені сказали, про що ви в тій книжці читаєте?</w:t>
      </w:r>
    </w:p>
    <w:p>
      <w:r>
        <w:br/>
        <w:t>А той Андрійко безталанний — він змалку на серце чуткий — ро-згорнув він тую книжку, кличе матір:</w:t>
      </w:r>
    </w:p>
    <w:p>
      <w:r>
        <w:br/>
        <w:t>— Ось сядьте отут коло мене...</w:t>
      </w:r>
    </w:p>
    <w:p>
      <w:r>
        <w:br/>
        <w:t>Та як вчитає-вчитає з неї, як у золоту сурму засурмив:</w:t>
      </w:r>
    </w:p>
    <w:p>
      <w:r>
        <w:br/>
        <w:t>Чи ми ще зійдемося знову?</w:t>
      </w:r>
    </w:p>
    <w:p>
      <w:r>
        <w:br/>
        <w:t>Чи вже навіки розійшлись?..</w:t>
      </w:r>
    </w:p>
    <w:p>
      <w:r>
        <w:br/>
        <w:t>Так і облили матір сльози:</w:t>
      </w:r>
    </w:p>
    <w:p>
      <w:r>
        <w:br/>
        <w:t>— Бачу я, діти, що знову буде хата моя сиротою. Куди ж поманд-руєте?</w:t>
      </w:r>
    </w:p>
    <w:p>
      <w:r>
        <w:br/>
        <w:t>— Поїдемо, мамо, учитись.</w:t>
      </w:r>
    </w:p>
    <w:p>
      <w:r>
        <w:br/>
        <w:t>— І Андрійка берете?</w:t>
      </w:r>
    </w:p>
    <w:p>
      <w:r>
        <w:br/>
        <w:t>А він скривився, сірома, та ніби в докір:</w:t>
      </w:r>
    </w:p>
    <w:p>
      <w:r>
        <w:br/>
        <w:t>— А хіба уже як мені, то й вік ходити з темними очима?</w:t>
      </w:r>
    </w:p>
    <w:p>
      <w:r>
        <w:br/>
        <w:t>— Та як на мене, то хоч би і всі учились, тільки за що, діти?</w:t>
      </w:r>
    </w:p>
    <w:p>
      <w:r>
        <w:br/>
        <w:t>Обізвався старший:</w:t>
      </w:r>
    </w:p>
    <w:p>
      <w:r>
        <w:br/>
        <w:t>— Не журіться, мамо,— іде правда на землю. Всі бідні будуть учи-тися, хто хоче, без плати.</w:t>
      </w:r>
    </w:p>
    <w:p>
      <w:r>
        <w:br/>
        <w:t>Зітхнула:</w:t>
      </w:r>
    </w:p>
    <w:p>
      <w:r>
        <w:br/>
        <w:t>— Не-е буде сього, діти, мабуть, поки й вашого віку!</w:t>
      </w:r>
    </w:p>
    <w:p>
      <w:r>
        <w:br/>
        <w:t>— Буде! — аж очі заблищали.</w:t>
      </w:r>
    </w:p>
    <w:p>
      <w:r>
        <w:br/>
        <w:t>Повинно буть, бо сонце стане</w:t>
      </w:r>
    </w:p>
    <w:p>
      <w:r>
        <w:br/>
        <w:t>І оскверненну землю спалить!..</w:t>
      </w:r>
    </w:p>
    <w:p>
      <w:r>
        <w:br/>
        <w:t>Дівер був у вдови — брат покійного чоловіка, багатий. Худобу мав, поле. Високий такий, завидющий, сухий дід. Сам сивий, а очі чорні, як у цигана — ненажерні, мстиві. Почув, що всі вдовині сини їдуть до науки, затурбувався: боявся, щоб справді братової злид-ні не вийшли в люди.</w:t>
      </w:r>
    </w:p>
    <w:p>
      <w:r>
        <w:br/>
        <w:t>Раніш у хату, було, не нагляне — тепер прийшов; постеріг, коли не було синів у хаті, заходить:</w:t>
      </w:r>
    </w:p>
    <w:p>
      <w:r>
        <w:br/>
        <w:t>— Що це ти надумала, братово! Чи з твоїми ж злиднями дітей учити? Нащо воно тобі? Давай в найми — хай учаться робити.</w:t>
      </w:r>
    </w:p>
    <w:p>
      <w:r>
        <w:br/>
        <w:t>— Знають, брате, вони тих наймів. Добре вони сидять їм у печін-ках.</w:t>
      </w:r>
    </w:p>
    <w:p>
      <w:r>
        <w:br/>
        <w:t>— А ти на легкий хліб хочеш їх вивести? Ой, дивись, не вгадаєш! — І почав: — Знаєш, які тепер часи? Ця воля недовга буде! Гляди, щоб замість легкого хліба з великого розуму в острог на казенну пайку не попали!</w:t>
      </w:r>
    </w:p>
    <w:p>
      <w:r>
        <w:br/>
        <w:t>Аж розсердилася мати:</w:t>
      </w:r>
    </w:p>
    <w:p>
      <w:r>
        <w:br/>
        <w:t>— Чи попадуть там, чи ні, а ти вже крячеш над дітьми, як чорний ворон.</w:t>
      </w:r>
    </w:p>
    <w:p>
      <w:r>
        <w:br/>
        <w:t>Почервонів, розсердився:</w:t>
      </w:r>
    </w:p>
    <w:p>
      <w:r>
        <w:br/>
        <w:t>— Я до тебе по-доброму, а ти так до мене? Як ти така, покладу гнів на тебе до самої смерті і на поріг до тебе не ступлю. Не ходи й ти до мене!</w:t>
      </w:r>
    </w:p>
    <w:p>
      <w:r>
        <w:br/>
        <w:t>— Не бійся, брате, не оббивала я до цього тобі порогів, не буду й тепер.</w:t>
      </w:r>
    </w:p>
    <w:p>
      <w:r>
        <w:br/>
        <w:t>Пішов.</w:t>
      </w:r>
    </w:p>
    <w:p>
      <w:r>
        <w:br/>
        <w:t>Пороз’їздились, як і не було.</w:t>
      </w:r>
    </w:p>
    <w:p>
      <w:r>
        <w:br/>
        <w:t>А як од’їжджали, оставили з того сумного селюка, що в книжці, на стіні малювання.</w:t>
      </w:r>
    </w:p>
    <w:p>
      <w:r>
        <w:br/>
        <w:t>— Оце вам, мамо, щоб не самі були в хаті. Змалку рідного ми не знали, то буде оцей нам за батька. Він нас розуму навчає і на сте-жку ставить.</w:t>
      </w:r>
    </w:p>
    <w:p>
      <w:r>
        <w:br/>
        <w:t>Осміхнулась мати, розглядає:</w:t>
      </w:r>
    </w:p>
    <w:p>
      <w:r>
        <w:br/>
        <w:t>— Бач, якого знайшли собі!..</w:t>
      </w:r>
    </w:p>
    <w:p>
      <w:r>
        <w:br/>
        <w:t>Та й заквітчала і в рушник прибрала.</w:t>
      </w:r>
    </w:p>
    <w:p>
      <w:r>
        <w:br/>
        <w:t>Зима морозна, люта. В хаті холодно, вікна понакипали.</w:t>
      </w:r>
    </w:p>
    <w:p>
      <w:r>
        <w:br/>
        <w:t>Лежить мати на холодній печі, стогне. Недужа.</w:t>
      </w:r>
    </w:p>
    <w:p>
      <w:r>
        <w:br/>
        <w:t>Не дотримав дівер слова — зайшов.</w:t>
      </w:r>
    </w:p>
    <w:p>
      <w:r>
        <w:br/>
        <w:t>Не розважати чи допомогти — суму та жалю нагнати.</w:t>
      </w:r>
    </w:p>
    <w:p>
      <w:r>
        <w:br/>
        <w:t>— Що, невісточко, пануєш? Маєш три сини, як соколи, а сама в холодній хаті кригнеш? Ге! Думала — гроші будуть слати, аж і вісті од їх немає. Може, де сидять уже? Тепер недовго.</w:t>
      </w:r>
    </w:p>
    <w:p>
      <w:r>
        <w:br/>
        <w:t>Ходить по хаті та все бистрим нелюбим оком на стіну, де той портрет висить, позирає. Наостанку не витерпів:</w:t>
      </w:r>
    </w:p>
    <w:p>
      <w:r>
        <w:br/>
        <w:t>— А це нащо повісила? Бач, ще й у квітки прибрала! Було кого прибирати. Та це ж той острожний, що по тюрмах все життя во-лочився. Це ж ледащо всесвітнє. Не хотів робити — тільки людей бунтував. Спали! Або давай я спалю.</w:t>
      </w:r>
    </w:p>
    <w:p>
      <w:r>
        <w:br/>
        <w:t>Стогнучи, обізвалась:</w:t>
      </w:r>
    </w:p>
    <w:p>
      <w:r>
        <w:br/>
        <w:t>— Хай висить. Не руш!</w:t>
      </w:r>
    </w:p>
    <w:p>
      <w:r>
        <w:br/>
        <w:t>— Ой, дивись, щоб і тобі чого не було за його! Думаєш, подив-ляться, що стара?</w:t>
      </w:r>
    </w:p>
    <w:p>
      <w:r>
        <w:br/>
        <w:t>— Дарма! Мені буде, не тобі!</w:t>
      </w:r>
    </w:p>
    <w:p>
      <w:r>
        <w:br/>
        <w:t>Розсердився:</w:t>
      </w:r>
    </w:p>
    <w:p>
      <w:r>
        <w:br/>
        <w:t>— Тьху на твій розум! Ну, лежи ж!</w:t>
      </w:r>
    </w:p>
    <w:p>
      <w:r>
        <w:br/>
        <w:t>Пішов.</w:t>
      </w:r>
    </w:p>
    <w:p>
      <w:r>
        <w:br/>
        <w:t>Поки був у хаті, держалась. Пішов — заплакала:</w:t>
      </w:r>
    </w:p>
    <w:p>
      <w:r>
        <w:br/>
        <w:t>— Сини мої, сини Коваленки, нащо ж ви мене покинули, стару!</w:t>
      </w:r>
    </w:p>
    <w:p>
      <w:r>
        <w:br/>
        <w:t>Не чуть, та й не чуть...</w:t>
      </w:r>
    </w:p>
    <w:p>
      <w:r>
        <w:br/>
        <w:t>Минула зима, прийшла весна, літо приходить. Аж так, пішли чутки: почали людей у тюрми брати.</w:t>
      </w:r>
    </w:p>
    <w:p>
      <w:r>
        <w:br/>
        <w:t>Болить материне серце — віщує щось. До ворожок — а ворожки, старі відьми, теж щось чують — всі в один голос: "Недобре, сестро, випадає твоїм синам, та й не одному, а всім".</w:t>
      </w:r>
    </w:p>
    <w:p>
      <w:r>
        <w:br/>
        <w:t>А дівер ходить поміж людьми, серце матері крає:</w:t>
      </w:r>
    </w:p>
    <w:p>
      <w:r>
        <w:br/>
        <w:t>— Не іначе, як сидять. Усіх таких беруть — і їх позабирали. Ге! Во-ни думали, що це так уже і буде їхнє зверху. Не так виходить!</w:t>
      </w:r>
    </w:p>
    <w:p>
      <w:r>
        <w:br/>
        <w:t>Накрякав старий ворон. Рано восени, ще не впало з дерева лис-тя, як грім, прилетіла в село до матері звістка: "Рятуй дітей, ста-ра чайко, бо гинуть!.."</w:t>
      </w:r>
    </w:p>
    <w:p>
      <w:r>
        <w:br/>
        <w:t>Один село проти пана поставив — сидить у Києві, другий не пі-шов цареві служити — посадили в Катеринославі, а третій, той Андрійко безталанний, все дошукувався правди, поки дали йому правди такої, що тепер лежить у Лубнах у лікарні, помирає.</w:t>
      </w:r>
    </w:p>
    <w:p>
      <w:r>
        <w:br/>
        <w:t>А пишуть про цеє не самі вони, пише дочка Маруся та, пишучи, разом і свою долю проклинає: "Краще втопитись, чим піти бідній за багатого". Просить-благає — провідайте!</w:t>
      </w:r>
    </w:p>
    <w:p>
      <w:r>
        <w:br/>
        <w:t>Стрепенулась мати, продає одежину, продає полотно. Полетіла, як чайка.</w:t>
      </w:r>
    </w:p>
    <w:p>
      <w:r>
        <w:br/>
        <w:t>Вік прожила, по світах не бувала, на старість довелося...</w:t>
      </w:r>
    </w:p>
    <w:p>
      <w:r>
        <w:br/>
        <w:t>Їхала до Катеринослава — завернула дочку провідати.</w:t>
      </w:r>
    </w:p>
    <w:p>
      <w:r>
        <w:br/>
        <w:t>Якраз у час попала: сидить дочка коло столу заплакана, марна... Побачила матір, на плече впала, ридає:</w:t>
      </w:r>
    </w:p>
    <w:p>
      <w:r>
        <w:br/>
        <w:t>— Матінко, рідная, пропав мій вік!</w:t>
      </w:r>
    </w:p>
    <w:p>
      <w:r>
        <w:br/>
        <w:t>— А що, може, б’є?</w:t>
      </w:r>
    </w:p>
    <w:p>
      <w:r>
        <w:br/>
        <w:t>— Нівечить і б’є мало не щодня!</w:t>
      </w:r>
    </w:p>
    <w:p>
      <w:r>
        <w:br/>
        <w:t>Розповідає: раніш іще не так, а це як забрали братів, жити не дає: брати твої вороги мені, і ти мені ворог. А це був мені од Мак-сима лист, хотіла якого рубля послати. Побачив — бив. "Не смій, сяка-така, тим босякам грошей слати!"</w:t>
      </w:r>
    </w:p>
    <w:p>
      <w:r>
        <w:br/>
        <w:t>Грюкнуло в сінях — затремтіла.</w:t>
      </w:r>
    </w:p>
    <w:p>
      <w:r>
        <w:br/>
        <w:t>— Чого це ти, дочко?</w:t>
      </w:r>
    </w:p>
    <w:p>
      <w:r>
        <w:br/>
        <w:t>— Він! — Благає: — Мамо, голубко, може, буде бити, не кидайтесь боронить!..</w:t>
      </w:r>
    </w:p>
    <w:p>
      <w:r>
        <w:br/>
        <w:t>— Не буде того, щоб при мені мою кров тут нівечив,— краще з ха-ти піду.</w:t>
      </w:r>
    </w:p>
    <w:p>
      <w:r>
        <w:br/>
        <w:t>Увійшов п’яний, червоний, світить очима, як скалками:</w:t>
      </w:r>
    </w:p>
    <w:p>
      <w:r>
        <w:br/>
        <w:t>— З ким ти тут шепочеш?</w:t>
      </w:r>
    </w:p>
    <w:p>
      <w:r>
        <w:br/>
        <w:t>Побачив — не поздоровкався.</w:t>
      </w:r>
    </w:p>
    <w:p>
      <w:r>
        <w:br/>
        <w:t>— Ага! Матір виписала. Думаєш — злякаюсь. Може, і ця приїхала по гроші? Старці чортові!</w:t>
      </w:r>
    </w:p>
    <w:p>
      <w:r>
        <w:br/>
        <w:t>— Не по твої гроші я приїхала — свою нещасну горювальницю провідати.</w:t>
      </w:r>
    </w:p>
    <w:p>
      <w:r>
        <w:br/>
        <w:t>За сакви, за костур:</w:t>
      </w:r>
    </w:p>
    <w:p>
      <w:r>
        <w:br/>
        <w:t>— Прощавай, дочко, виходь за ворота.</w:t>
      </w:r>
    </w:p>
    <w:p>
      <w:r>
        <w:br/>
        <w:t>Він:</w:t>
      </w:r>
    </w:p>
    <w:p>
      <w:r>
        <w:br/>
        <w:t>— Ще й двері одчиню!..— Одчинив.</w:t>
      </w:r>
    </w:p>
    <w:p>
      <w:r>
        <w:br/>
        <w:t>Пішла з двору не оглядаючись.</w:t>
      </w:r>
    </w:p>
    <w:p>
      <w:r>
        <w:br/>
        <w:t>Геть-геть вийшла за село в степ — аж чує — за нею стугонить: ле-тить, кричить, плаче:</w:t>
      </w:r>
    </w:p>
    <w:p>
      <w:r>
        <w:br/>
        <w:t>— Мамо!</w:t>
      </w:r>
    </w:p>
    <w:p>
      <w:r>
        <w:br/>
        <w:t>Простоволоса, з свіжими синяками.</w:t>
      </w:r>
    </w:p>
    <w:p>
      <w:r>
        <w:br/>
        <w:t>— Я ж вас, мамо, стільки років сподівалась, як свята. Верніться, хоч ніч переночуєте!</w:t>
      </w:r>
    </w:p>
    <w:p>
      <w:r>
        <w:br/>
        <w:t>— Не подоба мені, дочко, і одну ніч ночувати в твого ката.</w:t>
      </w:r>
    </w:p>
    <w:p>
      <w:r>
        <w:br/>
        <w:t>Посідали в степу. І наговорились, і наплакались. Наостанку ра-дить мати:</w:t>
      </w:r>
    </w:p>
    <w:p>
      <w:r>
        <w:br/>
        <w:t>— Кидай його, дочко, хай він горить із своїм добром. Кидай, бо пустить твій вік намарне.</w:t>
      </w:r>
    </w:p>
    <w:p>
      <w:r>
        <w:br/>
        <w:t>Задумалась дочка. Далі заплакала:</w:t>
      </w:r>
    </w:p>
    <w:p>
      <w:r>
        <w:br/>
        <w:t>— Я вже про це, мамо, не раз думала: дітей жаль. Вони ж заги-нуть за таким батьком.</w:t>
      </w:r>
    </w:p>
    <w:p>
      <w:r>
        <w:br/>
        <w:t>— На те не вважай — бери дітей з собою. Якось будемо жити. Оце моя тобі остання, дочко, рада.</w:t>
      </w:r>
    </w:p>
    <w:p>
      <w:r>
        <w:br/>
        <w:t>Прощаючись, дочка виймає вузлик, за слізьми його не бачить. Вив’язала з узлика три срібні карбованці, дає матері:</w:t>
      </w:r>
    </w:p>
    <w:p>
      <w:r>
        <w:br/>
        <w:t>— Будете бачить, передайте братам кожному по карбованцю.</w:t>
      </w:r>
    </w:p>
    <w:p>
      <w:r>
        <w:br/>
        <w:t>— Не буду я, дочко, брати в тебе цих грошей, не буду й передава-ти: обійдуться мої сини і без його грошей.</w:t>
      </w:r>
    </w:p>
    <w:p>
      <w:r>
        <w:br/>
        <w:t>— О, мамо! Та це ж мої гроші! Та невже я не заробила в його, щоб...— Не доказала. Заридала гірко-гірко: — Я ж і так, мамо, неща-сна, нащо ж ще й ви завдаєте жалю та сліз!</w:t>
      </w:r>
    </w:p>
    <w:p>
      <w:r>
        <w:br/>
        <w:t>Шкода стало: взяла.</w:t>
      </w:r>
    </w:p>
    <w:p>
      <w:r>
        <w:br/>
        <w:t>Іде — печуть її ті карбованці огнем.</w:t>
      </w:r>
    </w:p>
    <w:p>
      <w:r>
        <w:br/>
        <w:t>Дійшла до міста, знайшла убоге дворище та й повкидала ті ка-рбованці. Нехай знайдуть, може, чиїсь діти...</w:t>
      </w:r>
    </w:p>
    <w:p>
      <w:r>
        <w:br/>
        <w:t>Гуркотить машина.</w:t>
      </w:r>
    </w:p>
    <w:p>
      <w:r>
        <w:br/>
        <w:t>У вагоні повно всякого люду. Коло вікна збився гурток, посере-дині стара жінка з латаними саквами. Плаче, побивається, чужим людям, як рідним, своє горе розповідає: про синів, про дочку, про зятя. І знову про синів: про Петра, і про Максима, і про того Анд-рійка безталанного. Плутає імення — голова забита. Розкаже раз, другий — знову починає про те ж:</w:t>
      </w:r>
    </w:p>
    <w:p>
      <w:r>
        <w:br/>
        <w:t>— Приїхала в Катеринослав до Петра, там сказали, що його наді-слано вже в Харків. Поки поїхала в Харків, а вже його і там немає. Кажуть, треба було, бабо, раніш приїздити, бо вже твого сина по-слали аж у той Нарим...</w:t>
      </w:r>
    </w:p>
    <w:p>
      <w:r>
        <w:br/>
        <w:t>— То так і не бачили?</w:t>
      </w:r>
    </w:p>
    <w:p>
      <w:r>
        <w:br/>
        <w:t>— Постояла коло воріт, подивилась на ті страшні стіни муровані, виплакалась та оце їду до Андрійка... До цього їду, а третій, Мак-симко, з думки не йде, бо й до його ж треба, бо й тому горе...</w:t>
      </w:r>
    </w:p>
    <w:p>
      <w:r>
        <w:br/>
        <w:t>— А де ж, бабо, цей уже твій Максимко?</w:t>
      </w:r>
    </w:p>
    <w:p>
      <w:r>
        <w:br/>
        <w:t>— А Максимка посадили в Києві.</w:t>
      </w:r>
    </w:p>
    <w:p>
      <w:r>
        <w:br/>
        <w:t>— Теж у тюрму?</w:t>
      </w:r>
    </w:p>
    <w:p>
      <w:r>
        <w:br/>
        <w:t>— В тюрму ж — не куди.</w:t>
      </w:r>
    </w:p>
    <w:p>
      <w:r>
        <w:br/>
        <w:t>Збоку сидить панок, перснями грається. Чмихає носом, вер-титься на місці, не всидить... Далі не втерпів:</w:t>
      </w:r>
    </w:p>
    <w:p>
      <w:r>
        <w:br/>
        <w:t>— Добре ж учила, бабо, синів, що одного й другого в тюрму по-садили. Може, й третій туди б попав, коли б не хворий? Га?</w:t>
      </w:r>
    </w:p>
    <w:p>
      <w:r>
        <w:br/>
        <w:t>Дивиться на свого сусіду, осміхається. Примовкла жінка, тільки зігнулась, скривилась-скривилась, так ніби він тими словами ко-лючку загородив їй у груди...</w:t>
      </w:r>
    </w:p>
    <w:p>
      <w:r>
        <w:br/>
        <w:t>Добре і тут нагодилась: із станції прямо на кладовище;..</w:t>
      </w:r>
    </w:p>
    <w:p>
      <w:r>
        <w:br/>
        <w:t>Скільки золота, золота того сумного, осіннього... Скрізь — поміж хрестами, поміж могилами, по лавочках, навіть на пам’ятниках і хрестах... На кладовищі од його аж сяє... Коли вперше глянеш на це море жовтого листу, зразу аж серце стенеться: на мить помрі-ється обмареним очам, що то повно скрізь весняного сонця, його золотого, гарячого проміння. А глянеш удруге — і серце заниє: не-ма сонця — то золота печаль. Сум...</w:t>
      </w:r>
    </w:p>
    <w:p>
      <w:r>
        <w:br/>
        <w:t>Над свіжою могилою — молодь, шумить, як зелений сад. Стоїть тихим чаром подих юності. Блиск молодих очей, запальні промо-ви, гомін...</w:t>
      </w:r>
    </w:p>
    <w:p>
      <w:r>
        <w:br/>
        <w:t>Жінка... сакви на плечах. Марна...</w:t>
      </w:r>
    </w:p>
    <w:p>
      <w:r>
        <w:br/>
        <w:t>Плаче.</w:t>
      </w:r>
    </w:p>
    <w:p>
      <w:r>
        <w:br/>
        <w:t>Оступили:</w:t>
      </w:r>
    </w:p>
    <w:p>
      <w:r>
        <w:br/>
        <w:t>— Що таке? Хто ви, бабусю?</w:t>
      </w:r>
    </w:p>
    <w:p>
      <w:r>
        <w:br/>
        <w:t>— Ох, діточки мої, та це ж мого Андрійка ви тут поховали!</w:t>
      </w:r>
    </w:p>
    <w:p>
      <w:r>
        <w:br/>
        <w:t>Зашуміли:</w:t>
      </w:r>
    </w:p>
    <w:p>
      <w:r>
        <w:br/>
        <w:t>— Мати! Мати!</w:t>
      </w:r>
    </w:p>
    <w:p>
      <w:r>
        <w:br/>
        <w:t>Дали виплакатись. Розпитували, далі почали про сина розпові-дати: один поспішає розповісти перед другим.</w:t>
      </w:r>
    </w:p>
    <w:p>
      <w:r>
        <w:br/>
        <w:t>— А чи знаєте, бабусю, що у вашого Андрійка був талант?</w:t>
      </w:r>
    </w:p>
    <w:p>
      <w:r>
        <w:br/>
        <w:t>Зводить на їх заплакані зацікавлені очі:</w:t>
      </w:r>
    </w:p>
    <w:p>
      <w:r>
        <w:br/>
        <w:t>— Як се, діти, талант?</w:t>
      </w:r>
    </w:p>
    <w:p>
      <w:r>
        <w:br/>
        <w:t>Пояснили:</w:t>
      </w:r>
    </w:p>
    <w:p>
      <w:r>
        <w:br/>
        <w:t>— Маляр був би з його людям на диво та на радість.</w:t>
      </w:r>
    </w:p>
    <w:p>
      <w:r>
        <w:br/>
        <w:t>Розмовляли, розважали, поки й сонце зайшло.</w:t>
      </w:r>
    </w:p>
    <w:p>
      <w:r>
        <w:br/>
        <w:t>— Ходімо, бабусю, з нами, ми вас переночуємо.</w:t>
      </w:r>
    </w:p>
    <w:p>
      <w:r>
        <w:br/>
        <w:t>Затурбувалась:</w:t>
      </w:r>
    </w:p>
    <w:p>
      <w:r>
        <w:br/>
        <w:t>— Ні, ні. Оставте мене, діти, тут.</w:t>
      </w:r>
    </w:p>
    <w:p>
      <w:r>
        <w:br/>
        <w:t>Не домагались... Тихо-тихо розійшлись, залишивши стару у си-на в гостях одну.</w:t>
      </w:r>
    </w:p>
    <w:p>
      <w:r>
        <w:br/>
        <w:t>Так і просиділа над свіжою могилою всю ніч, при зорях розмо-вляючи з сином. Припадала головою до могили, питала:</w:t>
      </w:r>
    </w:p>
    <w:p>
      <w:r>
        <w:br/>
        <w:t>— Чи ти оце чуєш, сину, що я говорю до тебе?</w:t>
      </w:r>
    </w:p>
    <w:p>
      <w:r>
        <w:br/>
        <w:t>А як почало видніти, умилась росою, пішла до базару, питаєть-ся:</w:t>
      </w:r>
    </w:p>
    <w:p>
      <w:r>
        <w:br/>
        <w:t>— Де б я тут найнялась хати мазать або води носити?</w:t>
      </w:r>
    </w:p>
    <w:p>
      <w:r>
        <w:br/>
        <w:t>Київ... По бульвару плентає, як нічна тінь серед білої днини, стара жінка. Коло личаків — курява, як димок,— всилу ноги пересу-ває. Чи невидюща, чи на ноги недужа. На плечах — сакви, в руках — костур. Спинилася коло лавочки, де веселою юрмою сиділа мо-лодь. Дивиться на юнаків, хоче щось спитати — очі засвітять щи-рістю та й знову погаснуть — боїться.</w:t>
      </w:r>
    </w:p>
    <w:p>
      <w:r>
        <w:br/>
        <w:t>Помітили. Привітно:</w:t>
      </w:r>
    </w:p>
    <w:p>
      <w:r>
        <w:br/>
        <w:t>— А що вам, бабусю?</w:t>
      </w:r>
    </w:p>
    <w:p>
      <w:r>
        <w:br/>
        <w:t>Губи ворушаться — щось каже — не чути.</w:t>
      </w:r>
    </w:p>
    <w:p>
      <w:r>
        <w:br/>
        <w:t>— Голосніше, бабусю, не чуємо!</w:t>
      </w:r>
    </w:p>
    <w:p>
      <w:r>
        <w:br/>
        <w:t>Підійшла ближче:</w:t>
      </w:r>
    </w:p>
    <w:p>
      <w:r>
        <w:br/>
        <w:t>— Скажіть, будьте ласкаві, де у вас тюрма пересильна?</w:t>
      </w:r>
    </w:p>
    <w:p>
      <w:r>
        <w:br/>
        <w:t>— Далі. Отам-отам! Бачите оті тополі, так за ними: Одві-дувать когось ідете?</w:t>
      </w:r>
    </w:p>
    <w:p>
      <w:r>
        <w:br/>
        <w:t>— Максимка, сина... Іду та й не знаю, як мені туди доступити. Кажуть, що, може, й не пустять.</w:t>
      </w:r>
    </w:p>
    <w:p>
      <w:r>
        <w:br/>
        <w:t>— Під слідством?</w:t>
      </w:r>
    </w:p>
    <w:p>
      <w:r>
        <w:br/>
        <w:t>— Еге ж, еге — під слідством.</w:t>
      </w:r>
    </w:p>
    <w:p>
      <w:r>
        <w:br/>
        <w:t>— То, мабуть, таки й не пустять.</w:t>
      </w:r>
    </w:p>
    <w:p>
      <w:r>
        <w:br/>
        <w:t>— Радили прохати начальників, може, зглянуться, що я стара та дуже здалека.</w:t>
      </w:r>
    </w:p>
    <w:p>
      <w:r>
        <w:br/>
        <w:t>— А звідкіля ж ви, бабусю?</w:t>
      </w:r>
    </w:p>
    <w:p>
      <w:r>
        <w:br/>
        <w:t>— Ох, сяду я, діти, коло вас та трохи спочину.</w:t>
      </w:r>
    </w:p>
    <w:p>
      <w:r>
        <w:br/>
        <w:t>Сіла на лавочку.</w:t>
      </w:r>
    </w:p>
    <w:p>
      <w:r>
        <w:br/>
        <w:t>— Здалека я, діти, дуже здалека: може, чули, є там село...</w:t>
      </w:r>
    </w:p>
    <w:p>
      <w:r>
        <w:br/>
        <w:t>А незабаром вже розповідала і про дочку, і про Петра, і про Ма-ксима. А надто про того Андрійка. Все пригадала. Згадала і те, як лежав недужий колись, вернувшись з Криму, кавуна забажав.</w:t>
      </w:r>
    </w:p>
    <w:p>
      <w:r>
        <w:br/>
        <w:t>— Дуже любив їх він змалку. Скривився: "Так оце б я, мамо, ка-вунця з’їв, так з’їв..."</w:t>
      </w:r>
    </w:p>
    <w:p>
      <w:r>
        <w:br/>
        <w:t>А в неї лежав у скрині срібний карбованець — збиралася восени хату крити,— пожаліла не купила.</w:t>
      </w:r>
    </w:p>
    <w:p>
      <w:r>
        <w:br/>
        <w:t>Зітхнула, похитала гірко головою:</w:t>
      </w:r>
    </w:p>
    <w:p>
      <w:r>
        <w:br/>
        <w:t>— Кажуть: талант... Гіркий, сину, був твій талант.</w:t>
      </w:r>
    </w:p>
    <w:p>
      <w:r>
        <w:br/>
        <w:t>Витирає очі полою.</w:t>
      </w:r>
    </w:p>
    <w:p>
      <w:r>
        <w:br/>
        <w:t>— Сину мій безталанний, та коли б же я була знала, що ти ще й людям будеш до чогось гідний, то я б тії й останньої ночі недоси-пала та тії людям мітки пряла...</w:t>
      </w:r>
    </w:p>
    <w:p>
      <w:r>
        <w:br/>
        <w:t>Оточили, слухають, як води в рот понабирали. Очі дедалі смут-ніють, обличчя темніють, ніби в хмару зайшли.</w:t>
      </w:r>
    </w:p>
    <w:p>
      <w:r>
        <w:br/>
        <w:t>Хтось зітхає з глибини:</w:t>
      </w:r>
    </w:p>
    <w:p>
      <w:r>
        <w:br/>
        <w:t>— Погостювала бабуся в дітей.</w:t>
      </w:r>
    </w:p>
    <w:p>
      <w:r>
        <w:br/>
        <w:t>— Отож такі гості: з дочкою в чужому наговорилась степу, а в сина насиділась на могилі. Не знаю, як пощастить тут... Ох!..</w:t>
      </w:r>
    </w:p>
    <w:p>
      <w:r>
        <w:br/>
        <w:t>Задумалась.</w:t>
      </w:r>
    </w:p>
    <w:p>
      <w:r>
        <w:br/>
        <w:t>Кинулась — бере сакви на плечі.</w:t>
      </w:r>
    </w:p>
    <w:p>
      <w:r>
        <w:br/>
        <w:t>— Піду я вже. Коли не пустять, то хоч подачу, може, приймуть. Купила груш, сливок трохи, булочку... Треба б чогось кращого, так грошей обмаль. І то мусила заробляти найнялася хату мазати... У місті, у євреїв...</w:t>
      </w:r>
    </w:p>
    <w:p>
      <w:r>
        <w:br/>
        <w:t>На хвилину спинилась, і в очах пролинула якась хмарка. Зі-тхнула, похитала головою:</w:t>
      </w:r>
    </w:p>
    <w:p>
      <w:r>
        <w:br/>
        <w:t>— Отам іще життя! Тії бідні діти, як бур’ян ростуть. Та в чиряках, та в болячках, та нестрижені, та замурзані. Я вже сама їх і помила, і постригла, і ліків їм дістала. "Дивись,— кажу,— Хайко,— це до мате-рі,— щоб ти мені отак і отак робила!" А то народить — народила, та й покидала, як щенята...</w:t>
      </w:r>
    </w:p>
    <w:p>
      <w:r>
        <w:br/>
        <w:t>— Прощавайте, діти... Спасибі за раду.</w:t>
      </w:r>
    </w:p>
    <w:p>
      <w:r>
        <w:br/>
        <w:t>Грати...</w:t>
      </w:r>
    </w:p>
    <w:p>
      <w:r>
        <w:br/>
        <w:t>Повно їх нагнали, повно — сісти немає де. Всі молоді, як зелений ліс. Гомін, співи — ніби на свято зібрались. Стелять собі шлях да-лекий:</w:t>
      </w:r>
    </w:p>
    <w:p>
      <w:r>
        <w:br/>
        <w:t>Куди вони йдуть,</w:t>
      </w:r>
    </w:p>
    <w:p>
      <w:r>
        <w:br/>
        <w:t>Там бори гудуть...</w:t>
      </w:r>
    </w:p>
    <w:p>
      <w:r>
        <w:br/>
        <w:t>А один молоденький, безусий — зовсім дитина, з "Кобзарем" у руці, як із молитовником, все коло вікна отирається. З ранку до вечора. Все йому цікаво, що там на вільному діється світі: дядько на возі і чиясь коза...</w:t>
      </w:r>
    </w:p>
    <w:p>
      <w:r>
        <w:br/>
        <w:t>Кличе:</w:t>
      </w:r>
    </w:p>
    <w:p>
      <w:r>
        <w:br/>
        <w:t>— Товариші, а подивіться, що воно за жінка сидить проти наших вікон. І вчора цілий день сиділа, і сьогодні сидить. Сидить та все на вікна позирає.</w:t>
      </w:r>
    </w:p>
    <w:p>
      <w:r>
        <w:br/>
        <w:t>Один по одному — стовпились коло вікна, крадькома вигляда-ють за грати, гомонять:</w:t>
      </w:r>
    </w:p>
    <w:p>
      <w:r>
        <w:br/>
        <w:t>— Бідна бабуся — певно, десь до сина примандрувала!</w:t>
      </w:r>
    </w:p>
    <w:p>
      <w:r>
        <w:br/>
        <w:t>— Та, видко, й не зблизька — одіж якась незнакома.</w:t>
      </w:r>
    </w:p>
    <w:p>
      <w:r>
        <w:br/>
        <w:t>Почали вгадувати: один каже — так ходять на Волині, другий — понад Десною.</w:t>
      </w:r>
    </w:p>
    <w:p>
      <w:r>
        <w:br/>
        <w:t>— Буханчика з калиною привезла, сердешна, синові,— жаліє жва-вий хлопчик.</w:t>
      </w:r>
    </w:p>
    <w:p>
      <w:r>
        <w:br/>
        <w:t>Максим лежав на нарах. Снилась йому сю ніч хата під ясенами і півники в городчику, і брат Андрій — вже не хворий, веселий-веселий, радісний, як тільки малим бував... Цілий день, як обма-рений, ходив, думав про долю, що розігнала їх по чужинах...</w:t>
      </w:r>
    </w:p>
    <w:p>
      <w:r>
        <w:br/>
        <w:t>Почув розмову, устав, підійшов до гурту. Визирнув і собі через плечі у грати... Думає: такі свитки носять і в нашому селі. Нагнув-ся, придивляється. Далі зразу — одного в один бік, другого в дру-гий, мовчки порозпихав товаришів, прожогом рвонувся до вікна. Очі заблищали, сам загорівся, серце билося, аж збоку було чути. Продерся до грат, тикається лицем то в одну дірку, то в другу, да-лі лицем до холодного гратища як прикипів.</w:t>
      </w:r>
    </w:p>
    <w:p>
      <w:r>
        <w:br/>
        <w:t>Крикнув на всі груди:</w:t>
      </w:r>
    </w:p>
    <w:p>
      <w:r>
        <w:br/>
        <w:t>— Мамо!..</w:t>
      </w:r>
    </w:p>
    <w:p>
      <w:r>
        <w:br/>
        <w:t>Всі аж кинулись од його.</w:t>
      </w:r>
    </w:p>
    <w:p>
      <w:r>
        <w:br/>
        <w:t>— Мамо Ковалихо!</w:t>
      </w:r>
    </w:p>
    <w:p>
      <w:r>
        <w:br/>
        <w:t>Жінка на шляху здригнула, підвела голову, повела очима по ві-кнах. Побачила, схопилась, біжить до стіни. Плутається з саквами, руки вгору підіймає, як крила, мов до грат летіть зривається. Щось говорить — не чути.</w:t>
      </w:r>
    </w:p>
    <w:p>
      <w:r>
        <w:br/>
        <w:t>Мов із гнізда чорний крук стрибнув їй назустріч. Навперейми руки розставляє. Стала, благає, кланяється, руку до серця кладе.</w:t>
      </w:r>
    </w:p>
    <w:p>
      <w:r>
        <w:br/>
        <w:t>Наставляє проти грудей багнета.</w:t>
      </w:r>
    </w:p>
    <w:p>
      <w:r>
        <w:br/>
        <w:t>— Мамо! Тікайте од його, то скажена собака!</w:t>
      </w:r>
    </w:p>
    <w:p>
      <w:r>
        <w:br/>
        <w:t>Не чує: нагинається, ловить його руку цілувати.</w:t>
      </w:r>
    </w:p>
    <w:p>
      <w:r>
        <w:br/>
        <w:t>Люто шарпонув її за плече, повернув до себе спиною, турнув межи плечі кулачищем.</w:t>
      </w:r>
    </w:p>
    <w:p>
      <w:r>
        <w:br/>
        <w:t>Упала лицем на шлях, аж сорочка блиснула. Покотились сакви, посипалось із саков: хлібець, полотняна сорочка, кілька грушок...</w:t>
      </w:r>
    </w:p>
    <w:p>
      <w:r>
        <w:br/>
        <w:t>Із-за грат, як грім:</w:t>
      </w:r>
    </w:p>
    <w:p>
      <w:r>
        <w:br/>
        <w:t>— Шкура! Гадюка! Буде правда на вас, на катів, буде суд!</w:t>
      </w:r>
    </w:p>
    <w:p>
      <w:r>
        <w:br/>
        <w:t>Тремтять грати.</w:t>
      </w:r>
    </w:p>
    <w:p>
      <w:r>
        <w:br/>
        <w:t>Знову хатина між ясенами. Коло хати — пустиня, все позароста-ло бур’яном. Обійшла город, подвір’я — вертається знову до хати.</w:t>
      </w:r>
    </w:p>
    <w:p>
      <w:r>
        <w:br/>
        <w:t>В хаті вже дівер. Стоїть коло стіни, з гвіздком у руці. Очі горять, як у вовка, сам аж тремтить... гвіздком на портрет націлюється...</w:t>
      </w:r>
    </w:p>
    <w:p>
      <w:r>
        <w:br/>
        <w:t>Скрикнула:</w:t>
      </w:r>
    </w:p>
    <w:p>
      <w:r>
        <w:br/>
        <w:t>— Що ти хочеш робити? — вхопила за руку.</w:t>
      </w:r>
    </w:p>
    <w:p>
      <w:r>
        <w:br/>
        <w:t>— Пусти! Я йому, острожникові, очі повиколюю! Це ж він дітей твоїх занапастив, це ж вони пішли його слідами до своєї погибелі.</w:t>
      </w:r>
    </w:p>
    <w:p>
      <w:r>
        <w:br/>
        <w:t>Рветься до стіни. Одіпхнула, стала між ним і стіною.</w:t>
      </w:r>
    </w:p>
    <w:p>
      <w:r>
        <w:br/>
        <w:t>— Се, брате, дурне! Порядкуй у своїй хаті, а не в мене. Аж зади-халась.</w:t>
      </w:r>
    </w:p>
    <w:p>
      <w:r>
        <w:br/>
        <w:t>Співали півні.</w:t>
      </w:r>
    </w:p>
    <w:p>
      <w:r>
        <w:br/>
        <w:t>Одні й другі — сидить мати, як сиділа.</w:t>
      </w:r>
    </w:p>
    <w:p>
      <w:r>
        <w:br/>
        <w:t>А вітри гудуть...</w:t>
      </w:r>
    </w:p>
    <w:p>
      <w:r>
        <w:br/>
        <w:t>Вітри будуть, а ясени риплять, а матері дрімається...</w:t>
      </w:r>
    </w:p>
    <w:p>
      <w:r>
        <w:br/>
        <w:t>Затріщав каганець — гасне.</w:t>
      </w:r>
    </w:p>
    <w:p>
      <w:r>
        <w:br/>
        <w:t>Глибоко-глибоко зітхнула, підвелась, налагодила гніт.</w:t>
      </w:r>
    </w:p>
    <w:p>
      <w:r>
        <w:br/>
        <w:t>Стала посеред хати, на того селюка, що на стіні, очі зводить...</w:t>
      </w:r>
    </w:p>
    <w:p>
      <w:r>
        <w:br/>
        <w:t>Не: любить його дівер. Боїться. Все збирається колись порізати або спалити, а стара звикла до його, як до живої душі в хаті, мов-би поріднилася з ним.</w:t>
      </w:r>
    </w:p>
    <w:p>
      <w:r>
        <w:br/>
        <w:t>Підійшла до малюнка, обсмикала рушник, краще квіти порів-няла, починає говорити до його стиха:</w:t>
      </w:r>
    </w:p>
    <w:p>
      <w:r>
        <w:br/>
        <w:t>— Скажи, сумний, скажи, невеселий, ще й нерадісний: куди мої діти позаводив? Де мені їх шукати? Куди листи слати?</w:t>
      </w:r>
    </w:p>
    <w:p>
      <w:r>
        <w:br/>
        <w:t>Витерла сльози, зітхнула.</w:t>
      </w:r>
    </w:p>
    <w:p>
      <w:r>
        <w:br/>
        <w:t>— Як то в тій пісні співається:</w:t>
      </w:r>
    </w:p>
    <w:p>
      <w:r>
        <w:br/>
        <w:t>Писала листи ніченьками,</w:t>
      </w:r>
    </w:p>
    <w:p>
      <w:r>
        <w:br/>
        <w:t>А печатувала слізоньками,</w:t>
      </w:r>
    </w:p>
    <w:p>
      <w:r>
        <w:br/>
        <w:t>А пересилала тими буйними вітроньками...</w:t>
      </w:r>
    </w:p>
    <w:p>
      <w:r>
        <w:br/>
        <w:t>Чи так, сумний?</w:t>
      </w:r>
    </w:p>
    <w:p>
      <w:r>
        <w:br/>
        <w:t>Мовчить, невеселий, мов із заліза кований, не гляне, бровою не поведе — твердий як криця. Тільки з думного чола, як огнем, па-шить, та ще причувається: ніби потаємки гуде в старій хатині бу-нтар — золотий дзвін:</w:t>
      </w:r>
    </w:p>
    <w:p>
      <w:r>
        <w:br/>
        <w:t>І буде правда на землі!..</w:t>
      </w:r>
    </w:p>
    <w:p>
      <w:r>
        <w:br/>
        <w:t>Повинна буть, бо сонце стане</w:t>
      </w:r>
    </w:p>
    <w:p>
      <w:r>
        <w:br/>
        <w:t>І оскверненну землю спалить...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