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 з метеликом</w:t>
      </w:r>
    </w:p>
    <w:p>
      <w:r>
        <w:br/>
        <w:t xml:space="preserve"> В нічного міста тихім закапелку&lt;br /&gt;</w:t>
        <w:br/>
        <w:t>Присяду на скуйовджену траву,&lt;br /&gt;</w:t>
        <w:br/>
        <w:t>У мене чаювання із метеликом&lt;br /&gt;</w:t>
        <w:br/>
        <w:t>Під музику бентежну, вітрову.</w:t>
      </w:r>
    </w:p>
    <w:p>
      <w:r>
        <w:br/>
        <w:t>З весни тієї тут усе інакше,&lt;br /&gt;</w:t>
        <w:br/>
        <w:t>Вже дерева, і діти підросли…&lt;br /&gt;</w:t>
        <w:br/>
        <w:t>Весняний парк, неначе повна чаша&lt;br /&gt;</w:t>
        <w:br/>
        <w:t>У кольорових крапельках смоли.</w:t>
      </w:r>
    </w:p>
    <w:p>
      <w:r>
        <w:br/>
        <w:t>А ми удвох. І пахне матіола,&lt;br /&gt;</w:t>
        <w:br/>
        <w:t>Клопочеться дрібнесенький ручай,&lt;br /&gt;</w:t>
        <w:br/>
        <w:t>І незабудки все кружляють колом,&lt;br /&gt;</w:t>
        <w:br/>
        <w:t>Давай і їх запросимо на чай.</w:t>
      </w:r>
    </w:p>
    <w:p>
      <w:r>
        <w:br/>
        <w:t>Мені б ковточок весняного духу,&lt;br /&gt;</w:t>
        <w:br/>
        <w:t>Твоїх крилят роздолля золоте,&lt;br /&gt;</w:t>
        <w:br/>
        <w:t>Я пісню розпочну, а ти послухай:&lt;br /&gt;</w:t>
        <w:br/>
        <w:t>В нічному небі папороть цвіте,</w:t>
      </w:r>
    </w:p>
    <w:p>
      <w:r>
        <w:br/>
        <w:t>Магічні тіні ковзають між нами,&lt;br /&gt;</w:t>
        <w:br/>
        <w:t>А там вгорі зірок переполох...&lt;br /&gt;</w:t>
        <w:br/>
        <w:t>Життя коротке, але довга пам’ять,&lt;br /&gt;</w:t>
        <w:br/>
        <w:t>Як поділити нам її на двох?</w:t>
      </w:r>
    </w:p>
    <w:p>
      <w:r>
        <w:br/>
        <w:t>Не відлітай. У нас часу дещиця,&lt;br /&gt;</w:t>
        <w:br/>
        <w:t>Твій вік стіка як крапелька роси,&lt;br /&gt;</w:t>
        <w:br/>
        <w:t>І незабудки пахнуть, і живиця,&lt;br /&gt;</w:t>
        <w:br/>
        <w:t>А вітрової ружі голоси</w:t>
      </w:r>
    </w:p>
    <w:p>
      <w:r>
        <w:br/>
        <w:t>Розхитують важкі брунатні стебла,&lt;br /&gt;</w:t>
        <w:br/>
        <w:t>За крила ухопилося зірча&lt;br /&gt;</w:t>
        <w:br/>
        <w:t>Ніяк не хоче повертатись в небо&lt;br /&gt;</w:t>
        <w:br/>
        <w:t>І залишати недопитий чай…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 з метеликом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