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Був ти нещирим у ніжності...</w:t>
      </w:r>
    </w:p>
    <w:p>
      <w:r>
        <w:br/>
        <w:t xml:space="preserve"> Анна Ахматова&lt;br /&gt;</w:t>
        <w:br/>
        <w:t>Був ти нещирим у ніжності...</w:t>
      </w:r>
    </w:p>
    <w:p>
      <w:r>
        <w:br/>
        <w:t>Перекладач: П.Перебийнос&lt;br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Був ти нещирим у ніжності.&lt;br /&gt;</w:t>
        <w:br/>
        <w:t>Скільки журби, далебі!&lt;br /&gt;</w:t>
        <w:br/>
        <w:t>Як же багатством у бідності&lt;br /&gt;</w:t>
        <w:br/>
        <w:t>Душу зігріти тобі?</w:t>
      </w:r>
    </w:p>
    <w:p>
      <w:r>
        <w:br/>
        <w:t>Піснею слави лестивою&lt;br /&gt;</w:t>
        <w:br/>
        <w:t>Нам доля співа сліпа.&lt;br /&gt;</w:t>
        <w:br/>
        <w:t>Господи! Та ж недбайлива я,&lt;br /&gt;</w:t>
        <w:br/>
        <w:t>Твоя рабиня скупа.</w:t>
      </w:r>
    </w:p>
    <w:p>
      <w:r>
        <w:br/>
        <w:t>Ні прутиком, ні трояндою&lt;br /&gt;</w:t>
        <w:br/>
        <w:t>Не буду в садах Отця.&lt;br /&gt;</w:t>
        <w:br/>
        <w:t>Я від кожної тріски падаю,&lt;br /&gt;</w:t>
        <w:br/>
        <w:t>Здригаюся від слівця.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Був ти нещирим у ніжності...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