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Буревісник</w:t>
      </w:r>
    </w:p>
    <w:p>
      <w:r>
        <w:br/>
        <w:t xml:space="preserve"> &lt;p&gt;Про маленький острівець, що загубився в морській далечині, мало хто знав. Серед ночі, коли море не на жарт розгуляється, запалений на маяку ліхтар був порятунком для моряків, і старий сторож завжди про це пам'ятав.</w:t>
      </w:r>
    </w:p>
    <w:p>
      <w:r>
        <w:br/>
        <w:t>Крім онука, тільки хвилі й чайки були йому товаришами. Правда, подеколи завертав до них якийсь рибалка перечекати негоду.</w:t>
      </w:r>
    </w:p>
    <w:p>
      <w:r>
        <w:br/>
        <w:t>— Як же вони вміють прибріхувати! — дивувався хлопчина, слухаючи розповіді про сталевих птахів, про малесенькі металеві коробочки, які вміють співати, про багатіїв, на яких працюють тисячі рибалок. Хто ж вони, оті багатії? Люди з руками, могутнішим від хвиль? Очима, пронизливішими від леза? Ніяк не міг малий повірити, що то — звичайнісінькі люди, а їхня сила — в грошах!</w:t>
      </w:r>
    </w:p>
    <w:p>
      <w:r>
        <w:br/>
        <w:t>— Де ж вони їх беруть? — якось запитав онук у старого. — Декотрі народжуються при грошах; інші змалку йдуть у світ, заробляють; є й такі, що грабують людей... Але в грошах немає щастя!</w:t>
      </w:r>
    </w:p>
    <w:p>
      <w:r>
        <w:br/>
        <w:t>Останні слова старого хлопчина вже не чув. У його голові міцно засіла думка: десь у світі можна стати багатим. Що ж, час і йому лагодитися в дорогу. Якщо інші можуть розбагатіти, то чому ж і собі не спробувати? Він з надією глянув на вузьку смужку світла на обрії: там, за видноколом; зовсім інший світ, краще життя. Чого ж чекати? Треба сідати в човен і щосили гребти туди. А дід? Як він житиме без човна? Треба, либонь, почекати, поки до острова пристане якийсь корабель...</w:t>
      </w:r>
    </w:p>
    <w:p>
      <w:r>
        <w:br/>
        <w:t>Минали дні, тижні, місяці, але жодне з суден не приставало до острівця. Хлопчина почав уже марити ними: щоночі бачив, він уві сні кораблі — біліші від піни, але недосяжні. Тож не дивно, що невдовзі йому так остогидло життя на скелястому острові, що він аж спротивив дідову люльку, оливи й маяк. Якби був рибою — поплив би за видкнокіл, якби був чайкою — полетів би туди, а так залишалося тільки чекати.</w:t>
      </w:r>
    </w:p>
    <w:p>
      <w:r>
        <w:br/>
        <w:t>— Не треба мені ні сітей, ні маяка! — зі злістю відмахувався він од роботи. А одного дня в нього несподівано з'явилася думка: "Добре було б, якби якийсь корабель наскочив на острів! Тоді можна б утекти на ньому. От якби старий хоч раз забув запалити ліхтар на маяку!"</w:t>
      </w:r>
    </w:p>
    <w:p>
      <w:r>
        <w:br/>
        <w:t>Але дід точніший од вечірньої зорі. Як тільки сонце ховалось за видноколом, він одразу запалював на маяку величезний ліхтар. Так було десятки років, аж поки діда не звалила з ніг лихоманка. Він ледь міг одірвати голову від подушки. І саме тієї ночі знявся страшенний шторм, хвилі сягали висоти найбільшого корабля.'</w:t>
      </w:r>
    </w:p>
    <w:p>
      <w:r>
        <w:br/>
        <w:t>Але, незважаючи на хворобу, старий не перестав турбуватися про маяк.</w:t>
      </w:r>
    </w:p>
    <w:p>
      <w:r>
        <w:br/>
        <w:t>— Чи горить ліхтар на маяку? — пошерхлими вустами запитував він.</w:t>
      </w:r>
    </w:p>
    <w:p>
      <w:r>
        <w:br/>
        <w:t>— Звичайно, горить! — заспокоював його хлопчак, хоча насправді він і не ходив на маяк. А море з кожною хвилиною несамовитішало: хвилі вже докочувалися до порога їхньої хижі, на небі раз по раз зблискувало, безперервно гримів грім, сполохано кигикали чайки...</w:t>
      </w:r>
    </w:p>
    <w:p>
      <w:r>
        <w:br/>
        <w:t>На світанку вчувся якийсь тріск, а потім крики. Старий занепокоєно звівся на лікоть і запитав:</w:t>
      </w:r>
    </w:p>
    <w:p>
      <w:r>
        <w:br/>
        <w:t>— Здається, десь кричать люди?</w:t>
      </w:r>
    </w:p>
    <w:p>
      <w:r>
        <w:br/>
        <w:t>— То не люди, а чайки, спи спокійно! — Онук простягнув дідові кухоль з водою і вийшов з хижі. Море трохи заспокоїлося, хоча все ще було темне, грізне. Над ним клубочився сірий туман. Криків більше не було чути. "Може, старому тільки вчулося?" — подумав хлопчак, але збудження його не покидало: "Все ж може статися! А раптом і справді розбився корабель?" Він щодуху припустив до затоки: на хвилях погойдувалося лише біле шумовиння.</w:t>
      </w:r>
    </w:p>
    <w:p>
      <w:r>
        <w:br/>
        <w:t>Тільки пополудні море викинуло рештки розбитого судна, а надвечір'ям до острівця пристало друге, аби довідатися, що тут скоїлося?</w:t>
      </w:r>
    </w:p>
    <w:p>
      <w:r>
        <w:br/>
        <w:t>— Чи горів ліхтар на маяку? — нахмурив брови капітан.</w:t>
      </w:r>
    </w:p>
    <w:p>
      <w:r>
        <w:br/>
        <w:t>— Як завжди! — відповів старий.— Ось онук мій може підтвердити! — У голосі діда чувся непідробний сум за моряками.</w:t>
      </w:r>
    </w:p>
    <w:p>
      <w:r>
        <w:br/>
        <w:t>І тут один з помічників капітана сказав:</w:t>
      </w:r>
    </w:p>
    <w:p>
      <w:r>
        <w:br/>
        <w:t>— Судно було дуже старе й благеньке. Його власник заробить добрячі гроші на страховці! Чимало людей таким чином нажили ціле багатство!</w:t>
      </w:r>
    </w:p>
    <w:p>
      <w:r>
        <w:br/>
        <w:t>Хлопчина здивувався: "Значить, і таким чином можна розбагатіти?!"</w:t>
      </w:r>
    </w:p>
    <w:p>
      <w:r>
        <w:br/>
        <w:t>Того ж вечора, сховавшись у трюмі корабля, він покинув острів.</w:t>
      </w:r>
    </w:p>
    <w:p>
      <w:r>
        <w:br/>
        <w:t>Ніхто не знає, скільки років він плавав, на чому заощаджував, аби купити першого човна. Тільки уві сні вряди-годи згадував він рідний острів. "Чи живий ще дід? Треба б навідати старого",— подеколи зринала в нього думка, проте блиск золота був сильніший од усього на світі.</w:t>
      </w:r>
    </w:p>
    <w:p>
      <w:r>
        <w:br/>
        <w:t>"А може, я ніколи не розбагатію?" — сумнівався він, коли полював на китів у Північному морі. Тільки про це подумав, як угледів, що в сіті щось зблиснуло. "Що за диво?" — збентежився він, коли побачив у сіті дівчину із срібною косою. Мов відблиск місяця на воді, променилося її лице, а довкола розливалося перламутрове сяйво. Колись рибалки розповідали йому про морських русалок. Але ж на свої очі ніхто жодної не бачив! Звідкіля ж узялася ця? Хлопець затягнув сіть, а русалка стала проситися:</w:t>
      </w:r>
    </w:p>
    <w:p>
      <w:r>
        <w:br/>
        <w:t>— Відпусти мене, юначе! Ніколи доброти твоєї не забуду!</w:t>
      </w:r>
    </w:p>
    <w:p>
      <w:r>
        <w:br/>
        <w:t>Але хлопець ближче підтягнув сіть.</w:t>
      </w:r>
    </w:p>
    <w:p>
      <w:r>
        <w:br/>
        <w:t>— Ні, так не буде! — прошепотів він ледь чутно.— Усе життя гну спину, хочу розбагатіти, а що з того маю? От посаджу тебе в клітку й буду возити по світу. Кожен, хто захоче побачити живу русалку, змушений буде платити мені! Відтак з часом зможу купити справжній корабель!</w:t>
      </w:r>
    </w:p>
    <w:p>
      <w:r>
        <w:br/>
        <w:t>— Я подарую тобі три кораблі, тільки відпусти мене! Подарую тобі аж дев'ять кораблів, тільки пообіцяй, що ніколи нікому не заподієш зла.</w:t>
      </w:r>
    </w:p>
    <w:p>
      <w:r>
        <w:br/>
        <w:t>— Обіцяю! — Хлопець послабив сіть.</w:t>
      </w:r>
    </w:p>
    <w:p>
      <w:r>
        <w:br/>
        <w:t>— Не поспішай! — попередила його русалка.— Свою обіцянку я виконаю, але й ти не забувай про свою, інакше власне життя буде тобі немиле.</w:t>
      </w:r>
    </w:p>
    <w:p>
      <w:r>
        <w:br/>
        <w:t>Хлопець відпустив один кінець сіті й русалка зникла в морській глибині, а йому ще довго вчувався над поверхнею моря її голос, який нагадував, щоб він не забував своєї обіцянки.</w:t>
      </w:r>
    </w:p>
    <w:p>
      <w:r>
        <w:br/>
        <w:t>"Якась дивна ця русалка! — всміхнувся сам до себе.— Кому це життя було немиле?"</w:t>
      </w:r>
    </w:p>
    <w:p>
      <w:r>
        <w:br/>
        <w:t>Проте скоро в шумі хвиль загубилася луна русалчиного голосу, а з води виринуло дев'ять красенів-кораблів, яких досі не бачили ні на морях, ні на океанах.</w:t>
      </w:r>
    </w:p>
    <w:p>
      <w:r>
        <w:br/>
        <w:t>Так розбагатів колишній сірома з маленького острівця, звів найбільший будинок у місті, одружився з найпершою міською красунею, дочекався сина. Проте він і далі не був задоволений: йому здавалося, що кількість його кораблів росте надто поволі. Аж ось одного дня він пригадав: "Це ж за один потонулий корабель можна мати два нові".</w:t>
      </w:r>
    </w:p>
    <w:p>
      <w:r>
        <w:br/>
        <w:t>Відтоді його судна тонули й там, де найчастіше бували шторми, й там, де море завжди було спокійне і де ніколи раніше жоден корабель не зазнавав аварії. За кожне затонуле судно він купував два нові. А що ж моряки? Про них він намагався не думати. Така їхня доля! Затуляв вуха, щоб не чути голосіння згорьованих удів, і радісно відзначав, що його син з кожним днем росте. "Чи то не сонячний промінець перетворився в хлопчину?" — питав він сам себе, споглядаючи легку синову ходу. Проте звідки в його очах русалчин погляд?</w:t>
      </w:r>
    </w:p>
    <w:p>
      <w:r>
        <w:br/>
        <w:t>Батько аж затремтів, коли одного разу помітив на лиці свого одинака те саме сяйво, що було і на русалчиному, але швидко забув про страх.</w:t>
      </w:r>
    </w:p>
    <w:p>
      <w:r>
        <w:br/>
        <w:t>— Хотів би я побачити острівець, де ти народився! — якось сказав син, а батько відчув, як по спині йому побігли мурашки.</w:t>
      </w:r>
    </w:p>
    <w:p>
      <w:r>
        <w:br/>
        <w:t>— Далеко пливти до нього! — спробував він відмовити сина, однак той був не з тих, що швидко відступають.</w:t>
      </w:r>
    </w:p>
    <w:p>
      <w:r>
        <w:br/>
        <w:t>— Я хочу побачити маяк! — наполягав він.— Може, дід іще живий.</w:t>
      </w:r>
    </w:p>
    <w:p>
      <w:r>
        <w:br/>
        <w:t>— Може,— пробурмотів батько і наказав готувати до відплиття найбільший і найрозкішніший корабель. Якщо на острові хтось є, нехай побачить, чого він досяг у житті! Лягаючи спати, осміхнувся сам до себе: що ж, він повернеться на свій рідний острів як переможець! А вві сні вжахнувся: бачив тільки розбурхане море, чув стогін вітру й глухі удари хвиль у прибережні скелі, тужливі голоси моряків, що кликали на допомогу. Прокинувся весь облитий потом. "Може,— подумав,— не треба мені нікуди пливти?" Але як син запитав, чи готовий він у дорогу, ствердно кивнув головою.</w:t>
      </w:r>
    </w:p>
    <w:p>
      <w:r>
        <w:br/>
        <w:t>Коли відпливали від берега, море блищало, мов крапля олії. Хлопець від щастя аж співав, і дні швидко минали один за одним. Ніхто не знає, скільки часу минуло, поки вони побачили скелястий острівець у промінні надвечірнього сонця й запалений ліхтар на ньому.</w:t>
      </w:r>
    </w:p>
    <w:p>
      <w:r>
        <w:br/>
        <w:t>— Скоро причалимо! — сказав капітан. Але відразу після його слів над морем пронісся перший подув вітру. Десь загриміло, об хвилі з тріском стали розбиватися блискавки. Хлопець страшенно зблід, а батькові здалося, що хтось залізною рукою стис йому горло.</w:t>
      </w:r>
    </w:p>
    <w:p>
      <w:r>
        <w:br/>
        <w:t>— Незабаром море заспокоїться! — спробував він утішити сина, проте з кожною хвилиною небо темнішало, а хвилі більшали. "Добре, що хоч маяк горить! — подумав батько.— По ньому ми легко знайдемо дорогу!" Аж до небокраю біліли гребені спінених хвиль, як колись біліло дідове волосся. "Може, справді ще живий? — пронизала думка колишнього дідового помічника.— Бо хто ж тоді запалив ліхтар?"</w:t>
      </w:r>
    </w:p>
    <w:p>
      <w:r>
        <w:br/>
        <w:t>Море й небо вже злилися воєдино, і в суцільній темряві світилося тільки око маяка. Але зненацька він заблимав і погас.</w:t>
      </w:r>
    </w:p>
    <w:p>
      <w:r>
        <w:br/>
        <w:t>З величезним кораблем хвилі гралися, мов з паперовим човником. Раптом почувся чийсь крик, хрипіння. Власник корабля затремтів: такі самі крики він чув тоді, коли тонуло те, перше, судно. Тремтячи всім тілом, він обняв сина і нараз побачив у хвилях срібне тіло русалки. "Звідки вона тут?" — подумав, і в ту ж мить корабель розколовся навпіл, наче хто перетяв його ножем. Хвиля захльоснула палубу й вирвала сина з батькових обіймів. Даремно він намагався втримати свого одинака. Згодом відчув, що палуба захиталася під його ногами і корабель став занурюватися у воду. Ніхто не знає, скільки тонув величезний білий корабель. Хвилину, годину чи цілу вічність?</w:t>
      </w:r>
    </w:p>
    <w:p>
      <w:r>
        <w:br/>
        <w:t>Коли ж хвилі викинули батька на берег, даремно він шукав синове тіло. Довкола була тільки гладенька галька, а на відстані витягнутої руки — скелі рідного острова. По якімсь часі йому здалося, що з води долинає жалібний стогін сина.</w:t>
      </w:r>
    </w:p>
    <w:p>
      <w:r>
        <w:br/>
        <w:t>— Що ж, тоді і я втоплюся! — Він сторчголов кинувся у хвилі, проте море його не прийняло, а знову викинуло на берег. На гребені найвищої хвилі він знову побачив срібну русалку й попрохав її:</w:t>
      </w:r>
    </w:p>
    <w:p>
      <w:r>
        <w:br/>
        <w:t>— Допоможи мені повернути сина або забери моє життя!</w:t>
      </w:r>
    </w:p>
    <w:p>
      <w:r>
        <w:br/>
        <w:t>Русалка заперечно похитала головою:</w:t>
      </w:r>
    </w:p>
    <w:p>
      <w:r>
        <w:br/>
        <w:t>— Не можу вернути тобі сина! Не можу і в тебе відібрати життя! Моряки, яких ти послав на смерть, не хочуть бачити тебе в своєму товаристві! — її срібне обличчя ураз потемніло.— Відсьогодні ти будеш дощовим птахом — буревісником і житимеш вічно, і люди ненавидітимуть тебе...</w:t>
      </w:r>
    </w:p>
    <w:p>
      <w:r>
        <w:br/>
        <w:t>Він відчув на своєму плечі легенький доторк русалчиної руки, а тоді хутко став маліти й нарешті злетів угору. Літає він іще й досі, і перед бурею можна почути його жалісливі, схожі на стогін, крики...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Буревісник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