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Букет пролісків</w:t>
      </w:r>
    </w:p>
    <w:p>
      <w:r>
        <w:br/>
        <w:t xml:space="preserve"> &lt;p&gt;Я розплющую очи й бачу: дружина заснула… Як і завжди, прилігши на часинку одпочити, так, нероздягнена, в непосланім ліжкові й заснула. В головах на столику скромно, як дівчинка, горить лямпа…</w:t>
      </w:r>
    </w:p>
    <w:p>
      <w:r>
        <w:br/>
        <w:t>Тоді я обережно-обережно встаю і навшпиньки переходжу кімнату: треба взяти лямпу, поставити на стіл, але ні в якім разі щоб не збудити дружини…</w:t>
      </w:r>
    </w:p>
    <w:p>
      <w:r>
        <w:br/>
        <w:t>Лямпа на столі… Нечутно роблю я все потрібне, щоб заслонити з боків світло, дістаю з полички книжки, пера й папір – свій заповідник – і сідаю… Стиха тру чоло…</w:t>
      </w:r>
    </w:p>
    <w:p>
      <w:r>
        <w:br/>
        <w:t>Тиша… абсолютна тиша… Глибока ніч встановила могутні, хоч нечутні двигуни тиші, і вони напружено працюють… чую, як гудуть…</w:t>
      </w:r>
    </w:p>
    <w:p>
      <w:r>
        <w:br/>
        <w:t>Певне, за другу вже годину. Кам’яне місто мовчить як сфінкс. Навіть гудків, навіть далекого цокання підків об брук не чути.</w:t>
      </w:r>
    </w:p>
    <w:p>
      <w:r>
        <w:br/>
        <w:t>Кімната поринула в тіні; тільки край столу – де я – німий острівець блискучого світла. Я не спішу розпочинати роботу… Запалюю цигарку й спираюсь на лікоть.</w:t>
      </w:r>
    </w:p>
    <w:p>
      <w:r>
        <w:br/>
        <w:t>І от мої очи поволі поширюються – в золотім світлі лямпи встають і починають товпитись нечутно привиди блискучих видовиськ…</w:t>
      </w:r>
    </w:p>
    <w:p>
      <w:r>
        <w:br/>
        <w:t>Яка розкіш! Ще недавно щось мучило мене: невиразні сумніви, хоробливі вагання. Цілий день, цілий довгий день так зване життя, як сонце в хворе око, било в мене, і було боляче, кривилась душа. Тепер – ні.</w:t>
      </w:r>
    </w:p>
    <w:p>
      <w:r>
        <w:br/>
        <w:t>Тепер моя мисль, окрилена дерзанням, шугає туди й сюди, і – слухняні – шикуються перед нею товпища блискучих видовиськ; вона, погордлива, мовчки дає розпорядок. І, змірявши поглядом німу закономірність рядів, мовчки розгортає над ними свій прапор…</w:t>
      </w:r>
    </w:p>
    <w:p>
      <w:r>
        <w:br/>
        <w:t>…"І здійнялись міста і села", – урочисто шепчуть губи, – "мов повінню, мов бурею підхопило, і закрутились вони в метушливім "ісході"…</w:t>
      </w:r>
    </w:p>
    <w:p>
      <w:r>
        <w:br/>
        <w:t>Невеличка, чітка постать великого завойовника встає перед зачарованими очима; бачу: стоїть замислений на грані своїх розрахунків і зживає останнє вагання. Враз жест… майже непомітний жест… І зрушились поля!</w:t>
      </w:r>
    </w:p>
    <w:p>
      <w:r>
        <w:br/>
        <w:t>Ave Caesar! Привіт тобі, одинокому, серед снігів холодної Галлії, коли, мовчазний, ти подовгу сидів перед огнем убогої галльської хатини, знов і знов замислившись на полум’я: "або Цезар або ніщо?". А залізні й терплячі стояли поруч. Ти думав: "час – серйозний патрон, тут: або-або?". Коли, напруживши сталеву зморшку на чолі, ти ще раз пильно вслухавсь у ніч, де в лісах темної Барбарії легіони… Твої? Й там – сон і надія… На тебе? На Цезаря? Дитяча любов до тебе? Холодний, чи переміг ти вже їх запальною своєю сміливістю, і вони полюбили вже тебе сліпо, довірливо?.. Коли, підвівшись, ти ходив по хаті, і пухкі хутра замість тоги обкутували тебе, і перед очима, як міраж, як марево, як сяйво далеке, вставав Рим, великий і далекий, принадний, розпусний, отруйний, красивий Рим… Тоді ти тер руки і казав собі: "Щоб бути до чогось ближче, треба стати від нього далі!"</w:t>
      </w:r>
    </w:p>
    <w:p>
      <w:r>
        <w:br/>
        <w:t>Могутня тиша… Навіть гас не сичить у дешевій моїй лямпі. Все – мов загіпнотизоване. А в моїй голові – ясність і міць; вщерть налило мене силою, що глухо бунтує. Загадково усміхаюсь: "завойовник – ще не готовий…". І сліпо працюю.</w:t>
      </w:r>
    </w:p>
    <w:p>
      <w:r>
        <w:br/>
        <w:t>Розстилаючи пальто на постіль (долі), чую – дзенькнуло й покотилось… —?</w:t>
      </w:r>
    </w:p>
    <w:p>
      <w:r>
        <w:br/>
        <w:t>А-а – це мій злот, один, що тільки й залишився від останнього заробітку.</w:t>
      </w:r>
    </w:p>
    <w:p>
      <w:r>
        <w:br/>
        <w:t>І коли дістаю його, мимоволі мене тягне заглянути до шаховки – що там є на завтра?</w:t>
      </w:r>
    </w:p>
    <w:p>
      <w:r>
        <w:br/>
        <w:t>– "Wenig", – одповідаю сам собі, оглядаючи "miserabilis": – трохи булки, трохи цукру, і зовсім трохи, елегантно трохи, масла. Це плюс злот – увесь хліб мій щоденний на завтра і тим часом і надалі, "до віку", – сміюсь я. Дружина, йдучи на посаду, не снідає.</w:t>
      </w:r>
    </w:p>
    <w:p>
      <w:r>
        <w:br/>
        <w:t>Але зараз мені остільки гарно, як ніколи, що суворі думки якось соромляться турбувати; стелючись далі, я посвистую, легкий і безжурний, увесь захоплений тим шаленим горінням нервів, що ось чекає мене в ліжкові. Інерція недавнього піднесення тепер перейшла в екзальтацію.</w:t>
      </w:r>
    </w:p>
    <w:p>
      <w:r>
        <w:br/>
        <w:t>І справді, скоро лягаю, скоро в ухах починаються кров’яні дзвони, а перед розплющеними в темряві очима повстають якісь червоні переблиски – мої мислі займаються білими вогниками і горять, і летять нездержні…</w:t>
      </w:r>
    </w:p>
    <w:p>
      <w:r>
        <w:br/>
        <w:t>"Хто такий я? – сміючись, питаюся самого себе. – Я – підпільник життя… з певних причин. Так, на це є певні причини. А мої друзі і знайомі зовуть мене… чудаком на тлі енних роковин непу…"</w:t>
      </w:r>
    </w:p>
    <w:p>
      <w:r>
        <w:br/>
        <w:t>Їм незрозумілий, дивний, чудацький видається мій modus vivendi. Я ніде не служу. Делікатно, але завжди рішуче відхиляю ріжні пропозиції про якісь там посади, що походять од друзів чи знайомих. "Тепер вже не звертаються", – з захватом констатую я, – одучив… Крім того, я не "член", не студент, не вчитель, не робітник, не селянин, не кустар… навіть не кооператор. І наївність моя в питаннях сучасного побуту часом феноменальна. Я не знаю, хто старший: завком чи парт’ячейка на заводі; ведійська темнота огортає мене, коли почну мислити про можливі функції та істотність місцевкому…"</w:t>
      </w:r>
    </w:p>
    <w:p>
      <w:r>
        <w:br/>
        <w:t>"Ха-ха-ха!"</w:t>
      </w:r>
    </w:p>
    <w:p>
      <w:r>
        <w:br/>
        <w:t>Мої мислі несуться далі й далі…</w:t>
      </w:r>
    </w:p>
    <w:p>
      <w:r>
        <w:br/>
        <w:t>"І ходжу я по місту в грубих ботинках з виглядом нужденніший за нужденного: худий, зелений, як тютюн, що палю. Як вода ходжу: часом – швидко, весело; іноді – темний та важкий. Не досипаю, не доїдаю, хоч це й непомітно мені…"</w:t>
      </w:r>
    </w:p>
    <w:p>
      <w:r>
        <w:br/>
        <w:t>"Значить, тебе щось гризе? – любовно питається соромлива думка, – коли ти не хочеш бути ні службовцем, ні інженером, ні студентом…"</w:t>
      </w:r>
    </w:p>
    <w:p>
      <w:r>
        <w:br/>
        <w:t>"Гризе…" – сміюсь я до неї.</w:t>
      </w:r>
    </w:p>
    <w:p>
      <w:r>
        <w:br/>
        <w:t>"Що саме?.. І що збираєш ти в своїх шпаргалках ночами?"</w:t>
      </w:r>
    </w:p>
    <w:p>
      <w:r>
        <w:br/>
        <w:t>"Це неважно, що збираю… Може, то конденсовані рецепти соціяльних утопій, може, я розв’язую теорему Ферма. Чи там фрагменти геніяльного твору, безумні фантазії нової релігії. Мене гризе лихоманка ентузіязму; життя інтригує безмірно, щоб помиритись на ролі інфузорії. Душить жадоба широти, я готую силу…"</w:t>
      </w:r>
    </w:p>
    <w:p>
      <w:r>
        <w:br/>
        <w:t>"І прекрасно… ти бачиш своє призначення у вищому. Але тяжко боротись… от, дружина, мабуть, не спочуває тобі. Ти зважив?"</w:t>
      </w:r>
    </w:p>
    <w:p>
      <w:r>
        <w:br/>
        <w:t>"Тяжко, але захватно", – говорю я з запалом… І думаю вже про дружину; але тут у думки вплітається стрічка суму.</w:t>
      </w:r>
    </w:p>
    <w:p>
      <w:r>
        <w:br/>
        <w:t>Дійсно, тут – Ахіллесова п’ята. За всіма моїми знайомими дружина теж починає підозрювати мене, що я ледащо й фантазер. Зрозуміло! Посада дає дружині тільки тридцять п’ять на місяць; зодягти її за модою повинен би я. Але я, запалений гарячковим фанатизмом ідеї, згоджуюсь лише на випадкову поденщину, що забезпечила б мені мінімум; час від часу дружина ще сама, шкодуючи, фінансує мене срібним дріб’язком. Але наостанку мовчазний терпець їй увірвався. Були вже сльози, докори, темпераментні сцени; тепер стали – презирство й погорда; тепер вона поводиться зі мною, як із своїм нещастям. Моє становище в кімнаті можна уявити, як обвести всю її кімнату широкою лінією, вилучивши лише незначний куточок: ото моє. Вся решта – в повній промоції дружини (вона ж платить за кімнату), і я мушу терпіти всі "прийоми", що з мовчазною метою вживаються проти мене. Наприклад, увечері дружина читає тільки в ліжкові, тому лямпу забирає собі на столик, це страшенно незручно мені. Я терплю й мовчу: тільки жаль, що мій ангел переводиться на звичайну жінку – їсть…</w:t>
      </w:r>
    </w:p>
    <w:p>
      <w:r>
        <w:br/>
        <w:t>"Терпи й мовчи, – чути мені голос, – цим перемагає світ…"</w:t>
      </w:r>
    </w:p>
    <w:p>
      <w:r>
        <w:br/>
        <w:t>Я згоден. Я на все згоден; світло-сизими соколами – все крутіш і вище мої думки забирають стрімчасту височінь, розгортаються знов і палахкотять білі вогні – ніч безумно грає на нервах…</w:t>
      </w:r>
    </w:p>
    <w:p>
      <w:r>
        <w:br/>
        <w:t>Коли вранці умиваюсь, у мисці повно сонця, вода здається металевою. Примружені зайчики переливають на стіні, і через усю кімнату – широкі паси сизуватого проміння. Занадто світло, по-святковому, весело. Але, похмурий, я мовчу, і в мені тільки незрозумілість і здивування, коли намагаюсь пригадати, що було вчора. З усього того тепер лишився сам попіл, жменька сірого холодного попелу, я не розумію, що могло так пишно, захватно горіти… "Боже, які химерні…"</w:t>
      </w:r>
    </w:p>
    <w:p>
      <w:r>
        <w:br/>
        <w:t>Дружина нервово, похапливо вбирається на посаду. Вона теж мовчить, але в цій мовчанці – напруженість; майже фізично я відчуваю від неї тиск. Мимоволі вловлюючи кожен рух дружини, суворо жду вибуху.</w:t>
      </w:r>
    </w:p>
    <w:p>
      <w:r>
        <w:br/>
        <w:t>Нарешті…</w:t>
      </w:r>
    </w:p>
    <w:p>
      <w:r>
        <w:br/>
        <w:t>– Ти вже, коли не хочеш служити, так хоч так… – нарешті говорить дружина тоном, що наче плівка, яка, ледве стримуючи великий внутрішній тиск, там і там коротко рветься, – хоч би роботи якої шукав. Скоро вже за кватирю платити нічим – повинен знати… – і потім: – До N би пішов, може, в нього є робота… Я думаю, це не тяжко.</w:t>
      </w:r>
    </w:p>
    <w:p>
      <w:r>
        <w:br/>
        <w:t>N – один мій знайомий, персона ґрата, у його я зміг може б щось випросити: колись він давав заробити.</w:t>
      </w:r>
    </w:p>
    <w:p>
      <w:r>
        <w:br/>
        <w:t>– Учора був, – хрипло відповідаю неправду. – Нема нічого.</w:t>
      </w:r>
    </w:p>
    <w:p>
      <w:r>
        <w:br/>
        <w:t>– Подлєц! Мєрзавєц… Стидно так! – раптом вибухає дружина, і то з таким жаром, що крильця на носі їй побіліли, в очах стали пекучі, злісні сльозинки, і, зачудований, бачу – вона б знищила мене в цю мить, аби була змога.</w:t>
      </w:r>
    </w:p>
    <w:p>
      <w:r>
        <w:br/>
        <w:t>Двері грюкають, дружина вилітає. Холодно й не поспішаючи я замикаю двері, але в думці ф’ю! – здивований посвист. "От тобі, Юрку, й бабин день…"</w:t>
      </w:r>
    </w:p>
    <w:p>
      <w:r>
        <w:br/>
        <w:t>Дійсно, так ще не бувало; цього я не ждав – так, моя хризантемо, не можна, ні. І в мені закипає, як кров, ненависть до дружини.</w:t>
      </w:r>
    </w:p>
    <w:p>
      <w:r>
        <w:br/>
        <w:t>– Ах ти ж, стрижена курочко! А розводу не хоч!..</w:t>
      </w:r>
    </w:p>
    <w:p>
      <w:r>
        <w:br/>
        <w:t>Але як, утершись і причесавшись, я сідаю коло грубки й ножем починаю одколювати скалки на розпал, мої мислі потроху охолоджуються, здають назад і скоро, мов розбиті, розходяться в ріжні боки, і от уже полинули сумовитими смугами голубими…</w:t>
      </w:r>
    </w:p>
    <w:p>
      <w:r>
        <w:br/>
        <w:t>Розвод… Але вона – моя дружина. Не вона, була б інша. Між нас снувалось щось подібне до любові. І далі думаю: в своїм капелюсі, шубці, рукавичках, і з портфелем під рукою вона – моя дружина – інтересна: струнка, подекуди "мініятюрна" блондинка з голубуватими очима; здається, й досі любить мене.</w:t>
      </w:r>
    </w:p>
    <w:p>
      <w:r>
        <w:br/>
        <w:t>І ще: розвод. Але одружіння однаково не розв’язує проблеми ероса остаточно, навіщо клопіт? Це дурниці.</w:t>
      </w:r>
    </w:p>
    <w:p>
      <w:r>
        <w:br/>
        <w:t>Промахом з мого боку було те, що я з недбальства довірився якось на жіночу витривалість, легковажно гадаючи, що моя дружина, розуміючи мене, спроможеться офірувати заради якихось фантазмів – звичайними вигодами "сьогодні". От де помилка!</w:t>
      </w:r>
    </w:p>
    <w:p>
      <w:r>
        <w:br/>
        <w:t>Дійсно, тепер ясно мені, що дружина інакше не могла. Чи припустимо, щоб дівчина могла вмістити проблему мужності, проблему, що її задумано на всю глибінь, де всі розрахунки зведено в одно, де гру робиться на таку непевну карту, як "талан", "доля", "зоря", коли одвага згоджується вибирати між двома або-або, або, коли кожну силу ощаджується з погляду її значення для майбутнього? В умовах сучасності, в очах цинічних фігурантів сучасного паскудства – який це нонсенс!</w:t>
      </w:r>
    </w:p>
    <w:p>
      <w:r>
        <w:br/>
        <w:t>У грубці злегка гогоче, чайник зненацька починає щось заводити…</w:t>
      </w:r>
    </w:p>
    <w:p>
      <w:r>
        <w:br/>
        <w:t>"А ти сам віриш у зорю?"</w:t>
      </w:r>
    </w:p>
    <w:p>
      <w:r>
        <w:br/>
        <w:t>Я хмурюся; замислюючись кудись, бачу – ниточка, чи й того тонше, майже невловиме щось – така надія в’яже мене з прийдешнім.</w:t>
      </w:r>
    </w:p>
    <w:p>
      <w:r>
        <w:br/>
        <w:t>Смішно… сумно… Зате факти, прості, рельєфні, безцеремонні в своїй оголеності факти – як виразно, фізично лежать вони перед очима…</w:t>
      </w:r>
    </w:p>
    <w:p>
      <w:r>
        <w:br/>
        <w:t>Я – ніщо, мрійник… бездара… Що за дурниці писав учора? Соромно перепитувати… І старець – тільки дружину зводжу. Куди піду шукати роботи? От і поснідати нема чим. Інстинктовний порух мене схоплює при цім з місця, мерщій я заглядаю до шаховки: чи хліб хоч лишився для мене?.. Нема! Дружина забрала все. "Блокада голодом", – мимоволі кривиться усмішка.</w:t>
      </w:r>
    </w:p>
    <w:p>
      <w:r>
        <w:br/>
        <w:t>І як сідаю і чекаю, поки закипить чай, і напружено думаю, зростає, невиразно оформлюючись, картина: сині, сизо-сині громади високо – аж до неба – купчаться десь далеко, перед них – попелясто-синя рівнина і смутні безконечні примари рухів… і на ній – я, один, маленький такий… То – життя…</w:t>
      </w:r>
    </w:p>
    <w:p>
      <w:r>
        <w:br/>
        <w:t>За вікном – сонце аж грається. Сонце спорснуло вже з вікон моєї кімнати, і тут серйозний, синьо-сірий холодок…</w:t>
      </w:r>
    </w:p>
    <w:p>
      <w:r>
        <w:br/>
        <w:t>"Піду до тої… сволоти", – раптом вирішую я.</w:t>
      </w:r>
    </w:p>
    <w:p>
      <w:r>
        <w:br/>
        <w:t>Одинадцята година.</w:t>
      </w:r>
    </w:p>
    <w:p>
      <w:r>
        <w:br/>
        <w:t>Тільки ще почавши спускатися сходами, вже чую специфічний, чимсь мені страшенно одворотний запах, і, мабуть, цей факт незмінності запаху формує в мені безнадію: навряд щоб пофортунило у N. Як і завжди! А від цього встає до N глуха ворожість і безмежне презирство.</w:t>
      </w:r>
    </w:p>
    <w:p>
      <w:r>
        <w:br/>
        <w:t>Але сходжу. Чемно стукаю в двері.</w:t>
      </w:r>
    </w:p>
    <w:p>
      <w:r>
        <w:br/>
        <w:t>Поки одчиняють, у голові пробігає світла паркетна кімната, тепло, від нього пилом пахне – жовтий кіт на піяніно. Душна атмосфера комфорту.</w:t>
      </w:r>
    </w:p>
    <w:p>
      <w:r>
        <w:br/>
        <w:t>"Порадити б завести мавпу… так, мавпу цьому бурбонові", – їдко іронізує думка.</w:t>
      </w:r>
    </w:p>
    <w:p>
      <w:r>
        <w:br/>
        <w:t>"Да! – одчиняються двері. – Прошу…"</w:t>
      </w:r>
    </w:p>
    <w:p>
      <w:r>
        <w:br/>
        <w:t>Поки я сідаю на стільці, трохи поодаль бюра, перед яким робоче крісло мого "патрона" – сам він стоїть. Бачу – за пенсне біжать у нього якісь сторонні думки, поколовши обличчя тоненькими зморшками; він дивиться десь. Це – його манера; потім він теж сідає.</w:t>
      </w:r>
    </w:p>
    <w:p>
      <w:r>
        <w:br/>
        <w:t>– Палити можна? – починаю я.</w:t>
      </w:r>
    </w:p>
    <w:p>
      <w:r>
        <w:br/>
        <w:t>– А ви й досі ще… махру? – мимохіть зиркнувши на мою цигарку, зауважує N.</w:t>
      </w:r>
    </w:p>
    <w:p>
      <w:r>
        <w:br/>
        <w:t>– Так… в цім моя привілея, поки що, звичайно. Але в тютюн я вкладаю душу справжнього курця, це його красить, – одповідаю. – У вас душно.</w:t>
      </w:r>
    </w:p>
    <w:p>
      <w:r>
        <w:br/>
        <w:t>Дійсно, в кімнаті аж давить. Надворі в цю мить прояснюється, і на паркет падають тремтячі, світлі смуги – вражіння таке, ніби вже літо. Ще недавно, мабуть, прибирали – чути запах пилу, кота нема. Зиркнувши на вікно, бачу розбурхане синьо-блакитне море з бурунними, як гнівні коні білі, хмарами – мчить, але доводиться стиснути раптове хвилювання, що ладне вже знятися в мені.</w:t>
      </w:r>
    </w:p>
    <w:p>
      <w:r>
        <w:br/>
        <w:t>– Да, – раптом закінчує свої думки й відповідає мені на зауваження N, – трохи душно. Багато палять… Гм. А от чого ви не заходили на минулім тижні? Була робота, якраз для вас (він уже знає, чого я тут), були б заробили. Тепер узяв її Р.</w:t>
      </w:r>
    </w:p>
    <w:p>
      <w:r>
        <w:br/>
        <w:t>Патрон говорить мляво, ніби вишукуючи цю роботу десь перед своїм, од сонця скривленим, обличчям. А я, погладжуючи свою зарослу щоку і пускаючи дим убік, стежу за ним запитливим зором.</w:t>
      </w:r>
    </w:p>
    <w:p>
      <w:r>
        <w:br/>
        <w:t>В мені вже сміх: ах, мила бестія… хоч би посоромився ти так безцеремонно вживати все того самого прийому… я й без тебе знав, що "була"… завжди "була" і завжди я запізнююсь. Ніби справді ти такий доброзичливий.</w:t>
      </w:r>
    </w:p>
    <w:p>
      <w:r>
        <w:br/>
        <w:t>– От.</w:t>
      </w:r>
    </w:p>
    <w:p>
      <w:r>
        <w:br/>
        <w:t>– Перепрошую, – обережно перебиваю я і враз брешу сьогодні вдруге вже, – бачте, мені було ніколи на тім тижні – я закінчував одну роботу; тепер знову вивітрився. Як у вас тепер, нічого нема?</w:t>
      </w:r>
    </w:p>
    <w:p>
      <w:r>
        <w:br/>
        <w:t>– Тепер? – патрон мляво думає…</w:t>
      </w:r>
    </w:p>
    <w:p>
      <w:r>
        <w:br/>
        <w:t>Це дає мені можливість дивитись на нього, я занотовую: застиглість підборіддя, що робить новий малюнок на обличчі – з молодого перероблює його на мужнє; проділ – теж ховає в собі незримі риски солідності; затвердлі, врівноважені очи. "Що його старить? – думаю. – Комфорт? Чи свідомість своєї солідності?"</w:t>
      </w:r>
    </w:p>
    <w:p>
      <w:r>
        <w:br/>
        <w:t>Тиша, тільки розбіжний вуличний гомін. На N м’який костюм, але комірець зношений.</w:t>
      </w:r>
    </w:p>
    <w:p>
      <w:r>
        <w:br/>
        <w:t>– Тепер… немає, – повертається до мене і жмуриться N, – щось проектується там… але нічого певного – може, потім.</w:t>
      </w:r>
    </w:p>
    <w:p>
      <w:r>
        <w:br/>
        <w:t>– Ну, нічого… Десь найду, – удаю я безжурного… і вирівнююсь. – Ясно, – тема про мою роботу аж надто мало дає приємності патронові, і думав він тільки так… задля фасону. Він і радий би, може, підтримати мене, але стережеться моєї "установки" – було б необережно постачати таку абсолютно сторонню людину, як я, роботою з цілком громадської установи: вже був клопіт. Та й шукати. Я це знаю і хочу йти. Але патрон тепер, коли своїм тоном я сам зняв із нього неприємний обов’язок допомоги, щоб чимсь компенсувати мене, пробує розіграти люб’язного господаря… Він дістає газету.</w:t>
      </w:r>
    </w:p>
    <w:p>
      <w:r>
        <w:br/>
        <w:t>– Ви читали? Як вам подобаються наші?</w:t>
      </w:r>
    </w:p>
    <w:p>
      <w:r>
        <w:br/>
        <w:t>Наші, радянська делегація за кордоном, злободенна тема.</w:t>
      </w:r>
    </w:p>
    <w:p>
      <w:r>
        <w:br/>
        <w:t>– Наші? – скептично говорю я і весело думаю: "постій же". – Бачите – брак стилю, відсутність оригінальності. На мій погляд, найколоритніша фігура політичного сьогодні – Чемберлен. Тут яскрава аристократично-розбійницька традиція, чути певність, силу…</w:t>
      </w:r>
    </w:p>
    <w:p>
      <w:r>
        <w:br/>
        <w:t>І кажучи це, спостерігаю, як слова мої, видимо, не до душі патронові, цього й треба.</w:t>
      </w:r>
    </w:p>
    <w:p>
      <w:r>
        <w:br/>
        <w:t>– Ви непоправний… тільки могила таких, як ви, виправляє, – бубонить патрон, самітно любуючись з газети.</w:t>
      </w:r>
    </w:p>
    <w:p>
      <w:r>
        <w:br/>
        <w:t>– Можливо… А ви… вас справді захоплює нове будівництво, серйозно? Не бачу нічого інтересного…</w:t>
      </w:r>
    </w:p>
    <w:p>
      <w:r>
        <w:br/>
        <w:t>– Як?</w:t>
      </w:r>
    </w:p>
    <w:p>
      <w:r>
        <w:br/>
        <w:t>Патрон встає і не на жарт, бачу, хоче розмахувати руками; і потім триває п’ять хвилин підробленого патосу та шаблонового апломбу. Я чую: "Ленін… Ленін… Ленін… фашизм і комунізм – дві світові сили… всесвітня революція перемагає: Китай. А господарство? А культуризація села, масове піднесення свідомості? Це можливо тільки в наших умовах, і ми повинні пишатися за свою епоху, не то що вагатися взяти участь у цій роботі для майбутнього… як ви".</w:t>
      </w:r>
    </w:p>
    <w:p>
      <w:r>
        <w:br/>
        <w:t>– Все таки, я думаю, – навмисне перебігаю я рівне шосе патронової мислі, – далеко інтересніш обстоювати було червоне держално з гвинтівкою в руках. Колоритніше і, знаєте, безпосередніш. Праця на платформі – річ розпливчаста, многозначна.</w:t>
      </w:r>
    </w:p>
    <w:p>
      <w:r>
        <w:br/>
        <w:t>– Це ви так думаєте, – обриває мене N. – Бо у вас немає ні досвіду, ні бажання.</w:t>
      </w:r>
    </w:p>
    <w:p>
      <w:r>
        <w:br/>
        <w:t>Моя репліка, бачу, досягла свого: патрон надимається, в нього гасне охота говорити. От.</w:t>
      </w:r>
    </w:p>
    <w:p>
      <w:r>
        <w:br/>
        <w:t>Мені добре відомо, що цяця, яка стоїть перед мене – один з тих, що враз прозріли на жовтень і революцію, скоро видано було останній пайок з пшона і явилась можливість стабілізованого утримання; і, ставши на платформу, подались до центрів та позаймали відповідальні паркетні помешкання.</w:t>
      </w:r>
    </w:p>
    <w:p>
      <w:r>
        <w:br/>
        <w:t>В громадянську ж війну патрон, як і я, сидів собі на провінції та їв дядьківські паляниці з салом; події могли якими хоч смерчами проходити, в нього була стріха. Але я, вчителюючи тоді, свідомо держав себе на прив’язі перед лицем подій – мій час не прийшов. А патрон хвалився своїм умінням влаштуватись. А тепер – о, тепер навіть в зносинах з дружиною він уживає діалектики… і робить, тільки жаліючи, поблажливий вигляд до моїх заяв, що жовтень – що ж? – звичайне, в історичних аналах нормальне явище, задля якого, може, й не варто ламати всіх стільців… і думає, що я – контрреволюціонер, вихований на інтелігентстві та ідеалізмі.</w:t>
      </w:r>
    </w:p>
    <w:p>
      <w:r>
        <w:br/>
        <w:t>Все сміється в мені, ввічливо-обережно я дивлюсь на патрона, ввесь час стримуючи своїх іронічні вогники. Патрон не хоче говорити. Поглядає збоку на годинника.</w:t>
      </w:r>
    </w:p>
    <w:p>
      <w:r>
        <w:br/>
        <w:t>Але мені хочеться дати ще кінцівку. Тримаючи в руці картуза, скромно зазначаю:</w:t>
      </w:r>
    </w:p>
    <w:p>
      <w:r>
        <w:br/>
        <w:t>– Бачте, я не боюсь щось проґавити. На мій погляд, кожен день виглядає свого героя; зробити щось гідне – не пізно ніколи. Звичайно, це я не про себе, але це почасти виправдує мою, як ви кажете, одірваність від сучасності, моє "laisser passer" (принцип невтручання. – Ред.) щодо відбудування 100 %; потім у мене, пробачте, хвороба: mania oryginalis.</w:t>
      </w:r>
    </w:p>
    <w:p>
      <w:r>
        <w:br/>
        <w:t>Сонце так і пустує в кімнаті. Примружившись, у сліпучім трюмо бачу на мить себе: трохи розкуйовджений, злегка почервонілий; від того, що неголений, обличчя наче світиться.</w:t>
      </w:r>
    </w:p>
    <w:p>
      <w:r>
        <w:br/>
        <w:t>Виходжу…</w:t>
      </w:r>
    </w:p>
    <w:p>
      <w:r>
        <w:br/>
        <w:t>"Ах ти ж, бурбон… пиховита з сережками папуга, – енергійно думаю про патрона, спускаючись східцями, – і та тільки виймає "щастя"… а ти пропонуєш мені цитати з газет. Лекції читати смієш. Мавпу б тобі… до кота".</w:t>
      </w:r>
    </w:p>
    <w:p>
      <w:r>
        <w:br/>
        <w:t>Я на виході, свідомість того, що "порожнеча" так і лишилась незасипана, і мені треба якось рятуватися, раптом збурює в мені одчайну злість – проти всіх і вся, і я примушений стримувати в собі порив, щоб не зосереджувати всієї злости на N. "Бурбон" не винен; не підрядився ж справді він визволяти мене – з якої речи? Піду ще до К, думаю бігом, і мчу, при чім жене мене не гадка про непорозуміння з дружиною; ні – якась сліпа, збурена упертість – на зло комусь – дійти свого: дістати роботи.</w:t>
      </w:r>
    </w:p>
    <w:p>
      <w:r>
        <w:br/>
        <w:t>Мабуть, четверта чи п’ята година. Я повільно йду по бульварові.</w:t>
      </w:r>
    </w:p>
    <w:p>
      <w:r>
        <w:br/>
        <w:t>Після патрона був у двох подібних, але один почав розпитувати мене, що нового.</w:t>
      </w:r>
    </w:p>
    <w:p>
      <w:r>
        <w:br/>
        <w:t>– Получена свєжая хна, – одповів я на це, і скоро він розпрощався, поспішивши когось зустрічати.</w:t>
      </w:r>
    </w:p>
    <w:p>
      <w:r>
        <w:br/>
        <w:t>Другому ж моя справа здалася легша за легшу; і він такого намолов, що, мовляв, зачекай я ще місяць мінімум, то зароблятиму – він так оберне – приблизно, як Мері Пікфорд… "Буде, буде", – з безсумнівною певністю повторив він про роботу і, обійнявши мене, повів показувати склади…</w:t>
      </w:r>
    </w:p>
    <w:p>
      <w:r>
        <w:br/>
        <w:t>Але зараз в мені ясність хороша, навіть трохи пустотлива. Хочеться легенько побешкетувати; поборотися з ким чи що. Може, розвіяв я весняними вулицями свою тугу й невдачі, і це стало за причину бадьорості.</w:t>
      </w:r>
    </w:p>
    <w:p>
      <w:r>
        <w:br/>
        <w:t>Чи заспокоїла й піднесла мене та неясна постанова про посаду, на яку після довгих міркувань довелось пристати; "оповіщу вдома, – рішив я, – про згоду шукати посаду". Я знав – це повинно зробити ефект, дружина враз защебече.</w:t>
      </w:r>
    </w:p>
    <w:p>
      <w:r>
        <w:br/>
        <w:t>Так, я пристав на це. Дипломатично ухиляючись конкретно думати, я задовольнявся загальником, що зрештою, можна, якось погодити бога і мамону.</w:t>
      </w:r>
    </w:p>
    <w:p>
      <w:r>
        <w:br/>
        <w:t>"Компроміс не є поразка", – говорив я. І не запитуючи "з приводу" глибин душі, щиро пив з насолоди свого втихомирення.</w:t>
      </w:r>
    </w:p>
    <w:p>
      <w:r>
        <w:br/>
        <w:t>"Ех ти ж", – граючись, докоряв собі за ранок "паяц слабкодухий. Терсіт в образі Цезаря". І, свіжий, брав безжурно-повними очима – все, що йшло назустріч. На бульварі дивно порожньо. Знизу – по центральній вулиці повний рух, згори – теж саме; тут майже я один іду, і розташовується між величезними будинками надвечірня тиша.</w:t>
      </w:r>
    </w:p>
    <w:p>
      <w:r>
        <w:br/>
        <w:t>Надходить вечір. Притомлений галас мусить втихомиритись, думаю, скрізь ляже спокій. Тоді просторіше літати фантазіям, день деренчить і заважає.</w:t>
      </w:r>
    </w:p>
    <w:p>
      <w:r>
        <w:br/>
        <w:t>"І де ти є, – зривається піднесена мисль, – благословенне джерело сили, що поїть мене день у день, день у день?"</w:t>
      </w:r>
    </w:p>
    <w:p>
      <w:r>
        <w:br/>
        <w:t>…Іду, сміюсь очима і мну свого злота, що непорушний лежить у кишені мого пальта…</w:t>
      </w:r>
    </w:p>
    <w:p>
      <w:r>
        <w:br/>
        <w:t>В моїм становищі злот – сума, для якої важко знайти надто дорогий товар. Мій план, почитавши в бібліотеці, витратити п’ятнадцять копійок мудріше, ніж це б зробив сам – даруй мені, Велика Революціє – сам Держплан. Обід, вечеря і ще обід… etc… – обраховую.</w:t>
      </w:r>
    </w:p>
    <w:p>
      <w:r>
        <w:br/>
        <w:t>Проміння од вечірнього сонця красить в червоне верхню половину залізного парканчика коло парку. Там товсто вдягнена тьотя, біля неї корзинка з чимсь.</w:t>
      </w:r>
    </w:p>
    <w:p>
      <w:r>
        <w:br/>
        <w:t>Дама в блакитнім капелюсі з вуалеткою нахилилась і перебирає в корзині.</w:t>
      </w:r>
    </w:p>
    <w:p>
      <w:r>
        <w:br/>
        <w:t>Група мене інтригує, переходжу вулицю. Власне, мене зацікавила дама, в якої капелюх, як і в моєї дружини, і яка, я помітив, теж блондинка; з якихсь невідомих мені ознак я вгадую хороші сині очи і той втомно-ніжний жіночий тип, що красиво хвилює мене, хочеться подивитись.</w:t>
      </w:r>
    </w:p>
    <w:p>
      <w:r>
        <w:br/>
        <w:t>Дама перебирає в корзині букетики пролісків, тьотя, дивлячись згори, мовчки стоїть, і тонюсінька насмішечка вібрує на верхній губі – певно на адресу "моєї" дами.</w:t>
      </w:r>
    </w:p>
    <w:p>
      <w:r>
        <w:br/>
        <w:t>Я помилився. Бо коли проходжу поуз, і дама, розчервоніла й ніби злякана, оглядається, бачу – великі, сірі, блискучі з поверхні очи, і ця сірість, мов ширма, застує далину. Але мило зворушлива ця дитяча розгубленість.</w:t>
      </w:r>
    </w:p>
    <w:p>
      <w:r>
        <w:br/>
        <w:t>– Чому так дорого в вас? – чую за собою вібруючу незадоволеність. – Такі букетики я бачила на базарі по десять.</w:t>
      </w:r>
    </w:p>
    <w:p>
      <w:r>
        <w:br/>
        <w:t>"Ф’ю", – щось бистро приходить у голову мені, я повертаю до групи.</w:t>
      </w:r>
    </w:p>
    <w:p>
      <w:r>
        <w:br/>
        <w:t>В корзинці – десяток менших букетиків, одного ж, більшого, дійсно привабливого, одкладено. Але дама вагається, очевидно щодо ціни.</w:t>
      </w:r>
    </w:p>
    <w:p>
      <w:r>
        <w:br/>
        <w:t>– Прошу, скільки за цей? – показую я на відкладений букет.</w:t>
      </w:r>
    </w:p>
    <w:p>
      <w:r>
        <w:br/>
        <w:t>– Дасте злота, то й забирайте, – готовно відповідає тьотя. – Гарний букет, паничу, не сором і баришні понести…</w:t>
      </w:r>
    </w:p>
    <w:p>
      <w:r>
        <w:br/>
        <w:t>Мить – і я вагаюсь; але потім звитяжний приступ безумства хоробрих покликає на сміхотворний учинок. Виймаю злота й беру букет. Спершу думка – подарувати його дамі, але вона не дивиться в мій бік, втративши момент, одходжу з букетом.</w:t>
      </w:r>
    </w:p>
    <w:p>
      <w:r>
        <w:br/>
        <w:t>"Ха-ха-ха! – весело сміюсь із себе. – Радянський безробітний в ролі благородного гідальго: на останнє купує квітки!"</w:t>
      </w:r>
    </w:p>
    <w:p>
      <w:r>
        <w:br/>
        <w:t>Та поза всім – історія з букетиком безумовно задовольняє мене.</w:t>
      </w:r>
    </w:p>
    <w:p>
      <w:r>
        <w:br/>
        <w:t>"Кай Юлій, – тішусь я, – вміє витрачати гроші. Це не дешевше viveur-ство (жити в своє задоволення. – Ред.) тих, що обідаючи в ТПОЮЗі (театр юного глядача. – Ред.) за 40 копійок і обважнівши від шклянки пива, покурюють з виразом задоволеного епікурейства "Комінтерн", при чім солодко позирають в бік якоїсь чепурної службовки, що десь у куточку скромно ламає хліб манікюрними пальчиками. Тут, принаймні, стиль. Тисну руку," – звертаюсь сам до себе і, перейшовши вулицю, життєрадісним кроком прямую до бібліотеки.</w:t>
      </w:r>
    </w:p>
    <w:p>
      <w:r>
        <w:br/>
        <w:t>Бібліотеці: "О жовтостінна, в казарменнім, грубої монархії, стилі, моя "Франконія", на якій Ібаньєс об’їхав навколо світу. Але ні… Що об’їхати навколо світу? Можна об’їхати і розчаруватись, що світ такий маленький: ось уже й приїхав!..</w:t>
      </w:r>
    </w:p>
    <w:p>
      <w:r>
        <w:br/>
        <w:t>Я люблю тебе глибше, аніж Гарун-аль-Рашід любив нічні квартали свого великого Багдаду, таємніше, ніж Сакія-Муні загадкову глибінь блискучої порожнечі тропічних небес, в яку вдивлявся він делікатно-замисленими очима… І загадкова величність Notre Dame de Paris не остільки дивна, як твоя побудова, що її складено з тендітних цеглинок – клітинок мозку народів. Щодня, як Колумб до галеонів, приходжу я до столика й стільця в тобі; і шумить вітер, і в мені, як парус, починається одважна мужність сміливого мореплавця. Привіт тобі!"</w:t>
      </w:r>
    </w:p>
    <w:p>
      <w:r>
        <w:br/>
        <w:t>На колінах у мене томик новелок.</w:t>
      </w:r>
    </w:p>
    <w:p>
      <w:r>
        <w:br/>
        <w:t>Бібліотечна заля переживає той саме час, коли в надвечірнім присмеркові читається найпильніше; повно, панує абсолютна тиша; здається, вся заля, що до самозабуття вп’ялася в книжку, тихо одходить кудись, односиться нечутними струмками під рівномірне гудіння вентилятора.</w:t>
      </w:r>
    </w:p>
    <w:p>
      <w:r>
        <w:br/>
        <w:t>І я теж, озирнувши побіжно оком столики, розчиняю свій томик, і потроху загальна інерція течії затягає й мене.</w:t>
      </w:r>
    </w:p>
    <w:p>
      <w:r>
        <w:br/>
        <w:t>Читання – я читаю… Читаю… і мені стає вже душно, і кров починає глухо нагріватися й бунтувати.</w:t>
      </w:r>
    </w:p>
    <w:p>
      <w:r>
        <w:br/>
        <w:t>Але запойно я п’ю з нечутного джерела, і, здається, можна бачити, як жива сила сходить з мене. Нечутно розсуваючись, переміщаються якісь площі і от – спершу невиразно, потім ясніше – вогненно вже переливаються якісь невідомі кольори, і в далекій перспективі враз народжується чудесне, барвисте життя. Йдучи одна за однією, картини розвиваються в дивній послідовності. Але чомусь обрій затуманюється синім; в моїх очах губляться, розпливаючись, рядки, і – чую – глухий неспокій в мені насторожується. Що це?</w:t>
      </w:r>
    </w:p>
    <w:p>
      <w:r>
        <w:br/>
        <w:t>Невиразні, примарні потоки линуть один за одним… Вони поспішають, вони товпляться, вони налазять один на один, і йдуть, і йдуть, і йдуть… Скільки їх? Куди вони, такі безжурні переді мною, так захоплені своїм, такі рішучі? От і я: в чорнім з пером капелюсі і в плащі. Я – збоку, дивлюся на похід веселих та похмурих примар… без краю… і невимовний сум безнадійним запитанням тремтить у моїх очах… Я Фауст. Перед мене проходить життя. Туга нерозуміння мене давить, кривить безконечна мука страждання. Я знаю: це мука маленького бога, що хотів би бути богом великим, щоб, розлившись безмежним всесвітом, виповнити собою верх і низ, в кожну форму увійти і у всемірній напрузі вияву знищити початок і кінець… Що з собою несуть і понесли вони, оті безконечні юрби минулого, сучасного, прийдешнього… кожен з них?.. Ах, я – тільки я, обмежена нерозривною оболонкою самітності людина, для якої вічною тайною будуть інші. Я, яка ніколи й нікому не зможе передати саму себе, до краю… до дна… Я маленький бог, не можу стати великим всесвітом, того й болію.</w:t>
      </w:r>
    </w:p>
    <w:p>
      <w:r>
        <w:br/>
        <w:t>Але сухо ляскають штепселі, і струнка електрика заливає залю. Очи у всіх жмуряться, і всі – ніби прокидаються…</w:t>
      </w:r>
    </w:p>
    <w:p>
      <w:r>
        <w:br/>
        <w:t>"Вернулися…" Фу. Та це ж просто; ось заля з колонами і столиками, за якими звичайні собі щоденні читачі, з залі можна вийти в коридор і зійти вниз по сходах. Там – звичайна вечірня вулиця, рух і вітрини… публіка, а вгорі, може, зорі чи місяць, і все.</w:t>
      </w:r>
    </w:p>
    <w:p>
      <w:r>
        <w:br/>
        <w:t>Чари спали… Заля потягається, усміхається, розглядає саму себе. Зсовуються столики, встають, виходять, входять: світло й оживлено.</w:t>
      </w:r>
    </w:p>
    <w:p>
      <w:r>
        <w:br/>
        <w:t>Зі мною теж метаморфоза відбувається враз і несвідомо: враз, наче й не було нічого; і стомлений читанням, я, щоб одпочити, починаю розглядати столики.</w:t>
      </w:r>
    </w:p>
    <w:p>
      <w:r>
        <w:br/>
        <w:t>"Того" ще немає. "Той" – це один у ленінці й піджакові. Коли входить до залі, завжди прищурливо зводить брови і жмурить очи: ніби не добачає. Мені хочеться порадити йому справити пенсне. За одним столиком помічаю "справжнього мужа", сидить, закинувши на потилицю руки, білявий профіль показує самовпевненість і гордовитість.</w:t>
      </w:r>
    </w:p>
    <w:p>
      <w:r>
        <w:br/>
        <w:t>"Цікаво б з цим помірятись поглядами", – думаю і бачу кострубату постать незмінного читача.</w:t>
      </w:r>
    </w:p>
    <w:p>
      <w:r>
        <w:br/>
        <w:t>"А-а… безмежна доброта, мій милий прототип – він уже тут".</w:t>
      </w:r>
    </w:p>
    <w:p>
      <w:r>
        <w:br/>
        <w:t>Мій прототип сидить нерухомо в стільці і мовчки переживає муку Христа, якому не призначена Голгота. На нім пом’ята "шинелішка" салдатська, виглядають онучі з ботинок, незагребена копиця переплутаного волосся. Але скільки доброти в зів’ялих очах світиться?! Вона затоплює йому все сіре, порізане борознами обличчя; вона болить йому, ніде діти, ні на кого вилити – тому й вираз очей – безконечна печаль… і мріє вона про маленьку пляшечку спирту…</w:t>
      </w:r>
    </w:p>
    <w:p>
      <w:r>
        <w:br/>
        <w:t>За вікном – у голубій темені почепились дві зірки. Не хочеться читати. "В повноті акції більш чудес, ніж у болісних мріях Фауста, – коротко зауважую собі, пригадавши недавні переживання… – Мефістофель зник – досягай сам…"</w:t>
      </w:r>
    </w:p>
    <w:p>
      <w:r>
        <w:br/>
        <w:t>Треба йти, народжується свіжий апетит: я ж не обідав… Але що робити з букетиком, що лежить ось поруч на столі – не принесу ж його додому? Оглядаю сусідніх панночок, і в голові блиснула раптова ідея – еврика!..</w:t>
      </w:r>
    </w:p>
    <w:p>
      <w:r>
        <w:br/>
        <w:t>Поспішно одриваю клаптик паперу з блокнота і, схвильований образами, що налинули, мерщій, похапцем пишу:</w:t>
      </w:r>
    </w:p>
    <w:p>
      <w:r>
        <w:br/>
        <w:t>"Тобі, невідомій, з голубими (я вгадую!) очима, незнайомці, що прийдеш сюди – цей букетик синіх камертонів. Перші ніжно прозвучали вони серед дзвінкої переливності ранньовесняної, порожньої ще ночі, пробившись крізь крижану плівку назустріч сріблистим струменям небес…</w:t>
      </w:r>
    </w:p>
    <w:p>
      <w:r>
        <w:br/>
        <w:t>…І коли нагадують вони тобі про щось безповоротно загублене – співчуваю: я теж багато днів назавжди загубив… Або як радісна наївність твоєї молодості, ще тільки готуючись сприйняти меси життя, таємно хвилюється – теж і я маю на нього, на життя, неоплатні векселі… Хай продзвенить душа твоя тугою радости, відчувши неповторність моменту. І зрозумій прекрасну трагікомедію того, хто, не зробивши до 26 років нічого, задивляється ще на свою зорю, при чім – в екстазі сумнівної віри – болісно хоче забути, що він сьогодні ж не… обідав.</w:t>
      </w:r>
    </w:p>
    <w:p>
      <w:r>
        <w:br/>
        <w:t>К. Ю. Ц.".</w:t>
      </w:r>
    </w:p>
    <w:p>
      <w:r>
        <w:br/>
        <w:t>Скінчивши, бгаю папірець і вкладаю в щілинку, збоку столу. Букет кладу на стільці, підсовую під стіл і, взявши книжку, виходжу.</w:t>
      </w:r>
    </w:p>
    <w:p>
      <w:r>
        <w:br/>
        <w:t>…Наближаючись додому, я сходжу вниз по вулиці.</w:t>
      </w:r>
    </w:p>
    <w:p>
      <w:r>
        <w:br/>
        <w:t>Вже пізно, десь біля години, і на вулиці можна гратись: я один, тільки з інших кварталів міста доходять порожні дзвінки трамваїв.</w:t>
      </w:r>
    </w:p>
    <w:p>
      <w:r>
        <w:br/>
        <w:t>Невидимий місяць виповнює повітря й передміську далину тихострумчастою прозір’ю, що ніжно мерехтить і переливає, як луска. І пахне молодим. Угорі веде тремтячий танок малюсінька, хистка весняна зоря.</w:t>
      </w:r>
    </w:p>
    <w:p>
      <w:r>
        <w:br/>
        <w:t>І коли я задивляюсь на неї, згадую мої давні, провінціяльні фантазії – як колись я уявляв весну в образі молодої дівчини з грудним і переливним голосом, і що вії в неї, вщерть напоєні тривожною втомою, спущені. І зразу це хвилює мене, викликає в пам’яті неможливе: мою загублену велику любов.</w:t>
      </w:r>
    </w:p>
    <w:p>
      <w:r>
        <w:br/>
        <w:t>Взагалі ж, мені більш ніж чудесно. Здається, я б літав. Багато передумано, і все ясно, все вкладається в могутню закономірність вищої математики фактів; а одгуки згадки про записку до синього букета – переплітають фантазії хвилюванням хорошого, молодого авантуризму…</w:t>
      </w:r>
    </w:p>
    <w:p>
      <w:r>
        <w:br/>
        <w:t>Ось і дім. Бачу: № 85 світиться тихо, скромно серед ночі.</w:t>
      </w:r>
    </w:p>
    <w:p>
      <w:r>
        <w:br/>
        <w:t>Мої кроки притишуються… і – о, немічність людини!.. – "Все таки, – вертається думка до конкретного, – неприємна ця історія з посадою. Це ж… я втрачу, – з тихим сумом думаю, – свою свободу, свободу вільних мандрівок безпорочної своєї мисли… І по чім знать? – думаю далі. – Може, атмосфера службового кар’єризму викличе до життя в мені "розумні", "здорові" здібності і мене захопить скепсис ділової людини, і я охолону, і все забуду, і – заквітчаний всіма чеснотами цехової пристойності – переведусь на статистичний тип…"</w:t>
      </w:r>
    </w:p>
    <w:p>
      <w:r>
        <w:br/>
        <w:t>Рішучість щодо посади надломлюється, зростає впертість проти неї, якось не хочеться й додому заходити. А моя робота, і весь звичний розпорядок дня?</w:t>
      </w:r>
    </w:p>
    <w:p>
      <w:r>
        <w:br/>
        <w:t>Увійшовши в двір, бачу в вікнах нашої кімнати тихе світло: дружина дома, але, певно, спить, прикрутивши лямпу.</w:t>
      </w:r>
    </w:p>
    <w:p>
      <w:r>
        <w:br/>
        <w:t>І уявляючи до найдрібніших деталів усю нашу кімнату з її сірими пошарпаними шпалерами, з грубим "антуражем", з вірьовками, де висить білизна, холодну, ще непривітнішу через суперечки та ворожнечу з дружиною за мої невдачі, жаль до себе і слабкодуха розпука враз стискають мені серце. Досадно і огидно. Я терплю тепер за свою несміливість розв’язати якось цей заплутаний клубок відносин.</w:t>
      </w:r>
    </w:p>
    <w:p>
      <w:r>
        <w:br/>
        <w:t>"А ти, дурню, ще в букетики бавишся", – похмуро говорю до себе, обережно одмикаючи двері; перед перспективою голодного сну гра в проліски видається нерозважним дитинством.</w:t>
      </w:r>
    </w:p>
    <w:p>
      <w:r>
        <w:br/>
        <w:t>Дійсно, моя дружина спить, укрившись шубою, нероздягнена і в непосланім ліжкові. Як і вчора, в головах стиха жмуриться прикручена лямпа.</w:t>
      </w:r>
    </w:p>
    <w:p>
      <w:r>
        <w:br/>
        <w:t>Я повертаюсь навшпиньках. Але в кімнаті – чую витоплено, і груба ще не прохолола. Пахне чимсь приємним. Не розуміючи, дивлюсь на стіл, де навалено ріжних закупок, і широкі листи рудого паперу недбало вкривають їх. – ?… Підходжу, і…</w:t>
      </w:r>
    </w:p>
    <w:p>
      <w:r>
        <w:br/>
        <w:t>Уявіть голодного, і тому – песимістично злого – вовка, що десь серед мовчазності арктичної ночі натрапив ураз на табор подорожніх. Все спить; лише стиха дотліває вугілля ватри. Всередині бачить вовк недбало кинено щось поживне, розкішне, прекрасне поживне.</w:t>
      </w:r>
    </w:p>
    <w:p>
      <w:r>
        <w:br/>
        <w:t>І от, як вовк, пильнуючи найсвятішої обережності, починає сторожко підлазити, а потім підійшовши й озирнувшись, нечутно припадає і завмирає в найвищім блаженстві злиття з життєдайними шматками знахідки, так і я…</w:t>
      </w:r>
    </w:p>
    <w:p>
      <w:r>
        <w:br/>
        <w:t>Так і я…</w:t>
      </w:r>
    </w:p>
    <w:p>
      <w:r>
        <w:br/>
        <w:t>Забувши, що є гонор, що є честь, витриманість, твердість, etc, я поспішаю ламати білий хліб, масло, і хапаючи тонкі шматки шинки, похапцем пхаю все в рот. І картуза не скинув, і пальта не роздяг.</w:t>
      </w:r>
    </w:p>
    <w:p>
      <w:r>
        <w:br/>
        <w:t>"Apres nous le deluge (після нас хоч потоп. – Ред.), – цинічно сміється звіряча думка, – завтра будемо відчитуватись".</w:t>
      </w:r>
    </w:p>
    <w:p>
      <w:r>
        <w:br/>
        <w:t>Тільки обережність, щоб не збудити дружини, примушує мене до тиші.</w:t>
      </w:r>
    </w:p>
    <w:p>
      <w:r>
        <w:br/>
        <w:t>В пакунках, що лежать зав’язані, щось дороге й делікатне, але голубі шворки не спинять мене. Ні… навпаки, свідомість, що я роблю гріх, що це ж – падіння, і я замазуюсь – кличе зухвальство і грубе насильство. "Доберусь і до пакунків", – тріюмфує в мені варвар.</w:t>
      </w:r>
    </w:p>
    <w:p>
      <w:r>
        <w:br/>
        <w:t>Враз, чую, дружина ворушиться, і мимоволі завмираю. "М-м-м… – мрійно-сонно воркоче дружина, не розплющуючи очей. – Це ти, Юро? Там на столі… бери… я купила… Нам утримання… заплатили… І табак там… "Piccolo", що ти казав…" – І проворкотавши знову "м-м-м…", повертається – і бачу – засинає з мрійно-щасливою усмішкою на затінених губах.</w:t>
      </w:r>
    </w:p>
    <w:p>
      <w:r>
        <w:br/>
        <w:t>?</w:t>
      </w:r>
    </w:p>
    <w:p>
      <w:r>
        <w:br/>
        <w:t>Я перестаю їсти, очи мені поширюються, здіймаються брови. Апетит десь зникає.</w:t>
      </w:r>
    </w:p>
    <w:p>
      <w:r>
        <w:br/>
        <w:t>"Але в чім річ? Що сталось? Я нічого не розумію"… Перед мене виникає мій двійник. "Te Deum laudamus" – готові прозвучати хвилею до невідомого бога його губи, на яких пробігають вже перші рефлекси веселого сміху.</w:t>
      </w:r>
    </w:p>
    <w:p>
      <w:r>
        <w:br/>
        <w:t>Знаходжу "Piccolo", кручу цигарку й підходжу до лямпи припалити. Мимоволі очи шукають навколо розгадки.</w:t>
      </w:r>
    </w:p>
    <w:p>
      <w:r>
        <w:br/>
        <w:t>На столикові шкаралупки з мандаринів, букетик пролісків, шухлядка і…</w:t>
      </w:r>
    </w:p>
    <w:p>
      <w:r>
        <w:br/>
        <w:t>"…О, маца преподобна! Позолочений ріг освяченого бика!.. О, прекрасні боги чорної Полінезії!.. О, мій ангел безкрилий!" – летять мислі до дружини… З-під шухлядки визирає краєчок папірця, на нім хемічним олівцем слова – я читаю:</w:t>
      </w:r>
    </w:p>
    <w:p>
      <w:r>
        <w:br/>
        <w:t>"…І зрозумій прекрасну трагікомедію то… задивляється ще на свою зорю… він сьогодні ж не… обідав…"</w:t>
      </w:r>
    </w:p>
    <w:p>
      <w:r>
        <w:br/>
        <w:t>К. Ю. Ц.</w:t>
      </w:r>
    </w:p>
    <w:p>
      <w:r>
        <w:br/>
        <w:t>Море, цілий океан сміху заливає мене; інстинктовно беру лямпу, вертаюсь до столу… і коли через чверть години стою надворі, а на дні небесного колодязя між високих будинків трембітно сяє моя зірка, що вона щоночі в цей час соромливо усміхається до мене, як сестра, з недосяжної далини, і місто, мов, видресоване, покірно й запобігливо мовчить, переливним радіо-хвилюванням тремтить моя душа, і я, екстазний, сигналізую зорі – "Привіт з землі… Ти ведеш Юрія і його щастя!"</w:t>
      </w:r>
    </w:p>
    <w:p>
      <w:r>
        <w:br/>
        <w:t>Над моєю посадою – чорний хрест…</w:t>
      </w:r>
    </w:p>
    <w:p>
      <w:r>
        <w:br/>
        <w:t>P. S. Тепер, читачу, декілька слів про те, що спричинилось до появи цих нотаток – ви ж помітили, що це – "нотатки минулого"? Дві слові.</w:t>
      </w:r>
    </w:p>
    <w:p>
      <w:r>
        <w:br/>
        <w:t>В день Паризької Комуни цього року я й моя дружина пішли на вечірку, що її ad hoc влаштував Комунгосп, і вертались додому пізно.</w:t>
      </w:r>
    </w:p>
    <w:p>
      <w:r>
        <w:br/>
        <w:t>На мою милу дружину вечірка вплинула безподібно; радісно схвильована, вона ввесь час сипала бісери смішку, мило базікала і, пустуючи, будувала ріжні фантазійки. Я назвав її: "Ти – моя хорошая Паризька Комуна" – і щоб одзначити цей вечір якимсь сувеніром, купив по дорозі букет пролісків… Надходила ж весна, і нічне небо голубіло!</w:t>
      </w:r>
    </w:p>
    <w:p>
      <w:r>
        <w:br/>
        <w:t>І от дома вже, ніжно щебечучи се-те, дружина раптом заокруглила очи на букет, зняла догори брови і, випнувши губки, таємничо сказала:</w:t>
      </w:r>
    </w:p>
    <w:p>
      <w:r>
        <w:br/>
        <w:t>– А знаєш?! – і – Ха-ха-ха! – розлилась вона сміхом, – це ж майже рік тій історії з букетом… знаєш з букетом Кая Юлія Цезаря. Ха-ха-ха…</w:t>
      </w:r>
    </w:p>
    <w:p>
      <w:r>
        <w:br/>
        <w:t>Я теж засміявся, і ми почали згадувати.</w:t>
      </w:r>
    </w:p>
    <w:p>
      <w:r>
        <w:br/>
        <w:t>Дійсно, майже рік минув з того вечора, коли дружина, мимохідь забігши в бібліотеку, натрапила на мій "подарунок".</w:t>
      </w:r>
    </w:p>
    <w:p>
      <w:r>
        <w:br/>
        <w:t>– А ти тоді… був інтересний, – з граціозною мрійністю проговорила дружина, – знаєш такий суворий, оригінальний… Мабуть, жінки задивлялись тоді на тебе, було?</w:t>
      </w:r>
    </w:p>
    <w:p>
      <w:r>
        <w:br/>
        <w:t>Я осміхнувся…</w:t>
      </w:r>
    </w:p>
    <w:p>
      <w:r>
        <w:br/>
        <w:t>– Було задивлялись, крім тебе… Може, повторити ролю? Pour vous (Для вас. – Ред.).</w:t>
      </w:r>
    </w:p>
    <w:p>
      <w:r>
        <w:br/>
        <w:t>– Ха-ха-ха…</w:t>
      </w:r>
    </w:p>
    <w:p>
      <w:r>
        <w:br/>
        <w:t>Дружина послалась і лягла, мені ж треба було підготувати дещо з паперів на завтрішнє урядування. Я заслонив електричну лямпочку і сів біля столу.</w:t>
      </w:r>
    </w:p>
    <w:p>
      <w:r>
        <w:br/>
        <w:t>Лямпочка горіла, дружина вже, певно, спала, я думав. А як стала надійна тиша, я, висунувши з-під ліжка саквояж, дістав свої торішні папери.</w:t>
      </w:r>
    </w:p>
    <w:p>
      <w:r>
        <w:br/>
        <w:t>Розіклав перед себе і знов думав.</w:t>
      </w:r>
    </w:p>
    <w:p>
      <w:r>
        <w:br/>
        <w:t>"Як все змінилось, – дивувались серед тиші мої мислі, – як закон, що його призначено нам, рано, пізно, а настигає нас з залізною конечністю… Настиг і мене". І це мене дивувало. Трудно якось було згодитись, що тут не моя свобідна воля значила, а закон.</w:t>
      </w:r>
    </w:p>
    <w:p>
      <w:r>
        <w:br/>
        <w:t>"Тепер, – думалось далі, – я службовець у Комунгоспі. Моя репутація найкраща. Дружина, яку я забезпечую над її сподівання, вселила любов до мене; цими днями вона кидає служити. В нашій кімнаті – комфорт і блиск нових речей. Але… але я піддався… От. Надійшов гострокритичний момент, і я не витримав".</w:t>
      </w:r>
    </w:p>
    <w:p>
      <w:r>
        <w:br/>
        <w:t>Тоді я спробував відновити пам’ять про мене минулого. Але це трудно було. Я не знав тепер, чого, власне, хотілось тоді мені.</w:t>
      </w:r>
    </w:p>
    <w:p>
      <w:r>
        <w:br/>
        <w:t>"Справді, чого я хотів? Грошей, слави, могутності? Над чим мусіла бути моя перемога? Не ясно. Певне, – одповів я собі, – в мені буяли молоді апетити, але, не пробуючи задовольняти їх, я перебільшував їх силу. Так, як з любов’ю було; колись здавалось – у мене невичерпане й бурхливе джерело почуття, а прийшов час, я цілком заспокоївся одруженням. Після нього жінки не цікавлять мене. Так і тут: я не знав, що посада в Комунгоспі може щасливо розв’язати проблеми і честолюбства і, взагалі, цілу проблему повноти життя".</w:t>
      </w:r>
    </w:p>
    <w:p>
      <w:r>
        <w:br/>
        <w:t>Перегорнув і перечитав деякі листочки з торік написаного. Їхня сила вразила мене.</w:t>
      </w:r>
    </w:p>
    <w:p>
      <w:r>
        <w:br/>
        <w:t>"Невже це писав я? – дивувавсь незрозуміло. – Тепер щось подібне неможливе для мене".</w:t>
      </w:r>
    </w:p>
    <w:p>
      <w:r>
        <w:br/>
        <w:t>Брови суворо зійшлися, я читав далі й далі. І тоді прийшла думка зафіксувати щось з минулого: все-таки цікаво; і я спинився на пригоді з букетиком.</w:t>
      </w:r>
    </w:p>
    <w:p>
      <w:r>
        <w:br/>
        <w:t>Мушу признатися – в задумі, що найшла на мене, був невиразний якийсь жаль, мовляв, потримайся я ще тоді небагато, я блиснув би чимсь незвичайним. Я б міг…</w:t>
      </w:r>
    </w:p>
    <w:p>
      <w:r>
        <w:br/>
        <w:t>"Е, друже, – забрала раптом слово скептична думка, – кинь дурниці. Коли б щось могло бути, будь певен – було б… Заспокойся".</w:t>
      </w:r>
    </w:p>
    <w:p>
      <w:r>
        <w:br/>
        <w:t>"Може, й так", – згодився я; і мені пригадались слова суворого мужа: "Він показувався вищим у становищі приватної людини – поки був нею; і за спільною думкою – був здатний панувати, коли б не діставав влади".</w:t>
      </w:r>
    </w:p>
    <w:p>
      <w:r>
        <w:br/>
        <w:t>Все.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Букет пролісків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