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Будяк</w:t>
      </w:r>
    </w:p>
    <w:p>
      <w:r>
        <w:br/>
        <w:t xml:space="preserve"> Поралися люди в полі —&lt;br /&gt;</w:t>
        <w:br/>
        <w:t>Хліб святий збирали&lt;br /&gt;</w:t>
        <w:br/>
        <w:t>І діток своїх маленьких&lt;br /&gt;</w:t>
        <w:br/>
        <w:t>Всіх позабирали.&lt;br /&gt;</w:t>
        <w:br/>
        <w:t>Інші колоски збирали,&lt;br /&gt;</w:t>
        <w:br/>
        <w:t>К матеркам носили.&lt;br /&gt;</w:t>
        <w:br/>
        <w:t>"Любий Сидір! Любий Семен!" —&lt;br /&gt;</w:t>
        <w:br/>
        <w:t>За те їх хвалили.&lt;br /&gt;</w:t>
        <w:br/>
        <w:t>"І я, мамо, осьде скілько,&lt;br /&gt;</w:t>
        <w:br/>
        <w:t>Дивись, назбирала!"&lt;br /&gt;</w:t>
        <w:br/>
        <w:t>"І ти, любая, Хотинко, —&lt;br /&gt;</w:t>
        <w:br/>
        <w:t>Мати їй сказала. —&lt;br /&gt;</w:t>
        <w:br/>
        <w:t>З'їжте сальця трошки з хлібцем,&lt;br /&gt;</w:t>
        <w:br/>
        <w:t>Да не розкидайте;&lt;br /&gt;</w:t>
        <w:br/>
        <w:t>Як поїсте — ізнов, дітки,&lt;br /&gt;</w:t>
        <w:br/>
        <w:t>Колоски збирайте".&lt;br /&gt;</w:t>
        <w:br/>
        <w:t>Другі ж діти, знай, бігали,&lt;br /&gt;</w:t>
        <w:br/>
        <w:t>Цілий день крутились;&lt;br /&gt;</w:t>
        <w:br/>
        <w:t>Уже й матерки на них кричали,&lt;br /&gt;</w:t>
        <w:br/>
        <w:t>І батьки сварились.&lt;br /&gt;</w:t>
        <w:br/>
        <w:t>І не слухали, що кажуть,&lt;br /&gt;</w:t>
        <w:br/>
        <w:t>Щоб не пустували,&lt;br /&gt;</w:t>
        <w:br/>
        <w:t>Регочуться да бігають,&lt;br /&gt;</w:t>
        <w:br/>
        <w:t>Через сніп скакали,&lt;br /&gt;</w:t>
        <w:br/>
        <w:t>Загляділи: квітка якась&lt;br /&gt;</w:t>
        <w:br/>
        <w:t>В житі червоніє,&lt;br /&gt;</w:t>
        <w:br/>
        <w:t>І побігли усі разом,&lt;br /&gt;</w:t>
        <w:br/>
        <w:t>Хто перший успіє&lt;br /&gt;</w:t>
        <w:br/>
        <w:t>Собі вирвать тую квітку,&lt;br /&gt;</w:t>
        <w:br/>
        <w:t>А того й не знали,&lt;br /&gt;</w:t>
        <w:br/>
        <w:t>Що то будяк преколючий.&lt;br /&gt;</w:t>
        <w:br/>
        <w:t>Аж опереджали&lt;br /&gt;</w:t>
        <w:br/>
        <w:t>Один одного, як можна,&lt;br /&gt;</w:t>
        <w:br/>
        <w:t>Деякі побились;&lt;br /&gt;</w:t>
        <w:br/>
        <w:t>Трошки згодому уже вони&lt;br /&gt;</w:t>
        <w:br/>
        <w:t>Добре розгляділись.&lt;br /&gt;</w:t>
        <w:br/>
        <w:t>Підбіг один зовсім близько,&lt;br /&gt;</w:t>
        <w:br/>
        <w:t>Зачепивсь ногою,&lt;br /&gt;</w:t>
        <w:br/>
        <w:t>Прямо так і покотився&lt;br /&gt;</w:t>
        <w:br/>
        <w:t>В будяк з головою.&lt;br /&gt;</w:t>
        <w:br/>
        <w:t>Поколов собі всю пику,&lt;br /&gt;</w:t>
        <w:br/>
        <w:t>Позбивав коліна,&lt;br /&gt;</w:t>
        <w:br/>
        <w:t>І ще й мати, як підбігла:&lt;br /&gt;</w:t>
        <w:br/>
        <w:t>"А! вража дитина!" —&lt;br /&gt;</w:t>
        <w:br/>
        <w:t>На його вона сказала,&lt;br /&gt;</w:t>
        <w:br/>
        <w:t>За чуб стрепенула,&lt;br /&gt;</w:t>
        <w:br/>
        <w:t>Не раз в пику поколену&lt;br /&gt;</w:t>
        <w:br/>
        <w:t>Кулаком сунула.&lt;br /&gt;</w:t>
        <w:br/>
        <w:t>І тим дітям добре чуби&lt;br /&gt;</w:t>
        <w:br/>
        <w:t>Всім понаминали,&lt;br /&gt;</w:t>
        <w:br/>
        <w:t>Котрі бігли з ним умісті&lt;br /&gt;</w:t>
        <w:br/>
        <w:t>Да жито топтали.&lt;br /&gt;</w:t>
        <w:br/>
        <w:t>"Бачте, якби не крутились, —&lt;br /&gt;</w:t>
        <w:br/>
        <w:t>Батьки їм сказали, —&lt;br /&gt;</w:t>
        <w:br/>
        <w:t>Отак, як отії діти,&lt;br /&gt;</w:t>
        <w:br/>
        <w:t>Колоски збирали,&lt;br /&gt;</w:t>
        <w:br/>
        <w:t>І ви б тепер хліб із салом&lt;br /&gt;</w:t>
        <w:br/>
        <w:t>Вмісті з ними їли,&lt;br /&gt;</w:t>
        <w:br/>
        <w:t>Ніхто вас би і не лаяв,&lt;br /&gt;</w:t>
        <w:br/>
        <w:t>Й чуби б не боліли;&lt;br /&gt;</w:t>
        <w:br/>
        <w:t>А тепер дак чорта з'їжте,&lt;br /&gt;</w:t>
        <w:br/>
        <w:t>Скигліть скільки хочте,&lt;br /&gt;</w:t>
        <w:br/>
        <w:t>Да не лізьте й нам у вічі&lt;br /&gt;</w:t>
        <w:br/>
        <w:t>І нас не морочте.&lt;br /&gt;</w:t>
        <w:br/>
        <w:t>Геть із поля, по домівкам!&lt;br /&gt;</w:t>
        <w:br/>
        <w:t>Диявольські діти;&lt;br /&gt;</w:t>
        <w:br/>
        <w:t>Через вас і ми не вспієм&lt;br /&gt;</w:t>
        <w:br/>
        <w:t>Діла ізробити".&lt;br /&gt;</w:t>
        <w:br/>
        <w:t>Треба дітей учить змалку,&lt;br /&gt;</w:t>
        <w:br/>
        <w:t>Щоб вони трудились,&lt;br /&gt;</w:t>
        <w:br/>
        <w:t>Щоб були вони слухняні&lt;br /&gt;</w:t>
        <w:br/>
        <w:t>Да щоб не крутились,&lt;br /&gt;</w:t>
        <w:br/>
        <w:t>Коли що самі не знають,&lt;br /&gt;</w:t>
        <w:br/>
        <w:t>Щоб батьків питались,&lt;br /&gt;</w:t>
        <w:br/>
        <w:t>За червоним щоб не дуже&lt;br /&gt;</w:t>
        <w:br/>
        <w:t>Вони все ганялись.&lt;br /&gt;</w:t>
        <w:br/>
        <w:t>Не все гарне, що червоне;&lt;br /&gt;</w:t>
        <w:br/>
        <w:t>Треба роздивиться,&lt;br /&gt;</w:t>
        <w:br/>
        <w:t>Що воно такеє в світі&lt;br /&gt;</w:t>
        <w:br/>
        <w:t>Й до чого годиться.&lt;br /&gt;</w:t>
        <w:br/>
        <w:t>Іншая прегарна квітка,&lt;br /&gt;</w:t>
        <w:br/>
        <w:t>Може, ще й пахуча,&lt;br /&gt;</w:t>
        <w:br/>
        <w:t>Да не треба зразу хапать,&lt;br /&gt;</w:t>
        <w:br/>
        <w:t>Бо, може, й колюча.&lt;br /&gt;</w:t>
        <w:br/>
        <w:t>Так і людей треба в світі&lt;br /&gt;</w:t>
        <w:br/>
        <w:t>Дуже розбирати,&lt;br /&gt;</w:t>
        <w:br/>
        <w:t>Не все треба од їх слухать,&lt;br /&gt;</w:t>
        <w:br/>
        <w:t>Не все й їм казати.&lt;br /&gt;</w:t>
        <w:br/>
        <w:t>Інший буде дуже гарно&lt;br /&gt;</w:t>
        <w:br/>
        <w:t>Тобі балагурить,&lt;br /&gt;</w:t>
        <w:br/>
        <w:t>За тебе неначе й тягне,&lt;br /&gt;</w:t>
        <w:br/>
        <w:t>Тебе ж і обдурить;&lt;br /&gt;</w:t>
        <w:br/>
        <w:t>Грошей тобі у позику&lt;br /&gt;</w:t>
        <w:br/>
        <w:t>Він буде давати,&lt;br /&gt;</w:t>
        <w:br/>
        <w:t>По шагу з рубля у тиждень&lt;br /&gt;</w:t>
        <w:br/>
        <w:t>Процент буде брати.&lt;br /&gt;</w:t>
        <w:br/>
        <w:t>Такії очей у вовка&lt;br /&gt;</w:t>
        <w:br/>
        <w:t>Позичать не стануть:&lt;br /&gt;</w:t>
        <w:br/>
        <w:t>Вони сорому ізроду&lt;br /&gt;</w:t>
        <w:br/>
        <w:t>Не мали й не мають.&lt;br /&gt;</w:t>
        <w:br/>
        <w:t>Дак їх треба стерігаться&lt;br /&gt;</w:t>
        <w:br/>
        <w:t>Більше всього в світі,&lt;br /&gt;</w:t>
        <w:br/>
        <w:t>Бо страшніше сто раз вони,&lt;br /&gt;</w:t>
        <w:br/>
        <w:t>Ніж будяк у житі.&lt;br /&gt;</w:t>
        <w:br/>
        <w:t>Бо будяк тільки уколе,&lt;br /&gt;</w:t>
        <w:br/>
        <w:t>Хто на його ступить;&lt;br /&gt;</w:t>
        <w:br/>
        <w:t>А такого як зачепиш —&lt;br /&gt;</w:t>
        <w:br/>
        <w:t>Так зовсім облупить.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