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Будда сидів на високій могилі</w:t>
      </w:r>
    </w:p>
    <w:p>
      <w:r>
        <w:br/>
        <w:t xml:space="preserve"> Будда сидів на високій могилі,&lt;br /&gt;</w:t>
        <w:br/>
        <w:t>Будда споглядав будяків цвітіння.&lt;br /&gt;</w:t>
        <w:br/>
        <w:t>Навколо степи і баби похилі,&lt;br /&gt;</w:t>
        <w:br/>
        <w:t>й країна — спорожнена тиха катівня.</w:t>
      </w:r>
    </w:p>
    <w:p>
      <w:r>
        <w:br/>
        <w:t>Старий адвентист між мандрованих дяків&lt;br /&gt;</w:t>
        <w:br/>
        <w:t>або ж дяків, хоч яка в тім різниця?&lt;br /&gt;</w:t>
        <w:br/>
        <w:t>Чумацькі шляхи, жебраки, повні дяки,&lt;br /&gt;</w:t>
        <w:br/>
        <w:t>що спустять твої мідяки по пивницях.</w:t>
      </w:r>
    </w:p>
    <w:p>
      <w:r>
        <w:br/>
        <w:t>Будда відпустив оселедця по плечі,&lt;br /&gt;</w:t>
        <w:br/>
        <w:t>читав бароккові євангельські мантри,&lt;br /&gt;</w:t>
        <w:br/>
        <w:t>водив за собою зграї малечі,&lt;br /&gt;</w:t>
        <w:br/>
        <w:t>в корчмі заливаючи про власні мандри.</w:t>
      </w:r>
    </w:p>
    <w:p>
      <w:r>
        <w:br/>
        <w:t>Хоробрий Будда зупиняв ординців,&lt;br /&gt;</w:t>
        <w:br/>
        <w:t>лякаючи пеклом, обіцяючи карму,&lt;br /&gt;</w:t>
        <w:br/>
        <w:t>і знову з бабами сидів наодинці,&lt;br /&gt;</w:t>
        <w:br/>
        <w:t>дивився на степ, мов на згублену карту.</w:t>
      </w:r>
    </w:p>
    <w:p>
      <w:r>
        <w:br/>
        <w:t>Похилий Будда забирався в дзвіниці,&lt;br /&gt;</w:t>
        <w:br/>
        <w:t>дивився на степ і молився на сонце —&lt;br /&gt;</w:t>
        <w:br/>
        <w:t>великий і грішний, чистий і ниций,&lt;br /&gt;</w:t>
        <w:br/>
        <w:t>забувши тенденції, відкинувши соціум.</w:t>
      </w:r>
    </w:p>
    <w:p>
      <w:r>
        <w:br/>
        <w:t>Померлий Будда лежав на могилі,&lt;br /&gt;</w:t>
        <w:br/>
        <w:t>розгублено навстіж розкинувши руці.&lt;br /&gt;</w:t>
        <w:br/>
        <w:t>І баби, мов коні, під спекою в милі&lt;br /&gt;</w:t>
        <w:br/>
        <w:t>іржали до сонця в журбі та розпуці.</w:t>
      </w:r>
    </w:p>
    <w:p>
      <w:r>
        <w:br/>
        <w:t>1993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Будда сидів на високій могилі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