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Брехня</w:t>
      </w:r>
    </w:p>
    <w:p>
      <w:r>
        <w:br/>
        <w:t xml:space="preserve"> &lt;p&gt;БРЕХНЯ</w:t>
      </w:r>
    </w:p>
    <w:p>
      <w:r>
        <w:br/>
        <w:t>— Ти знов, Капцан, прийшов в брудній сорочці до школи?— звернувся учитель до хлопчини першого шкільного року, який вже третій тиждень не зміняв своєї сорочки.— Ти чому не вбрав чистої .сорочки сьогодні?</w:t>
      </w:r>
    </w:p>
    <w:p>
      <w:r>
        <w:br/>
        <w:t>— Я не хочу!</w:t>
      </w:r>
    </w:p>
    <w:p>
      <w:r>
        <w:br/>
        <w:t>— Чому не хочеш?</w:t>
      </w:r>
    </w:p>
    <w:p>
      <w:r>
        <w:br/>
        <w:t>— Бо чиста сорочка скоро брукаєся, а мама відтак б'ють.</w:t>
      </w:r>
    </w:p>
    <w:p>
      <w:r>
        <w:br/>
        <w:t>— То таки не хочеш перебратись?</w:t>
      </w:r>
    </w:p>
    <w:p>
      <w:r>
        <w:br/>
        <w:t>— Ні!</w:t>
      </w:r>
    </w:p>
    <w:p>
      <w:r>
        <w:br/>
        <w:t>— Прошу пана, його мама сьогодні так били, а він таки не хотів вбрати,— промовив один хлопець, сусід Капцана.</w:t>
      </w:r>
    </w:p>
    <w:p>
      <w:r>
        <w:br/>
        <w:t>— Він бреше! — відозвався Капцан.</w:t>
      </w:r>
    </w:p>
    <w:p>
      <w:r>
        <w:br/>
        <w:t>— Ні-ні, я не брешу. Пан казали, що брехати не можна. Я таки ВИДІВ! — боронився хлопець.</w:t>
      </w:r>
    </w:p>
    <w:p>
      <w:r>
        <w:br/>
        <w:t>Учитель викликав Капцана насередину.</w:t>
      </w:r>
    </w:p>
    <w:p>
      <w:r>
        <w:br/>
        <w:t>— Дивися, хлопче, в яких всі діти чистих сорочках. Ти лиш один між ними такий брудний. Тобі не сором?</w:t>
      </w:r>
    </w:p>
    <w:p>
      <w:r>
        <w:br/>
        <w:t>— Ні!</w:t>
      </w:r>
    </w:p>
    <w:p>
      <w:r>
        <w:br/>
        <w:t>— А як виглядає краще хлопець: в брудній чи в чистій сорочці?</w:t>
      </w:r>
    </w:p>
    <w:p>
      <w:r>
        <w:br/>
        <w:t>— В чистій.</w:t>
      </w:r>
    </w:p>
    <w:p>
      <w:r>
        <w:br/>
        <w:t>— А чого ж ти ходиш в брудній?</w:t>
      </w:r>
    </w:p>
    <w:p>
      <w:r>
        <w:br/>
        <w:t>— Бо в брудній ліпше гратися.</w:t>
      </w:r>
    </w:p>
    <w:p>
      <w:r>
        <w:br/>
        <w:t>— Ану слухай, хлопче! Завтра приїжджає до нас пан інспектор. Тобі небуде соромно, як він перший раз побачить тебе, і в брудній сорочці?</w:t>
      </w:r>
    </w:p>
    <w:p>
      <w:r>
        <w:br/>
        <w:t>Хлопець надумувався.</w:t>
      </w:r>
    </w:p>
    <w:p>
      <w:r>
        <w:br/>
        <w:t>— Правда, що ти завтра чистенько приберешся?</w:t>
      </w:r>
    </w:p>
    <w:p>
      <w:r>
        <w:br/>
        <w:t>— Правда.</w:t>
      </w:r>
    </w:p>
    <w:p>
      <w:r>
        <w:br/>
        <w:t>— Ну, побачимо, чи ти любиш правду. А ти знаєш, що брехати некрасно?</w:t>
      </w:r>
    </w:p>
    <w:p>
      <w:r>
        <w:br/>
        <w:t>— Знаю.</w:t>
      </w:r>
    </w:p>
    <w:p>
      <w:r>
        <w:br/>
        <w:t>На другий день прийшов Капцан в чистій сорочці до школи. Навіть вимив ноги і підперезався новим красним пояском. Учитель похвалив хлопця і почав науку. Капцан замість до книжки заодно глядів на шкільні двері. Кожної хвилі сподівався він, що двері відчиняться і до класу увійде інспектор. Учитель спостеріг, що хлопець страшно нетерпеливиться.</w:t>
      </w:r>
    </w:p>
    <w:p>
      <w:r>
        <w:br/>
        <w:t>— Капцан, ти чому не уважаєш?</w:t>
      </w:r>
    </w:p>
    <w:p>
      <w:r>
        <w:br/>
        <w:t>— А пан нащо брехали? — відповів на те обурений хлопчина.</w:t>
      </w:r>
    </w:p>
    <w:p>
      <w:r>
        <w:br/>
        <w:t>— Коли я брехав?</w:t>
      </w:r>
    </w:p>
    <w:p>
      <w:r>
        <w:br/>
        <w:t>— А вчора. Казали, що пан інспектор приїдуть, а їх нема.</w:t>
      </w:r>
    </w:p>
    <w:p>
      <w:r>
        <w:br/>
        <w:t>— Не так! Пан інспектор мав приїхати, але, видно, щось йому сталося. Може, заслаб...</w:t>
      </w:r>
    </w:p>
    <w:p>
      <w:r>
        <w:br/>
        <w:t>— Ади, пан знов брешуть! — прошепотів Капцан до свого товариша.</w:t>
      </w:r>
    </w:p>
    <w:p>
      <w:r>
        <w:br/>
        <w:t>Аж тепер учитель зрозумів страшну свою похибку. Йому мимоволі прийшли на гадку слова. "Ах, коли б я умів сопілкою пастушою приманити вас назад!"</w:t>
      </w:r>
    </w:p>
    <w:p>
      <w:r>
        <w:br/>
        <w:t>Приманити знову дитячі душі і розвіяти в них сумнів про правдомовність їхнього учителя.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Брехня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