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Братові</w:t>
      </w:r>
    </w:p>
    <w:p>
      <w:r>
        <w:br/>
        <w:t xml:space="preserve"> Кого там виводять, кого там ведуть, Ярославе?&lt;br /&gt;</w:t>
        <w:br/>
        <w:t>Кого там доводять, доносять, у землю яку?&lt;br /&gt;</w:t>
        <w:br/>
        <w:t>Кому там забаглося Миклащука з Прокурави?&lt;br /&gt;</w:t>
        <w:br/>
        <w:t>Кого там він має купати в кривавім піску?</w:t>
      </w:r>
    </w:p>
    <w:p>
      <w:r>
        <w:br/>
        <w:t>Ніхто не розкаже, не скаже, не вишепче: досить!&lt;br /&gt;</w:t>
        <w:br/>
        <w:t>Ніхто вже не може розтерти цю правду у прах.&lt;br /&gt;</w:t>
        <w:br/>
        <w:t>Тебе вже, мій брате, виводять, виносять, доносять.&lt;br /&gt;</w:t>
        <w:br/>
        <w:t>З тобою, мій брате, прощаються в дальніх пісках.</w:t>
      </w:r>
    </w:p>
    <w:p>
      <w:r>
        <w:br/>
        <w:t>Ми будемо довго криваві роки розгрібати.&lt;br /&gt;</w:t>
        <w:br/>
        <w:t>Ніхто вже не може розтерти цю правду у прах.&lt;br /&gt;</w:t>
        <w:br/>
        <w:t>Тебе вже виводять, доводять тебе вже, мій брате.&lt;br /&gt;</w:t>
        <w:br/>
        <w:t>Шукають тебе вже, мій брате, у дальніх пісках.</w:t>
      </w:r>
    </w:p>
    <w:p>
      <w:r>
        <w:br/>
        <w:t>Це значить, нарешті, що нас небагато, це значить,&lt;br /&gt;</w:t>
        <w:br/>
        <w:t>що нам не поможуть, нарешті, ні честь, ні обман.&lt;br /&gt;</w:t>
        <w:br/>
        <w:t>Це значить нарешті, мій брате,</w:t>
      </w:r>
    </w:p>
    <w:p>
      <w:r>
        <w:br/>
        <w:t>що кожен твій братчик</w:t>
      </w:r>
    </w:p>
    <w:p>
      <w:r>
        <w:br/>
        <w:t>і завтра ще встигне зірвати свій "чорний тюльпан".</w:t>
      </w:r>
    </w:p>
    <w:p>
      <w:r>
        <w:br/>
        <w:t>І як нам носити цю днину в очах, Ярославе,&lt;br /&gt;</w:t>
        <w:br/>
        <w:t>і кров, що по наших по жилах тече і тече?&lt;br /&gt;</w:t>
        <w:br/>
        <w:t>Ми навіть живем і вмираєм, хоч ми з Прокурави,&lt;br /&gt;</w:t>
        <w:br/>
        <w:t>хоч ми навіть прірві вселенській підставим плече.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