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Брати</w:t>
      </w:r>
    </w:p>
    <w:p>
      <w:r>
        <w:br/>
        <w:t xml:space="preserve"> В темних горах, при окопах, у болоті,&lt;br /&gt;</w:t>
        <w:br/>
        <w:t>там зійшлися два вояки по роботі.&lt;br /&gt;</w:t>
        <w:br/>
        <w:t>Не зійшлися, тільки впали край дороги,&lt;br /&gt;</w:t>
        <w:br/>
        <w:t>поранені — сей у плечі, той — у ноги.</w:t>
      </w:r>
    </w:p>
    <w:p>
      <w:r>
        <w:br/>
        <w:t>Один стогне: "Тату милий, мамо рідна!"&lt;br /&gt;</w:t>
        <w:br/>
        <w:t>Другий плаче: "Діти ліббі, жінко бідная&lt;br /&gt;</w:t>
        <w:br/>
        <w:t>Подивився сей на того довго, тихо,—&lt;br /&gt;</w:t>
        <w:br/>
        <w:t>здивувала рідна мова, спільне лихо.</w:t>
      </w:r>
    </w:p>
    <w:p>
      <w:r>
        <w:br/>
        <w:t>"Поможіть мені, земляче, рідний брате!&lt;br /&gt;</w:t>
        <w:br/>
        <w:t>Не по волі я загнався у Карпати..."&lt;br /&gt;</w:t>
        <w:br/>
        <w:t>"Я поможу, милий гостю з України!&lt;br /&gt;</w:t>
        <w:br/>
        <w:t>Чей по волі не бажав ти нам руїни!.."</w:t>
      </w:r>
    </w:p>
    <w:p>
      <w:r>
        <w:br/>
        <w:t>Б'ють гармати на добраніч, стогнуть гори,&lt;br /&gt;</w:t>
        <w:br/>
        <w:t>Звір лісами утікає в темні звори.&lt;br /&gt;</w:t>
        <w:br/>
        <w:t>Два вояки завивають свої рани,&lt;br /&gt;</w:t>
        <w:br/>
        <w:t>споминають і родину, і кайдани:</w:t>
      </w:r>
    </w:p>
    <w:p>
      <w:r>
        <w:br/>
        <w:t>"От звела нас люта доля раз докупи,&lt;br /&gt;</w:t>
        <w:br/>
        <w:t>не у гості, тільки в полі, тут, де трупи...&lt;br /&gt;</w:t>
        <w:br/>
        <w:t>Виріс, брате, я далеко — у Полтаві,&lt;br /&gt;</w:t>
        <w:br/>
        <w:t>а загину у Карпатах на мураві..."</w:t>
      </w:r>
    </w:p>
    <w:p>
      <w:r>
        <w:br/>
        <w:t>Другий каже: "Горе, брате, нам, нещасним,&lt;br /&gt;</w:t>
        <w:br/>
        <w:t>нашим людям, нашим нивам, горам красним,&lt;br /&gt;</w:t>
        <w:br/>
        <w:t>та найтяжче наше горе — люта сила,&lt;br /&gt;</w:t>
        <w:br/>
        <w:t>що з братів та воріженьків поробила.</w:t>
      </w:r>
    </w:p>
    <w:p>
      <w:r>
        <w:br/>
        <w:t>Та не плачмо, бо віджити ми ще годні;&lt;br /&gt;</w:t>
        <w:br/>
        <w:t>вилічимо свої рани і народні;&lt;br /&gt;</w:t>
        <w:br/>
        <w:t>кров пролита не пропаде, зродить нива —&lt;br /&gt;</w:t>
        <w:br/>
        <w:t>буде, буде Україна ще щаслива!"</w:t>
      </w:r>
    </w:p>
    <w:p>
      <w:r>
        <w:br/>
        <w:t>1914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Брати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